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6ADAA" w14:textId="77777777" w:rsidR="00AA1FED" w:rsidRPr="008B6F30" w:rsidRDefault="00000000">
      <w:pPr>
        <w:jc w:val="center"/>
      </w:pPr>
      <w:r w:rsidRPr="008B6F30">
        <w:rPr>
          <w:b/>
        </w:rPr>
        <w:t>COMUNE DI SERRAMANNA</w:t>
      </w:r>
    </w:p>
    <w:p w14:paraId="114139CA" w14:textId="77777777" w:rsidR="00AA1FED" w:rsidRPr="008B6F30" w:rsidRDefault="00000000">
      <w:pPr>
        <w:jc w:val="center"/>
      </w:pPr>
      <w:r w:rsidRPr="008B6F30">
        <w:t>Provincia del Medio Campidano – Area Amministrativa</w:t>
      </w:r>
    </w:p>
    <w:p w14:paraId="0E52A492" w14:textId="77777777" w:rsidR="00AA1FED" w:rsidRPr="008B6F30" w:rsidRDefault="00000000">
      <w:pPr>
        <w:jc w:val="center"/>
      </w:pPr>
      <w:r w:rsidRPr="008B6F30">
        <w:rPr>
          <w:b/>
        </w:rPr>
        <w:t>ALLEGATO B – MODULO DI MANIFESTAZIONE DI INTERESSE</w:t>
      </w:r>
    </w:p>
    <w:p w14:paraId="138032A2" w14:textId="77777777" w:rsidR="00AA1FED" w:rsidRPr="008B6F30" w:rsidRDefault="00000000">
      <w:pPr>
        <w:jc w:val="center"/>
      </w:pPr>
      <w:r w:rsidRPr="008B6F30">
        <w:t>“Natale in Festa a Serramanna 2026”</w:t>
      </w:r>
    </w:p>
    <w:p w14:paraId="3823302B" w14:textId="77777777" w:rsidR="00AA1FED" w:rsidRPr="008B6F30" w:rsidRDefault="00000000" w:rsidP="008310F4">
      <w:pPr>
        <w:jc w:val="right"/>
        <w:rPr>
          <w:b/>
          <w:bCs/>
        </w:rPr>
      </w:pPr>
      <w:r w:rsidRPr="008B6F30">
        <w:rPr>
          <w:b/>
          <w:bCs/>
        </w:rPr>
        <w:t>Al Comune di Serramanna – Area Amministrativa</w:t>
      </w:r>
    </w:p>
    <w:p w14:paraId="38FBA7C1" w14:textId="7E661A53" w:rsidR="00AA1FED" w:rsidRPr="008B6F30" w:rsidRDefault="00000000" w:rsidP="008310F4">
      <w:pPr>
        <w:jc w:val="right"/>
        <w:rPr>
          <w:b/>
          <w:bCs/>
        </w:rPr>
      </w:pPr>
      <w:r w:rsidRPr="008B6F30">
        <w:rPr>
          <w:b/>
          <w:bCs/>
        </w:rPr>
        <w:t xml:space="preserve">PEC: </w:t>
      </w:r>
      <w:hyperlink r:id="rId8" w:history="1">
        <w:r w:rsidR="008310F4" w:rsidRPr="008B6F30">
          <w:rPr>
            <w:rStyle w:val="Collegamentoipertestuale"/>
            <w:b/>
            <w:bCs/>
            <w:color w:val="auto"/>
          </w:rPr>
          <w:t>protocollo@pec.comune.serramanna.ca.it</w:t>
        </w:r>
      </w:hyperlink>
      <w:r w:rsidR="008B6F30">
        <w:rPr>
          <w:b/>
          <w:bCs/>
        </w:rPr>
        <w:t xml:space="preserve"> </w:t>
      </w:r>
      <w:r w:rsidR="008310F4" w:rsidRPr="008B6F30">
        <w:rPr>
          <w:b/>
          <w:bCs/>
        </w:rPr>
        <w:t xml:space="preserve"> </w:t>
      </w:r>
    </w:p>
    <w:p w14:paraId="295F718E" w14:textId="77777777" w:rsidR="00AA1FED" w:rsidRPr="008B6F30" w:rsidRDefault="00000000" w:rsidP="008B6F30">
      <w:pPr>
        <w:jc w:val="both"/>
      </w:pPr>
      <w:r w:rsidRPr="008B6F30">
        <w:rPr>
          <w:b/>
        </w:rPr>
        <w:t>OGGETTO: Manifestazione di interesse e proposta di collaborazione per “Natale in Festa a Serramanna 2026”</w:t>
      </w:r>
    </w:p>
    <w:p w14:paraId="4D941147" w14:textId="77777777" w:rsidR="00AA1FED" w:rsidRPr="008B6F30" w:rsidRDefault="00000000" w:rsidP="008310F4">
      <w:pPr>
        <w:jc w:val="both"/>
      </w:pPr>
      <w:r w:rsidRPr="008B6F30">
        <w:t>Il/La sottoscritto/a ______________________________________________________________</w:t>
      </w:r>
    </w:p>
    <w:p w14:paraId="4467AF94" w14:textId="77777777" w:rsidR="00AA1FED" w:rsidRPr="008B6F30" w:rsidRDefault="00000000" w:rsidP="008310F4">
      <w:pPr>
        <w:jc w:val="both"/>
      </w:pPr>
      <w:r w:rsidRPr="008B6F30">
        <w:t>nato/a a _____________________________________ il ________________________________</w:t>
      </w:r>
    </w:p>
    <w:p w14:paraId="58C791FD" w14:textId="77777777" w:rsidR="00AA1FED" w:rsidRPr="008B6F30" w:rsidRDefault="00000000" w:rsidP="008310F4">
      <w:pPr>
        <w:jc w:val="both"/>
      </w:pPr>
      <w:r w:rsidRPr="008B6F30">
        <w:t>codice fiscale ___________________________ in qualità di legale rappresentante di:</w:t>
      </w:r>
    </w:p>
    <w:p w14:paraId="7B386CDA" w14:textId="77777777" w:rsidR="00AA1FED" w:rsidRPr="008B6F30" w:rsidRDefault="00000000" w:rsidP="008310F4">
      <w:pPr>
        <w:jc w:val="both"/>
      </w:pPr>
      <w:r w:rsidRPr="008B6F30">
        <w:t>Denominazione associazione _______________________________________________________</w:t>
      </w:r>
    </w:p>
    <w:p w14:paraId="3EB4CE26" w14:textId="77777777" w:rsidR="00AA1FED" w:rsidRPr="008B6F30" w:rsidRDefault="00000000" w:rsidP="008310F4">
      <w:pPr>
        <w:jc w:val="both"/>
      </w:pPr>
      <w:r w:rsidRPr="008B6F30">
        <w:t>Sede legale (Comune, indirizzo) ____________________________________________________</w:t>
      </w:r>
    </w:p>
    <w:p w14:paraId="39555176" w14:textId="77777777" w:rsidR="00AA1FED" w:rsidRPr="008B6F30" w:rsidRDefault="00000000" w:rsidP="008310F4">
      <w:pPr>
        <w:jc w:val="both"/>
      </w:pPr>
      <w:r w:rsidRPr="008B6F30">
        <w:t>Codice fiscale __________________________  Partita IVA (se presente) ___________________</w:t>
      </w:r>
    </w:p>
    <w:p w14:paraId="1922E48D" w14:textId="77777777" w:rsidR="00AA1FED" w:rsidRPr="008B6F30" w:rsidRDefault="00000000" w:rsidP="008310F4">
      <w:pPr>
        <w:jc w:val="both"/>
      </w:pPr>
      <w:r w:rsidRPr="008B6F30">
        <w:t>PEC ____________________________________ E-mail _________________________________</w:t>
      </w:r>
    </w:p>
    <w:p w14:paraId="6AA6B00A" w14:textId="77777777" w:rsidR="00AA1FED" w:rsidRPr="008B6F30" w:rsidRDefault="00000000" w:rsidP="008310F4">
      <w:pPr>
        <w:jc w:val="both"/>
      </w:pPr>
      <w:r w:rsidRPr="008B6F30">
        <w:t>Telefono ___________________________ Recapito referente ____________________________</w:t>
      </w:r>
    </w:p>
    <w:p w14:paraId="66DB194A" w14:textId="77777777" w:rsidR="008B6F30" w:rsidRPr="008B6F30" w:rsidRDefault="008B6F30">
      <w:pPr>
        <w:jc w:val="center"/>
        <w:rPr>
          <w:b/>
        </w:rPr>
      </w:pPr>
    </w:p>
    <w:p w14:paraId="17BC6007" w14:textId="65256686" w:rsidR="00AA1FED" w:rsidRPr="008B6F30" w:rsidRDefault="00000000">
      <w:pPr>
        <w:jc w:val="center"/>
      </w:pPr>
      <w:r w:rsidRPr="008B6F30">
        <w:rPr>
          <w:b/>
        </w:rPr>
        <w:t>MANIFESTA IL PROPRIO INTERESSE</w:t>
      </w:r>
    </w:p>
    <w:p w14:paraId="30BCB1B4" w14:textId="77777777" w:rsidR="00AA1FED" w:rsidRPr="008B6F30" w:rsidRDefault="00000000" w:rsidP="008310F4">
      <w:pPr>
        <w:jc w:val="both"/>
      </w:pPr>
      <w:r w:rsidRPr="008B6F30">
        <w:t>a partecipare alla ricognizione esplorativa indetta dal Comune di Serramanna per la manifestazione “Natale in Festa a Serramanna 2026”, nel periodo 6 dicembre 2026 – 6 gennaio 2027, e presenta la proposta di collaborazione descritta nella documentazione allegata.</w:t>
      </w:r>
    </w:p>
    <w:p w14:paraId="51FA12F7" w14:textId="77777777" w:rsidR="00AA1FED" w:rsidRPr="008B6F30" w:rsidRDefault="00000000">
      <w:pPr>
        <w:pStyle w:val="Titolo2"/>
        <w:rPr>
          <w:color w:val="auto"/>
        </w:rPr>
      </w:pPr>
      <w:r w:rsidRPr="008B6F30">
        <w:rPr>
          <w:color w:val="auto"/>
        </w:rPr>
        <w:t>1. Dichiarazioni del legale rappresentante</w:t>
      </w:r>
    </w:p>
    <w:p w14:paraId="01B68000" w14:textId="77777777" w:rsidR="00AA1FED" w:rsidRPr="008B6F30" w:rsidRDefault="00000000" w:rsidP="008310F4">
      <w:pPr>
        <w:jc w:val="both"/>
      </w:pPr>
      <w:r w:rsidRPr="008B6F30">
        <w:t>Consapevole delle responsabilità previste in caso di dichiarazioni mendaci ai sensi degli artt. 46, 47 e 76 del D.P.R. 445/2000, DICHIARA:</w:t>
      </w:r>
    </w:p>
    <w:p w14:paraId="5159338D" w14:textId="77777777" w:rsidR="00AA1FED" w:rsidRPr="008B6F30" w:rsidRDefault="00000000" w:rsidP="008310F4">
      <w:pPr>
        <w:jc w:val="both"/>
      </w:pPr>
      <w:r w:rsidRPr="008B6F30">
        <w:t>☐  che l’associazione è legalmente costituita e non persegue finalità di lucro;</w:t>
      </w:r>
    </w:p>
    <w:p w14:paraId="661B80DD" w14:textId="77777777" w:rsidR="00AA1FED" w:rsidRPr="008B6F30" w:rsidRDefault="00000000" w:rsidP="008310F4">
      <w:pPr>
        <w:jc w:val="both"/>
      </w:pPr>
      <w:r w:rsidRPr="008B6F30">
        <w:t>☐  che le finalità statutarie sono coerenti con le finalità culturali, sociali, aggregative e di valorizzazione delle tradizioni locali dell’iniziativa;</w:t>
      </w:r>
    </w:p>
    <w:p w14:paraId="482B8A8E" w14:textId="77777777" w:rsidR="00AA1FED" w:rsidRPr="008B6F30" w:rsidRDefault="00000000" w:rsidP="008310F4">
      <w:pPr>
        <w:jc w:val="both"/>
      </w:pPr>
      <w:r w:rsidRPr="008B6F30">
        <w:t>☐  che l’associazione dispone di un rappresentante legale identificabile e della capacità di operare sul territorio;</w:t>
      </w:r>
    </w:p>
    <w:p w14:paraId="496F557C" w14:textId="77777777" w:rsidR="00AA1FED" w:rsidRPr="008B6F30" w:rsidRDefault="00000000" w:rsidP="008310F4">
      <w:pPr>
        <w:jc w:val="both"/>
      </w:pPr>
      <w:r w:rsidRPr="008B6F30">
        <w:t>☐  di aver preso visione dell’avviso pubblico esplorativo e dell’Allegato A recante criteri e linee di indirizzo;</w:t>
      </w:r>
    </w:p>
    <w:p w14:paraId="4F2F3F1A" w14:textId="77777777" w:rsidR="00AA1FED" w:rsidRPr="008B6F30" w:rsidRDefault="00000000" w:rsidP="008310F4">
      <w:pPr>
        <w:jc w:val="both"/>
      </w:pPr>
      <w:r w:rsidRPr="008B6F30">
        <w:t>☐  di prendere atto della natura esplorativa e non vincolante dell’avviso, che non attribuisce diritti all’affidamento, alla stipula di accordi o all’erogazione di risorse;</w:t>
      </w:r>
    </w:p>
    <w:p w14:paraId="6294A61B" w14:textId="77777777" w:rsidR="00AA1FED" w:rsidRPr="008B6F30" w:rsidRDefault="00000000" w:rsidP="008310F4">
      <w:pPr>
        <w:jc w:val="both"/>
      </w:pPr>
      <w:r w:rsidRPr="008B6F30">
        <w:t>☐  di prendere atto che non è previsto alcun compenso o margine organizzativo a favore dell’associazione per la collaborazione gratuita proposta;</w:t>
      </w:r>
    </w:p>
    <w:p w14:paraId="7BB53598" w14:textId="77777777" w:rsidR="00AA1FED" w:rsidRPr="008B6F30" w:rsidRDefault="00000000" w:rsidP="008310F4">
      <w:pPr>
        <w:jc w:val="both"/>
      </w:pPr>
      <w:r w:rsidRPr="008B6F30">
        <w:t>☐  di prendere atto che eventuali successivi rapporti giuridici sono subordinati alle verifiche e agli atti previsti dalla disciplina applicabile;</w:t>
      </w:r>
    </w:p>
    <w:p w14:paraId="71D5F59D" w14:textId="77777777" w:rsidR="00AA1FED" w:rsidRPr="008B6F30" w:rsidRDefault="00000000" w:rsidP="008310F4">
      <w:pPr>
        <w:jc w:val="both"/>
      </w:pPr>
      <w:r w:rsidRPr="008B6F30">
        <w:t>☐  di aver preso visione delle informazioni sul trattamento dei dati personali rese disponibili dal Comune.</w:t>
      </w:r>
    </w:p>
    <w:p w14:paraId="383C695E" w14:textId="77777777" w:rsidR="00AA1FED" w:rsidRPr="008B6F30" w:rsidRDefault="00000000">
      <w:pPr>
        <w:pStyle w:val="Titolo2"/>
        <w:rPr>
          <w:color w:val="auto"/>
        </w:rPr>
      </w:pPr>
      <w:r w:rsidRPr="008B6F30">
        <w:rPr>
          <w:color w:val="auto"/>
        </w:rPr>
        <w:lastRenderedPageBreak/>
        <w:t>2. Sintesi della proposta organizzativa</w:t>
      </w:r>
    </w:p>
    <w:p w14:paraId="00A31332" w14:textId="77777777" w:rsidR="00AA1FED" w:rsidRPr="008B6F30" w:rsidRDefault="00000000">
      <w:r w:rsidRPr="008B6F30">
        <w:t>Titolo / descrizione sintetica della proposta:</w:t>
      </w:r>
    </w:p>
    <w:p w14:paraId="0B2402B0" w14:textId="77777777" w:rsidR="00AA1FED" w:rsidRPr="008B6F30" w:rsidRDefault="00000000">
      <w:r w:rsidRPr="008B6F30">
        <w:t>________________________________________________________________________________</w:t>
      </w:r>
    </w:p>
    <w:p w14:paraId="7F87E324" w14:textId="77777777" w:rsidR="00AA1FED" w:rsidRPr="008B6F30" w:rsidRDefault="00000000">
      <w:r w:rsidRPr="008B6F30">
        <w:t>________________________________________________________________________________</w:t>
      </w:r>
    </w:p>
    <w:p w14:paraId="1B21D32E" w14:textId="77777777" w:rsidR="00AA1FED" w:rsidRPr="008B6F30" w:rsidRDefault="00000000">
      <w:r w:rsidRPr="008B6F30">
        <w:t>Calendario indicativo, luoghi e destinatari delle iniziative:</w:t>
      </w:r>
    </w:p>
    <w:p w14:paraId="7BAF4793" w14:textId="77777777" w:rsidR="00AA1FED" w:rsidRPr="008B6F30" w:rsidRDefault="00000000">
      <w:r w:rsidRPr="008B6F30">
        <w:t>________________________________________________________________________________</w:t>
      </w:r>
    </w:p>
    <w:p w14:paraId="0E59D7A1" w14:textId="77777777" w:rsidR="00AA1FED" w:rsidRPr="008B6F30" w:rsidRDefault="00000000">
      <w:r w:rsidRPr="008B6F30">
        <w:t>________________________________________________________________________________</w:t>
      </w:r>
    </w:p>
    <w:p w14:paraId="27B1ED78" w14:textId="77777777" w:rsidR="00AA1FED" w:rsidRPr="008B6F30" w:rsidRDefault="00000000">
      <w:r w:rsidRPr="008B6F30">
        <w:t>________________________________________________________________________________</w:t>
      </w:r>
    </w:p>
    <w:p w14:paraId="6FEFCDFC" w14:textId="77777777" w:rsidR="00AA1FED" w:rsidRPr="008B6F30" w:rsidRDefault="00000000">
      <w:r w:rsidRPr="008B6F30">
        <w:t>Soggetti del territorio che si prevede di coinvolgere e relative modalità:</w:t>
      </w:r>
    </w:p>
    <w:p w14:paraId="5DBE41FE" w14:textId="77777777" w:rsidR="00AA1FED" w:rsidRPr="008B6F30" w:rsidRDefault="00000000">
      <w:r w:rsidRPr="008B6F30">
        <w:t>________________________________________________________________________________</w:t>
      </w:r>
    </w:p>
    <w:p w14:paraId="66F69A71" w14:textId="77777777" w:rsidR="00AA1FED" w:rsidRPr="008B6F30" w:rsidRDefault="00000000">
      <w:r w:rsidRPr="008B6F30">
        <w:t>________________________________________________________________________________</w:t>
      </w:r>
    </w:p>
    <w:p w14:paraId="1D8FD3D8" w14:textId="77777777" w:rsidR="00AA1FED" w:rsidRPr="008B6F30" w:rsidRDefault="00000000">
      <w:pPr>
        <w:pStyle w:val="Titolo2"/>
        <w:rPr>
          <w:color w:val="auto"/>
        </w:rPr>
      </w:pPr>
      <w:r w:rsidRPr="008B6F30">
        <w:rPr>
          <w:color w:val="auto"/>
        </w:rPr>
        <w:t>3. Attività gratuite e prestazioni di terzi</w:t>
      </w:r>
    </w:p>
    <w:p w14:paraId="31BEC370" w14:textId="77777777" w:rsidR="00AA1FED" w:rsidRPr="008B6F30" w:rsidRDefault="00000000">
      <w:r w:rsidRPr="008B6F30">
        <w:t>Attività svolte direttamente e gratuitamente dall’associazione e risorse umane disponibili:</w:t>
      </w:r>
    </w:p>
    <w:p w14:paraId="7E5C5B7A" w14:textId="77777777" w:rsidR="00AA1FED" w:rsidRPr="008B6F30" w:rsidRDefault="00000000">
      <w:r w:rsidRPr="008B6F30">
        <w:t>________________________________________________________________________________</w:t>
      </w:r>
    </w:p>
    <w:p w14:paraId="382E5593" w14:textId="77777777" w:rsidR="00AA1FED" w:rsidRPr="008B6F30" w:rsidRDefault="00000000">
      <w:r w:rsidRPr="008B6F30">
        <w:t>________________________________________________________________________________</w:t>
      </w:r>
    </w:p>
    <w:p w14:paraId="6495C4C9" w14:textId="77777777" w:rsidR="00AA1FED" w:rsidRPr="008B6F30" w:rsidRDefault="00000000">
      <w:r w:rsidRPr="008B6F30">
        <w:t>________________________________________________________________________________</w:t>
      </w:r>
    </w:p>
    <w:p w14:paraId="60AB51CC" w14:textId="77777777" w:rsidR="00AA1FED" w:rsidRPr="008B6F30" w:rsidRDefault="00000000">
      <w:r w:rsidRPr="008B6F30">
        <w:t>Prestazioni e forniture che si prevede di acquisire presso soggetti terzi:</w:t>
      </w:r>
    </w:p>
    <w:p w14:paraId="276DE5D6" w14:textId="77777777" w:rsidR="00AA1FED" w:rsidRPr="008B6F30" w:rsidRDefault="00000000">
      <w:r w:rsidRPr="008B6F30">
        <w:t>________________________________________________________________________________</w:t>
      </w:r>
    </w:p>
    <w:p w14:paraId="3E171DB5" w14:textId="77777777" w:rsidR="00AA1FED" w:rsidRPr="008B6F30" w:rsidRDefault="00000000">
      <w:r w:rsidRPr="008B6F30">
        <w:t>________________________________________________________________________________</w:t>
      </w:r>
    </w:p>
    <w:p w14:paraId="17DB6FDD" w14:textId="77777777" w:rsidR="00AA1FED" w:rsidRPr="008B6F30" w:rsidRDefault="00000000">
      <w:r w:rsidRPr="008B6F30">
        <w:t>________________________________________________________________________________</w:t>
      </w:r>
    </w:p>
    <w:p w14:paraId="585F3339" w14:textId="77777777" w:rsidR="00AA1FED" w:rsidRPr="008B6F30" w:rsidRDefault="00000000">
      <w:pPr>
        <w:pStyle w:val="Titolo2"/>
        <w:rPr>
          <w:color w:val="auto"/>
        </w:rPr>
      </w:pPr>
      <w:r w:rsidRPr="008B6F30">
        <w:rPr>
          <w:color w:val="auto"/>
        </w:rPr>
        <w:t>4. Prime indicazioni operative</w:t>
      </w:r>
    </w:p>
    <w:p w14:paraId="573CE58D" w14:textId="77777777" w:rsidR="00AA1FED" w:rsidRPr="008B6F30" w:rsidRDefault="00000000">
      <w:r w:rsidRPr="008B6F30">
        <w:t>Indicazioni su sicurezza, autorizzazioni, adempimenti e coperture assicurative:</w:t>
      </w:r>
    </w:p>
    <w:p w14:paraId="563F35E0" w14:textId="77777777" w:rsidR="00AA1FED" w:rsidRPr="008B6F30" w:rsidRDefault="00000000">
      <w:r w:rsidRPr="008B6F30">
        <w:t>________________________________________________________________________________</w:t>
      </w:r>
    </w:p>
    <w:p w14:paraId="5202C28B" w14:textId="77777777" w:rsidR="00AA1FED" w:rsidRPr="008B6F30" w:rsidRDefault="00000000">
      <w:r w:rsidRPr="008B6F30">
        <w:t>________________________________________________________________________________</w:t>
      </w:r>
    </w:p>
    <w:p w14:paraId="4EEE251D" w14:textId="77777777" w:rsidR="00AA1FED" w:rsidRPr="008B6F30" w:rsidRDefault="00000000">
      <w:r w:rsidRPr="008B6F30">
        <w:t>________________________________________________________________________________</w:t>
      </w:r>
    </w:p>
    <w:p w14:paraId="2112A27A" w14:textId="77777777" w:rsidR="00AA1FED" w:rsidRPr="008B6F30" w:rsidRDefault="00000000">
      <w:pPr>
        <w:pStyle w:val="Titolo2"/>
        <w:rPr>
          <w:color w:val="auto"/>
        </w:rPr>
      </w:pPr>
      <w:r w:rsidRPr="008B6F30">
        <w:rPr>
          <w:color w:val="auto"/>
        </w:rPr>
        <w:t>5. Quadro economico indicativo</w:t>
      </w:r>
    </w:p>
    <w:p w14:paraId="62EFED19" w14:textId="77777777" w:rsidR="00AA1FED" w:rsidRPr="008B6F30" w:rsidRDefault="00000000">
      <w:r w:rsidRPr="008B6F30">
        <w:t>Spese previste verso terzi (specificare tipologia e importo):</w:t>
      </w:r>
    </w:p>
    <w:p w14:paraId="2967BC90" w14:textId="77777777" w:rsidR="00AA1FED" w:rsidRPr="008B6F30" w:rsidRDefault="00000000">
      <w:r w:rsidRPr="008B6F30">
        <w:t>________________________________________________________________________________</w:t>
      </w:r>
    </w:p>
    <w:p w14:paraId="0BB9AA0C" w14:textId="77777777" w:rsidR="00AA1FED" w:rsidRPr="008B6F30" w:rsidRDefault="00000000">
      <w:r w:rsidRPr="008B6F30">
        <w:t>________________________________________________________________________________</w:t>
      </w:r>
    </w:p>
    <w:p w14:paraId="6CBD37A4" w14:textId="77777777" w:rsidR="00AA1FED" w:rsidRPr="008B6F30" w:rsidRDefault="00000000">
      <w:r w:rsidRPr="008B6F30">
        <w:t>________________________________________________________________________________</w:t>
      </w:r>
    </w:p>
    <w:p w14:paraId="320C9201" w14:textId="77777777" w:rsidR="00AA1FED" w:rsidRPr="008B6F30" w:rsidRDefault="00000000">
      <w:r w:rsidRPr="008B6F30">
        <w:t>Eventuali entrate, sponsorizzazioni, liberalità, risorse proprie o altre fonti:</w:t>
      </w:r>
    </w:p>
    <w:p w14:paraId="2749FAEB" w14:textId="77777777" w:rsidR="00AA1FED" w:rsidRPr="008B6F30" w:rsidRDefault="00000000">
      <w:r w:rsidRPr="008B6F30">
        <w:t>________________________________________________________________________________</w:t>
      </w:r>
    </w:p>
    <w:p w14:paraId="5C2BD8F2" w14:textId="77777777" w:rsidR="00AA1FED" w:rsidRPr="008B6F30" w:rsidRDefault="00000000">
      <w:r w:rsidRPr="008B6F30">
        <w:t>________________________________________________________________________________</w:t>
      </w:r>
    </w:p>
    <w:p w14:paraId="192E9202" w14:textId="77777777" w:rsidR="00AA1FED" w:rsidRPr="008B6F30" w:rsidRDefault="00000000">
      <w:r w:rsidRPr="008B6F30">
        <w:t>Totale indicativo spese: € __________________   Totale altre risorse: € __________________</w:t>
      </w:r>
    </w:p>
    <w:p w14:paraId="2AA42541" w14:textId="77777777" w:rsidR="00AA1FED" w:rsidRPr="008B6F30" w:rsidRDefault="00000000">
      <w:r w:rsidRPr="008B6F30">
        <w:t>Risorse comunali eventualmente necessarie: € __________________ (entro € 49.000,00, salvo successivi incrementi formalmente disposti).</w:t>
      </w:r>
    </w:p>
    <w:p w14:paraId="7635EFDF" w14:textId="77777777" w:rsidR="00AA1FED" w:rsidRPr="008B6F30" w:rsidRDefault="00000000">
      <w:pPr>
        <w:pStyle w:val="Titolo2"/>
        <w:rPr>
          <w:color w:val="auto"/>
        </w:rPr>
      </w:pPr>
      <w:r w:rsidRPr="008B6F30">
        <w:rPr>
          <w:color w:val="auto"/>
        </w:rPr>
        <w:t>6. Documenti allegati</w:t>
      </w:r>
    </w:p>
    <w:p w14:paraId="0E40463C" w14:textId="77777777" w:rsidR="00AA1FED" w:rsidRPr="008B6F30" w:rsidRDefault="00000000">
      <w:r w:rsidRPr="008B6F30">
        <w:t>☐  Relazione sulle esperienze organizzative pregresse;</w:t>
      </w:r>
    </w:p>
    <w:p w14:paraId="52D327F7" w14:textId="77777777" w:rsidR="00AA1FED" w:rsidRPr="008B6F30" w:rsidRDefault="00000000">
      <w:r w:rsidRPr="008B6F30">
        <w:t>☐  Proposta di programma con calendario indicativo, luoghi e destinatari;</w:t>
      </w:r>
    </w:p>
    <w:p w14:paraId="09B1031A" w14:textId="77777777" w:rsidR="00AA1FED" w:rsidRPr="008B6F30" w:rsidRDefault="00000000">
      <w:r w:rsidRPr="008B6F30">
        <w:t>☐  Indicazione dei soggetti del territorio da coinvolgere;</w:t>
      </w:r>
    </w:p>
    <w:p w14:paraId="66D0C426" w14:textId="77777777" w:rsidR="00AA1FED" w:rsidRPr="008B6F30" w:rsidRDefault="00000000">
      <w:r w:rsidRPr="008B6F30">
        <w:t>☐  Descrizione delle attività gratuite e delle risorse umane disponibili;</w:t>
      </w:r>
    </w:p>
    <w:p w14:paraId="7201DF7C" w14:textId="77777777" w:rsidR="00AA1FED" w:rsidRPr="008B6F30" w:rsidRDefault="00000000">
      <w:r w:rsidRPr="008B6F30">
        <w:t>☐  Quadro economico indicativo distinto per spese verso terzi ed eventuali entrate;</w:t>
      </w:r>
    </w:p>
    <w:p w14:paraId="4CE797A6" w14:textId="77777777" w:rsidR="00AA1FED" w:rsidRPr="008B6F30" w:rsidRDefault="00000000">
      <w:r w:rsidRPr="008B6F30">
        <w:t>☐  Prime indicazioni su sicurezza, autorizzazioni e assicurazioni;</w:t>
      </w:r>
    </w:p>
    <w:p w14:paraId="6BB1A207" w14:textId="77777777" w:rsidR="00AA1FED" w:rsidRPr="008B6F30" w:rsidRDefault="00000000">
      <w:r w:rsidRPr="008B6F30">
        <w:t>☐  Statuto e atto costitutivo (se disponibili);</w:t>
      </w:r>
    </w:p>
    <w:p w14:paraId="18A1E7DF" w14:textId="77777777" w:rsidR="00AA1FED" w:rsidRPr="008B6F30" w:rsidRDefault="00000000">
      <w:r w:rsidRPr="008B6F30">
        <w:t>☐  Copia del documento d’identità del sottoscrittore, salvo sottoscrizione digitale o altra modalità valida di identificazione;</w:t>
      </w:r>
    </w:p>
    <w:p w14:paraId="16491D45" w14:textId="77777777" w:rsidR="00AA1FED" w:rsidRPr="008B6F30" w:rsidRDefault="00000000">
      <w:r w:rsidRPr="008B6F30">
        <w:t>☐  Altra documentazione (specificare): __________________________________________</w:t>
      </w:r>
    </w:p>
    <w:p w14:paraId="7052976D" w14:textId="77777777" w:rsidR="008310F4" w:rsidRPr="008B6F30" w:rsidRDefault="008310F4"/>
    <w:p w14:paraId="0DF4AFF1" w14:textId="116F27B2" w:rsidR="00AA1FED" w:rsidRPr="008B6F30" w:rsidRDefault="00000000">
      <w:proofErr w:type="spellStart"/>
      <w:r w:rsidRPr="008B6F30">
        <w:t>Luogo</w:t>
      </w:r>
      <w:proofErr w:type="spellEnd"/>
      <w:r w:rsidRPr="008B6F30">
        <w:t xml:space="preserve"> e data __________________________________</w:t>
      </w:r>
    </w:p>
    <w:p w14:paraId="7F0E7C26" w14:textId="77777777" w:rsidR="00AA1FED" w:rsidRPr="008B6F30" w:rsidRDefault="00000000">
      <w:r w:rsidRPr="008B6F30">
        <w:t>Firma del legale rappresentante ______________________________________________</w:t>
      </w:r>
    </w:p>
    <w:p w14:paraId="439DA27B" w14:textId="77777777" w:rsidR="008310F4" w:rsidRPr="008B6F30" w:rsidRDefault="008310F4"/>
    <w:p w14:paraId="69BDC892" w14:textId="47131F1E" w:rsidR="00AA1FED" w:rsidRPr="008B6F30" w:rsidRDefault="00000000">
      <w:r w:rsidRPr="008B6F30">
        <w:t xml:space="preserve">La </w:t>
      </w:r>
      <w:proofErr w:type="spellStart"/>
      <w:r w:rsidRPr="008B6F30">
        <w:t>domanda</w:t>
      </w:r>
      <w:proofErr w:type="spellEnd"/>
      <w:r w:rsidRPr="008B6F30">
        <w:t xml:space="preserve"> </w:t>
      </w:r>
      <w:proofErr w:type="spellStart"/>
      <w:r w:rsidRPr="008B6F30">
        <w:t>deve</w:t>
      </w:r>
      <w:proofErr w:type="spellEnd"/>
      <w:r w:rsidRPr="008B6F30">
        <w:t xml:space="preserve"> </w:t>
      </w:r>
      <w:proofErr w:type="spellStart"/>
      <w:r w:rsidRPr="008B6F30">
        <w:t>essere</w:t>
      </w:r>
      <w:proofErr w:type="spellEnd"/>
      <w:r w:rsidRPr="008B6F30">
        <w:t xml:space="preserve"> </w:t>
      </w:r>
      <w:proofErr w:type="spellStart"/>
      <w:r w:rsidRPr="008B6F30">
        <w:t>trasmessa</w:t>
      </w:r>
      <w:proofErr w:type="spellEnd"/>
      <w:r w:rsidRPr="008B6F30">
        <w:t xml:space="preserve"> entro le ore 23:59 del 15 novembre 2026 all’indirizzo PEC indicato nell’avviso, con oggetto “Manifestazione di interesse – Natale in Festa a Serramanna 2026”.</w:t>
      </w:r>
    </w:p>
    <w:sectPr w:rsidR="00AA1FED" w:rsidRPr="008B6F30" w:rsidSect="00034616">
      <w:footerReference w:type="default" r:id="rId9"/>
      <w:pgSz w:w="12240" w:h="15840"/>
      <w:pgMar w:top="1134" w:right="1361" w:bottom="1020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4E211" w14:textId="77777777" w:rsidR="005F2FF6" w:rsidRDefault="005F2FF6">
      <w:pPr>
        <w:spacing w:after="0" w:line="240" w:lineRule="auto"/>
      </w:pPr>
      <w:r>
        <w:separator/>
      </w:r>
    </w:p>
  </w:endnote>
  <w:endnote w:type="continuationSeparator" w:id="0">
    <w:p w14:paraId="3D7A4FB5" w14:textId="77777777" w:rsidR="005F2FF6" w:rsidRDefault="005F2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EE5AE" w14:textId="77777777" w:rsidR="00AA1FED" w:rsidRDefault="00000000">
    <w:pPr>
      <w:pStyle w:val="Pidipagina"/>
      <w:jc w:val="right"/>
    </w:pPr>
    <w:proofErr w:type="spellStart"/>
    <w:r>
      <w:t>Comune</w:t>
    </w:r>
    <w:proofErr w:type="spellEnd"/>
    <w:r>
      <w:t xml:space="preserve"> di </w:t>
    </w:r>
    <w:proofErr w:type="spellStart"/>
    <w:r>
      <w:t>Serramanna</w:t>
    </w:r>
    <w:proofErr w:type="spellEnd"/>
    <w:r>
      <w:t xml:space="preserve"> | </w:t>
    </w:r>
    <w:proofErr w:type="spellStart"/>
    <w:r>
      <w:t>Allegato</w:t>
    </w:r>
    <w:proofErr w:type="spellEnd"/>
    <w:r>
      <w:t xml:space="preserve"> 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DD571" w14:textId="77777777" w:rsidR="005F2FF6" w:rsidRDefault="005F2FF6">
      <w:pPr>
        <w:spacing w:after="0" w:line="240" w:lineRule="auto"/>
      </w:pPr>
      <w:r>
        <w:separator/>
      </w:r>
    </w:p>
  </w:footnote>
  <w:footnote w:type="continuationSeparator" w:id="0">
    <w:p w14:paraId="6C25BE44" w14:textId="77777777" w:rsidR="005F2FF6" w:rsidRDefault="005F2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3450024">
    <w:abstractNumId w:val="8"/>
  </w:num>
  <w:num w:numId="2" w16cid:durableId="2002267218">
    <w:abstractNumId w:val="6"/>
  </w:num>
  <w:num w:numId="3" w16cid:durableId="1633779454">
    <w:abstractNumId w:val="5"/>
  </w:num>
  <w:num w:numId="4" w16cid:durableId="1350059019">
    <w:abstractNumId w:val="4"/>
  </w:num>
  <w:num w:numId="5" w16cid:durableId="1622421769">
    <w:abstractNumId w:val="7"/>
  </w:num>
  <w:num w:numId="6" w16cid:durableId="981155951">
    <w:abstractNumId w:val="3"/>
  </w:num>
  <w:num w:numId="7" w16cid:durableId="493182618">
    <w:abstractNumId w:val="2"/>
  </w:num>
  <w:num w:numId="8" w16cid:durableId="1353804876">
    <w:abstractNumId w:val="1"/>
  </w:num>
  <w:num w:numId="9" w16cid:durableId="2060282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B4363"/>
    <w:rsid w:val="0052077D"/>
    <w:rsid w:val="005F2FF6"/>
    <w:rsid w:val="008310F4"/>
    <w:rsid w:val="008B6F30"/>
    <w:rsid w:val="00AA1D8D"/>
    <w:rsid w:val="00AA1FE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0479D9"/>
  <w14:defaultImageDpi w14:val="300"/>
  <w15:docId w15:val="{9A20852D-10B6-4803-A539-158524F0A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8310F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310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serramanna.c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Maura Orrù</cp:lastModifiedBy>
  <cp:revision>4</cp:revision>
  <dcterms:created xsi:type="dcterms:W3CDTF">2026-11-04T18:25:00Z</dcterms:created>
  <dcterms:modified xsi:type="dcterms:W3CDTF">2026-11-04T18:27:00Z</dcterms:modified>
  <cp:category/>
</cp:coreProperties>
</file>