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B853" w14:textId="4BA5E7BE" w:rsidR="008B0718" w:rsidRDefault="00B15B41">
      <w:pPr>
        <w:rPr>
          <w:b/>
          <w:sz w:val="32"/>
          <w:lang w:val="it-IT"/>
        </w:rPr>
      </w:pPr>
      <w:r w:rsidRPr="00B15B41">
        <w:rPr>
          <w:b/>
          <w:sz w:val="32"/>
          <w:lang w:val="it-IT"/>
        </w:rPr>
        <w:t>ALLEGATO</w:t>
      </w:r>
      <w:r w:rsidR="00000000" w:rsidRPr="00562614">
        <w:rPr>
          <w:b/>
          <w:sz w:val="32"/>
          <w:lang w:val="it-IT"/>
        </w:rPr>
        <w:t xml:space="preserve"> A8 </w:t>
      </w:r>
    </w:p>
    <w:p w14:paraId="3D6C111B" w14:textId="254E50DB" w:rsidR="00CE3E58" w:rsidRPr="00562614" w:rsidRDefault="00000000">
      <w:pPr>
        <w:rPr>
          <w:lang w:val="it-IT"/>
        </w:rPr>
      </w:pPr>
      <w:r w:rsidRPr="00562614">
        <w:rPr>
          <w:b/>
          <w:sz w:val="32"/>
          <w:lang w:val="it-IT"/>
        </w:rPr>
        <w:t>PROSPETTO ANALITICO DELLE SPESE FEDERALI</w:t>
      </w:r>
      <w:r w:rsidRPr="00562614">
        <w:rPr>
          <w:b/>
          <w:sz w:val="32"/>
          <w:lang w:val="it-IT"/>
        </w:rPr>
        <w:br/>
      </w:r>
    </w:p>
    <w:p w14:paraId="75D90E99" w14:textId="77777777" w:rsidR="00CE3E58" w:rsidRPr="00562614" w:rsidRDefault="00000000">
      <w:pPr>
        <w:rPr>
          <w:lang w:val="it-IT"/>
        </w:rPr>
      </w:pPr>
      <w:r w:rsidRPr="00562614">
        <w:rPr>
          <w:lang w:val="it-IT"/>
        </w:rPr>
        <w:t>Da allegare alla domanda di contributo ordinario ai fini della rendicontazione delle spese federali.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1A6D16" w14:paraId="3509383B" w14:textId="77777777" w:rsidTr="003E5B60">
        <w:tc>
          <w:tcPr>
            <w:tcW w:w="3397" w:type="dxa"/>
          </w:tcPr>
          <w:p w14:paraId="6379756B" w14:textId="77777777" w:rsidR="001A6D16" w:rsidRDefault="001A6D16" w:rsidP="003E5B60">
            <w:pPr>
              <w:rPr>
                <w:lang w:val="it-IT"/>
              </w:rPr>
            </w:pPr>
            <w:r>
              <w:rPr>
                <w:lang w:val="it-IT"/>
              </w:rPr>
              <w:t xml:space="preserve">Denominazione Associazione </w:t>
            </w:r>
          </w:p>
          <w:p w14:paraId="459A6DAD" w14:textId="77777777" w:rsidR="001A6D16" w:rsidRDefault="001A6D16" w:rsidP="003E5B6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506E5D97" w14:textId="77777777" w:rsidR="001A6D16" w:rsidRDefault="001A6D16" w:rsidP="003E5B60">
            <w:pPr>
              <w:rPr>
                <w:lang w:val="it-IT"/>
              </w:rPr>
            </w:pPr>
          </w:p>
        </w:tc>
      </w:tr>
      <w:tr w:rsidR="001A6D16" w14:paraId="30407990" w14:textId="77777777" w:rsidTr="003E5B60">
        <w:tc>
          <w:tcPr>
            <w:tcW w:w="3397" w:type="dxa"/>
          </w:tcPr>
          <w:p w14:paraId="3DBF0920" w14:textId="77777777" w:rsidR="001A6D16" w:rsidRDefault="001A6D16" w:rsidP="003E5B60">
            <w:pPr>
              <w:rPr>
                <w:lang w:val="it-IT"/>
              </w:rPr>
            </w:pPr>
            <w:r>
              <w:rPr>
                <w:lang w:val="it-IT"/>
              </w:rPr>
              <w:t xml:space="preserve">Stagione sportiva </w:t>
            </w:r>
          </w:p>
          <w:p w14:paraId="64CDD45C" w14:textId="77777777" w:rsidR="001A6D16" w:rsidRDefault="001A6D16" w:rsidP="003E5B6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4758AF0E" w14:textId="77777777" w:rsidR="001A6D16" w:rsidRDefault="001A6D16" w:rsidP="003E5B60">
            <w:pPr>
              <w:rPr>
                <w:lang w:val="it-IT"/>
              </w:rPr>
            </w:pPr>
          </w:p>
        </w:tc>
      </w:tr>
      <w:tr w:rsidR="001A6D16" w14:paraId="2159304E" w14:textId="77777777" w:rsidTr="003E5B60">
        <w:tc>
          <w:tcPr>
            <w:tcW w:w="3397" w:type="dxa"/>
          </w:tcPr>
          <w:p w14:paraId="34845C1C" w14:textId="77777777" w:rsidR="001A6D16" w:rsidRDefault="001A6D16" w:rsidP="003E5B60">
            <w:pPr>
              <w:rPr>
                <w:lang w:val="it-IT"/>
              </w:rPr>
            </w:pPr>
            <w:r>
              <w:rPr>
                <w:lang w:val="it-IT"/>
              </w:rPr>
              <w:t>Federazione/EPS</w:t>
            </w:r>
          </w:p>
          <w:p w14:paraId="54CE6CFF" w14:textId="77777777" w:rsidR="001A6D16" w:rsidRDefault="001A6D16" w:rsidP="003E5B60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E384FC7" w14:textId="77777777" w:rsidR="001A6D16" w:rsidRDefault="001A6D16" w:rsidP="003E5B60">
            <w:pPr>
              <w:rPr>
                <w:lang w:val="it-IT"/>
              </w:rPr>
            </w:pPr>
          </w:p>
        </w:tc>
      </w:tr>
    </w:tbl>
    <w:p w14:paraId="7EDFE44B" w14:textId="77777777" w:rsidR="00CE3E58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A6D1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DELLE SPESE FEDERALI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268"/>
        <w:gridCol w:w="2514"/>
        <w:gridCol w:w="1726"/>
      </w:tblGrid>
      <w:tr w:rsidR="001A6D16" w14:paraId="4070AD6A" w14:textId="77777777" w:rsidTr="001A6D16">
        <w:tc>
          <w:tcPr>
            <w:tcW w:w="562" w:type="dxa"/>
            <w:shd w:val="clear" w:color="auto" w:fill="92D050"/>
          </w:tcPr>
          <w:p w14:paraId="4B7AC08A" w14:textId="62E469C1" w:rsidR="001A6D16" w:rsidRDefault="001A6D16" w:rsidP="001A6D16">
            <w:pPr>
              <w:jc w:val="center"/>
              <w:rPr>
                <w:lang w:val="it-IT"/>
              </w:rPr>
            </w:pPr>
            <w:r>
              <w:t>N.</w:t>
            </w:r>
          </w:p>
        </w:tc>
        <w:tc>
          <w:tcPr>
            <w:tcW w:w="1560" w:type="dxa"/>
            <w:shd w:val="clear" w:color="auto" w:fill="92D050"/>
          </w:tcPr>
          <w:p w14:paraId="08663F85" w14:textId="77777777" w:rsidR="001A6D16" w:rsidRDefault="001A6D16" w:rsidP="001A6D16">
            <w:pPr>
              <w:jc w:val="center"/>
            </w:pPr>
            <w:r>
              <w:t>Data</w:t>
            </w:r>
          </w:p>
          <w:p w14:paraId="3F394294" w14:textId="327001C4" w:rsidR="001A6D16" w:rsidRDefault="001A6D16" w:rsidP="001A6D16">
            <w:pPr>
              <w:jc w:val="center"/>
              <w:rPr>
                <w:lang w:val="it-IT"/>
              </w:rPr>
            </w:pPr>
          </w:p>
        </w:tc>
        <w:tc>
          <w:tcPr>
            <w:tcW w:w="2268" w:type="dxa"/>
            <w:shd w:val="clear" w:color="auto" w:fill="92D050"/>
          </w:tcPr>
          <w:p w14:paraId="12BBF672" w14:textId="48C81B36" w:rsidR="001A6D16" w:rsidRDefault="001A6D16" w:rsidP="001A6D16">
            <w:pPr>
              <w:jc w:val="center"/>
              <w:rPr>
                <w:lang w:val="it-IT"/>
              </w:rPr>
            </w:pPr>
            <w:proofErr w:type="spellStart"/>
            <w:r>
              <w:t>Documento</w:t>
            </w:r>
            <w:proofErr w:type="spellEnd"/>
          </w:p>
        </w:tc>
        <w:tc>
          <w:tcPr>
            <w:tcW w:w="2514" w:type="dxa"/>
            <w:shd w:val="clear" w:color="auto" w:fill="92D050"/>
          </w:tcPr>
          <w:p w14:paraId="4FEA1C40" w14:textId="2E8558EB" w:rsidR="001A6D16" w:rsidRDefault="001A6D16" w:rsidP="001A6D16">
            <w:pPr>
              <w:jc w:val="center"/>
              <w:rPr>
                <w:lang w:val="it-IT"/>
              </w:rPr>
            </w:pPr>
            <w:proofErr w:type="spellStart"/>
            <w:r>
              <w:t>Tipologia</w:t>
            </w:r>
            <w:proofErr w:type="spellEnd"/>
            <w:r>
              <w:t xml:space="preserve"> </w:t>
            </w:r>
            <w:proofErr w:type="spellStart"/>
            <w:r>
              <w:t>spesa</w:t>
            </w:r>
            <w:proofErr w:type="spellEnd"/>
          </w:p>
        </w:tc>
        <w:tc>
          <w:tcPr>
            <w:tcW w:w="1726" w:type="dxa"/>
            <w:shd w:val="clear" w:color="auto" w:fill="92D050"/>
          </w:tcPr>
          <w:p w14:paraId="634A9CDD" w14:textId="4E66C2ED" w:rsidR="001A6D16" w:rsidRDefault="001A6D16" w:rsidP="001A6D16">
            <w:pPr>
              <w:jc w:val="center"/>
              <w:rPr>
                <w:lang w:val="it-IT"/>
              </w:rPr>
            </w:pPr>
            <w:proofErr w:type="spellStart"/>
            <w:r>
              <w:t>Importo</w:t>
            </w:r>
            <w:proofErr w:type="spellEnd"/>
            <w:r>
              <w:t xml:space="preserve"> (€)</w:t>
            </w:r>
          </w:p>
        </w:tc>
      </w:tr>
      <w:tr w:rsidR="001A6D16" w14:paraId="5EDD0264" w14:textId="77777777" w:rsidTr="001A6D16">
        <w:tc>
          <w:tcPr>
            <w:tcW w:w="562" w:type="dxa"/>
          </w:tcPr>
          <w:p w14:paraId="3DB9A143" w14:textId="559F8C95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60" w:type="dxa"/>
          </w:tcPr>
          <w:p w14:paraId="156C5472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7F0495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583B7E94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7D73CF1A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6F68E865" w14:textId="77777777" w:rsidTr="001A6D16">
        <w:tc>
          <w:tcPr>
            <w:tcW w:w="562" w:type="dxa"/>
          </w:tcPr>
          <w:p w14:paraId="5FB1B089" w14:textId="64E123F7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60" w:type="dxa"/>
          </w:tcPr>
          <w:p w14:paraId="3ECE5B6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D962E68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557EFC09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0397BE37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05413B00" w14:textId="77777777" w:rsidTr="001A6D16">
        <w:tc>
          <w:tcPr>
            <w:tcW w:w="562" w:type="dxa"/>
          </w:tcPr>
          <w:p w14:paraId="26A84F2C" w14:textId="2C2DB3E4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560" w:type="dxa"/>
          </w:tcPr>
          <w:p w14:paraId="21F214CA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F146000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2BB3B8F1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28CAC055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0F444712" w14:textId="77777777" w:rsidTr="001A6D16">
        <w:tc>
          <w:tcPr>
            <w:tcW w:w="562" w:type="dxa"/>
          </w:tcPr>
          <w:p w14:paraId="3281125E" w14:textId="705B00A6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560" w:type="dxa"/>
          </w:tcPr>
          <w:p w14:paraId="1CAA6FC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18FC22B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1318DC64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3BCBA9F7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664E11A4" w14:textId="77777777" w:rsidTr="001A6D16">
        <w:tc>
          <w:tcPr>
            <w:tcW w:w="562" w:type="dxa"/>
          </w:tcPr>
          <w:p w14:paraId="496724F3" w14:textId="6E34E3CD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560" w:type="dxa"/>
          </w:tcPr>
          <w:p w14:paraId="15016CF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2BD649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66C9E008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69A47CA1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50A6D594" w14:textId="77777777" w:rsidTr="001A6D16">
        <w:tc>
          <w:tcPr>
            <w:tcW w:w="562" w:type="dxa"/>
          </w:tcPr>
          <w:p w14:paraId="004D7C23" w14:textId="7E142748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560" w:type="dxa"/>
          </w:tcPr>
          <w:p w14:paraId="379FEE4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D8621E4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6DCEDF3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34558A49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1FA382C2" w14:textId="77777777" w:rsidTr="001A6D16">
        <w:tc>
          <w:tcPr>
            <w:tcW w:w="562" w:type="dxa"/>
          </w:tcPr>
          <w:p w14:paraId="311C5D08" w14:textId="6633E014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560" w:type="dxa"/>
          </w:tcPr>
          <w:p w14:paraId="2829BCCC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43C9D1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0464A540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24244CD0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5DB58073" w14:textId="77777777" w:rsidTr="001A6D16">
        <w:tc>
          <w:tcPr>
            <w:tcW w:w="562" w:type="dxa"/>
          </w:tcPr>
          <w:p w14:paraId="45EF9474" w14:textId="6F2840E5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560" w:type="dxa"/>
          </w:tcPr>
          <w:p w14:paraId="131EFEE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726D3AB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17930D7B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7F78F0A9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7DC4A3B1" w14:textId="77777777" w:rsidTr="001A6D16">
        <w:tc>
          <w:tcPr>
            <w:tcW w:w="562" w:type="dxa"/>
          </w:tcPr>
          <w:p w14:paraId="07872769" w14:textId="764E8507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1560" w:type="dxa"/>
          </w:tcPr>
          <w:p w14:paraId="66FF8D48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4DBEE7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3457B62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23F4B4B1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04DA131F" w14:textId="77777777" w:rsidTr="001A6D16">
        <w:tc>
          <w:tcPr>
            <w:tcW w:w="562" w:type="dxa"/>
          </w:tcPr>
          <w:p w14:paraId="3C64158B" w14:textId="1ADAC609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560" w:type="dxa"/>
          </w:tcPr>
          <w:p w14:paraId="669B4811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E289475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25D43601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5928949C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0DD8960F" w14:textId="77777777" w:rsidTr="001A6D16">
        <w:tc>
          <w:tcPr>
            <w:tcW w:w="562" w:type="dxa"/>
          </w:tcPr>
          <w:p w14:paraId="6A8EC132" w14:textId="594CDF91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1560" w:type="dxa"/>
          </w:tcPr>
          <w:p w14:paraId="01969A3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9A818C4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10CABB5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4C810CE5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546AE3E8" w14:textId="77777777" w:rsidTr="001A6D16">
        <w:tc>
          <w:tcPr>
            <w:tcW w:w="562" w:type="dxa"/>
          </w:tcPr>
          <w:p w14:paraId="3FE3E68C" w14:textId="5827CECE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1560" w:type="dxa"/>
          </w:tcPr>
          <w:p w14:paraId="251056C9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EDE3342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2D616DCE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0DBE3102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31064D5C" w14:textId="77777777" w:rsidTr="001A6D16">
        <w:tc>
          <w:tcPr>
            <w:tcW w:w="562" w:type="dxa"/>
          </w:tcPr>
          <w:p w14:paraId="47E62625" w14:textId="44954A2C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1560" w:type="dxa"/>
          </w:tcPr>
          <w:p w14:paraId="635237E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4385AC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61009DA0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6FABE893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4CC9303E" w14:textId="77777777" w:rsidTr="001A6D16">
        <w:tc>
          <w:tcPr>
            <w:tcW w:w="562" w:type="dxa"/>
          </w:tcPr>
          <w:p w14:paraId="00B2E63F" w14:textId="1D203D34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1560" w:type="dxa"/>
          </w:tcPr>
          <w:p w14:paraId="6A37C0AC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7E772C1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052A4D7A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42EB026F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392E7590" w14:textId="77777777" w:rsidTr="001A6D16">
        <w:tc>
          <w:tcPr>
            <w:tcW w:w="562" w:type="dxa"/>
          </w:tcPr>
          <w:p w14:paraId="13D2A30C" w14:textId="2C42FFAE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1560" w:type="dxa"/>
          </w:tcPr>
          <w:p w14:paraId="12C5CAC5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49009F0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37E11FD1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528E53B7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5FD0059B" w14:textId="77777777" w:rsidTr="001A6D16">
        <w:tc>
          <w:tcPr>
            <w:tcW w:w="562" w:type="dxa"/>
          </w:tcPr>
          <w:p w14:paraId="4B0EB81D" w14:textId="37C80E30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1560" w:type="dxa"/>
          </w:tcPr>
          <w:p w14:paraId="0EBA0B80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1257F49C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534FC69C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36832284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02A9B06D" w14:textId="77777777" w:rsidTr="001A6D16">
        <w:tc>
          <w:tcPr>
            <w:tcW w:w="562" w:type="dxa"/>
          </w:tcPr>
          <w:p w14:paraId="4F7555C3" w14:textId="5A733D96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1560" w:type="dxa"/>
          </w:tcPr>
          <w:p w14:paraId="636805E2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8B6AC75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0302D9E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1F6F0F46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749F623A" w14:textId="77777777" w:rsidTr="001A6D16">
        <w:tc>
          <w:tcPr>
            <w:tcW w:w="562" w:type="dxa"/>
          </w:tcPr>
          <w:p w14:paraId="59D2F132" w14:textId="5238688C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1560" w:type="dxa"/>
          </w:tcPr>
          <w:p w14:paraId="0C7BE24F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7A5ADB2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7A053398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34993552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26E15458" w14:textId="77777777" w:rsidTr="001A6D16">
        <w:tc>
          <w:tcPr>
            <w:tcW w:w="562" w:type="dxa"/>
          </w:tcPr>
          <w:p w14:paraId="4A70761C" w14:textId="4A036DC8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1560" w:type="dxa"/>
          </w:tcPr>
          <w:p w14:paraId="576FF8B2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DA4AD69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319D92CD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05158D7B" w14:textId="77777777" w:rsidR="001A6D16" w:rsidRDefault="001A6D16" w:rsidP="001A6D16">
            <w:pPr>
              <w:rPr>
                <w:lang w:val="it-IT"/>
              </w:rPr>
            </w:pPr>
          </w:p>
        </w:tc>
      </w:tr>
      <w:tr w:rsidR="001A6D16" w14:paraId="219E637D" w14:textId="77777777" w:rsidTr="001A6D16">
        <w:tc>
          <w:tcPr>
            <w:tcW w:w="562" w:type="dxa"/>
          </w:tcPr>
          <w:p w14:paraId="15F28004" w14:textId="4BECB9D8" w:rsidR="001A6D16" w:rsidRDefault="001A6D16" w:rsidP="001A6D16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1560" w:type="dxa"/>
          </w:tcPr>
          <w:p w14:paraId="1325D4F3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D672A4C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2514" w:type="dxa"/>
          </w:tcPr>
          <w:p w14:paraId="69CE6C0A" w14:textId="77777777" w:rsidR="001A6D16" w:rsidRDefault="001A6D16" w:rsidP="001A6D16">
            <w:pPr>
              <w:rPr>
                <w:lang w:val="it-IT"/>
              </w:rPr>
            </w:pPr>
          </w:p>
        </w:tc>
        <w:tc>
          <w:tcPr>
            <w:tcW w:w="1726" w:type="dxa"/>
          </w:tcPr>
          <w:p w14:paraId="2F13B1F2" w14:textId="77777777" w:rsidR="001A6D16" w:rsidRDefault="001A6D16" w:rsidP="001A6D16">
            <w:pPr>
              <w:rPr>
                <w:lang w:val="it-IT"/>
              </w:rPr>
            </w:pPr>
          </w:p>
        </w:tc>
      </w:tr>
    </w:tbl>
    <w:p w14:paraId="68943594" w14:textId="77777777" w:rsidR="001A6D16" w:rsidRPr="001A6D16" w:rsidRDefault="001A6D16" w:rsidP="001A6D16">
      <w:pPr>
        <w:rPr>
          <w:lang w:val="it-IT"/>
        </w:rPr>
      </w:pPr>
    </w:p>
    <w:p w14:paraId="3A6C62FF" w14:textId="77777777" w:rsidR="00CE3E58" w:rsidRPr="001A6D16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A6D1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TIPOLOGIE DI SPESA (barrare)</w:t>
      </w:r>
    </w:p>
    <w:p w14:paraId="6B1E92A5" w14:textId="77777777" w:rsidR="00CE3E58" w:rsidRPr="001A6D16" w:rsidRDefault="00000000">
      <w:pPr>
        <w:rPr>
          <w:lang w:val="it-IT"/>
        </w:rPr>
      </w:pPr>
      <w:r w:rsidRPr="001A6D16">
        <w:rPr>
          <w:lang w:val="it-IT"/>
        </w:rPr>
        <w:t>☐ Affiliazione alla Federazione/Ente</w:t>
      </w:r>
    </w:p>
    <w:p w14:paraId="0EECC51F" w14:textId="77777777" w:rsidR="00CE3E58" w:rsidRPr="001A6D16" w:rsidRDefault="00000000">
      <w:pPr>
        <w:rPr>
          <w:lang w:val="it-IT"/>
        </w:rPr>
      </w:pPr>
      <w:r w:rsidRPr="001A6D16">
        <w:rPr>
          <w:lang w:val="it-IT"/>
        </w:rPr>
        <w:t>☐ Tesseramento atleti</w:t>
      </w:r>
    </w:p>
    <w:p w14:paraId="2C52EF6F" w14:textId="77777777" w:rsidR="00CE3E58" w:rsidRPr="001A6D16" w:rsidRDefault="00000000">
      <w:pPr>
        <w:rPr>
          <w:lang w:val="it-IT"/>
        </w:rPr>
      </w:pPr>
      <w:r w:rsidRPr="001A6D16">
        <w:rPr>
          <w:lang w:val="it-IT"/>
        </w:rPr>
        <w:t>☐ Tesseramento tecnici</w:t>
      </w:r>
    </w:p>
    <w:p w14:paraId="72E635BB" w14:textId="54E35012" w:rsidR="001A6D16" w:rsidRPr="001A6D16" w:rsidRDefault="001A6D16">
      <w:pPr>
        <w:rPr>
          <w:lang w:val="it-IT"/>
        </w:rPr>
      </w:pPr>
      <w:r w:rsidRPr="001A6D16">
        <w:rPr>
          <w:lang w:val="it-IT"/>
        </w:rPr>
        <w:lastRenderedPageBreak/>
        <w:t>☐ Tesseramento dirigenti</w:t>
      </w:r>
    </w:p>
    <w:p w14:paraId="04B83F82" w14:textId="77777777" w:rsidR="00CE3E58" w:rsidRPr="001A6D16" w:rsidRDefault="00000000">
      <w:pPr>
        <w:rPr>
          <w:lang w:val="it-IT"/>
        </w:rPr>
      </w:pPr>
      <w:r w:rsidRPr="001A6D16">
        <w:rPr>
          <w:lang w:val="it-IT"/>
        </w:rPr>
        <w:t>☐ Iscrizione ai campionati</w:t>
      </w:r>
    </w:p>
    <w:p w14:paraId="2B690AF6" w14:textId="6969815F" w:rsidR="00CE3E58" w:rsidRPr="00562614" w:rsidRDefault="00000000">
      <w:pPr>
        <w:rPr>
          <w:lang w:val="it-IT"/>
        </w:rPr>
      </w:pPr>
      <w:r w:rsidRPr="00562614">
        <w:rPr>
          <w:lang w:val="it-IT"/>
        </w:rPr>
        <w:t>☐ Iscrizione a gare ufficiali</w:t>
      </w:r>
      <w:r w:rsidR="00562614" w:rsidRPr="00562614">
        <w:rPr>
          <w:lang w:val="it-IT"/>
        </w:rPr>
        <w:t xml:space="preserve"> (se non già rendicontate tra </w:t>
      </w:r>
      <w:r w:rsidR="001A6D16">
        <w:rPr>
          <w:lang w:val="it-IT"/>
        </w:rPr>
        <w:t xml:space="preserve">i </w:t>
      </w:r>
      <w:r w:rsidR="00562614">
        <w:rPr>
          <w:lang w:val="it-IT"/>
        </w:rPr>
        <w:t>contributi straordinari)</w:t>
      </w:r>
    </w:p>
    <w:p w14:paraId="77D643B3" w14:textId="77777777" w:rsidR="00CE3E58" w:rsidRPr="00562614" w:rsidRDefault="00000000">
      <w:pPr>
        <w:rPr>
          <w:lang w:val="it-IT"/>
        </w:rPr>
      </w:pPr>
      <w:r w:rsidRPr="00562614">
        <w:rPr>
          <w:lang w:val="it-IT"/>
        </w:rPr>
        <w:t>☐ Diritti federali</w:t>
      </w:r>
    </w:p>
    <w:p w14:paraId="71F01D0A" w14:textId="77777777" w:rsidR="00CE3E58" w:rsidRPr="00562614" w:rsidRDefault="00000000">
      <w:pPr>
        <w:rPr>
          <w:lang w:val="it-IT"/>
        </w:rPr>
      </w:pPr>
      <w:r w:rsidRPr="00562614">
        <w:rPr>
          <w:lang w:val="it-IT"/>
        </w:rPr>
        <w:t>☐ Altre spese federali ammissibili</w:t>
      </w:r>
    </w:p>
    <w:p w14:paraId="239701F2" w14:textId="77777777" w:rsidR="00CE3E58" w:rsidRPr="001A6D16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A6D1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RIEPILOGO</w:t>
      </w:r>
    </w:p>
    <w:p w14:paraId="73325762" w14:textId="77777777" w:rsidR="00CE3E58" w:rsidRDefault="00000000">
      <w:pPr>
        <w:rPr>
          <w:lang w:val="it-IT"/>
        </w:rPr>
      </w:pPr>
      <w:r w:rsidRPr="00562614">
        <w:rPr>
          <w:lang w:val="it-IT"/>
        </w:rPr>
        <w:t>Totale spese federali sostenute: __________________ €</w:t>
      </w:r>
    </w:p>
    <w:p w14:paraId="6D6981F7" w14:textId="0FB08CA3" w:rsidR="00B65C7F" w:rsidRPr="001A6D16" w:rsidRDefault="00B65C7F" w:rsidP="00B65C7F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A6D1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ALLEGARE DOCUMENTI ATTESTAZIONE DI SPESA</w:t>
      </w:r>
    </w:p>
    <w:p w14:paraId="16432F2B" w14:textId="77777777" w:rsidR="00CE3E58" w:rsidRPr="001A6D16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1A6D16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2A75497B" w14:textId="77777777" w:rsidR="00CE3E58" w:rsidRPr="00562614" w:rsidRDefault="00000000">
      <w:pPr>
        <w:rPr>
          <w:lang w:val="it-IT"/>
        </w:rPr>
      </w:pPr>
      <w:r w:rsidRPr="00562614">
        <w:rPr>
          <w:lang w:val="it-IT"/>
        </w:rPr>
        <w:t>Il legale rappresentante dichiara che le spese indicate sono state sostenute per attività federali ufficiali e sono documentate da idonei giustificativi.</w:t>
      </w:r>
    </w:p>
    <w:p w14:paraId="7090CABF" w14:textId="5EE63A53" w:rsidR="00CE3E58" w:rsidRPr="00562614" w:rsidRDefault="00000000">
      <w:pPr>
        <w:rPr>
          <w:lang w:val="it-IT"/>
        </w:rPr>
      </w:pPr>
      <w:r w:rsidRPr="00562614">
        <w:rPr>
          <w:lang w:val="it-IT"/>
        </w:rPr>
        <w:br/>
        <w:t>Luogo e data ______</w:t>
      </w:r>
      <w:r w:rsidR="001A6D16">
        <w:rPr>
          <w:lang w:val="it-IT"/>
        </w:rPr>
        <w:t>________</w:t>
      </w:r>
      <w:r w:rsidRPr="00562614">
        <w:rPr>
          <w:lang w:val="it-IT"/>
        </w:rPr>
        <w:t>____________________</w:t>
      </w:r>
    </w:p>
    <w:p w14:paraId="7DBF0422" w14:textId="6CE39628" w:rsidR="00CE3E58" w:rsidRPr="00562614" w:rsidRDefault="00000000" w:rsidP="001A6D16">
      <w:pPr>
        <w:ind w:left="2880"/>
        <w:rPr>
          <w:lang w:val="it-IT"/>
        </w:rPr>
      </w:pPr>
      <w:r w:rsidRPr="00562614">
        <w:rPr>
          <w:lang w:val="it-IT"/>
        </w:rPr>
        <w:t>Firma del Legale Rappresentante __________</w:t>
      </w:r>
      <w:r w:rsidR="001A6D16">
        <w:rPr>
          <w:lang w:val="it-IT"/>
        </w:rPr>
        <w:t>______</w:t>
      </w:r>
      <w:r w:rsidRPr="00562614">
        <w:rPr>
          <w:lang w:val="it-IT"/>
        </w:rPr>
        <w:t>________________</w:t>
      </w:r>
    </w:p>
    <w:sectPr w:rsidR="00CE3E58" w:rsidRPr="005626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565365">
    <w:abstractNumId w:val="8"/>
  </w:num>
  <w:num w:numId="2" w16cid:durableId="1531727127">
    <w:abstractNumId w:val="6"/>
  </w:num>
  <w:num w:numId="3" w16cid:durableId="222955514">
    <w:abstractNumId w:val="5"/>
  </w:num>
  <w:num w:numId="4" w16cid:durableId="1783455163">
    <w:abstractNumId w:val="4"/>
  </w:num>
  <w:num w:numId="5" w16cid:durableId="1005520923">
    <w:abstractNumId w:val="7"/>
  </w:num>
  <w:num w:numId="6" w16cid:durableId="747000011">
    <w:abstractNumId w:val="3"/>
  </w:num>
  <w:num w:numId="7" w16cid:durableId="204830903">
    <w:abstractNumId w:val="2"/>
  </w:num>
  <w:num w:numId="8" w16cid:durableId="1585339746">
    <w:abstractNumId w:val="1"/>
  </w:num>
  <w:num w:numId="9" w16cid:durableId="55990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D16"/>
    <w:rsid w:val="0029639D"/>
    <w:rsid w:val="00326F90"/>
    <w:rsid w:val="00562614"/>
    <w:rsid w:val="008B0718"/>
    <w:rsid w:val="00A13F24"/>
    <w:rsid w:val="00AA1D8D"/>
    <w:rsid w:val="00AE636B"/>
    <w:rsid w:val="00B13444"/>
    <w:rsid w:val="00B15B41"/>
    <w:rsid w:val="00B47730"/>
    <w:rsid w:val="00B65C7F"/>
    <w:rsid w:val="00CB0664"/>
    <w:rsid w:val="00CE3E58"/>
    <w:rsid w:val="00E36A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7B09E"/>
  <w14:defaultImageDpi w14:val="300"/>
  <w15:docId w15:val="{511D8F79-F9A7-41DA-A41F-8575FCEF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3</cp:revision>
  <dcterms:created xsi:type="dcterms:W3CDTF">2026-07-08T13:45:00Z</dcterms:created>
  <dcterms:modified xsi:type="dcterms:W3CDTF">2026-07-08T15:11:00Z</dcterms:modified>
  <cp:category/>
</cp:coreProperties>
</file>