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1167F" w14:textId="0B74A7A1" w:rsidR="00BA4C8B" w:rsidRDefault="00FB1389">
      <w:pPr>
        <w:rPr>
          <w:b/>
          <w:sz w:val="32"/>
          <w:lang w:val="it-IT"/>
        </w:rPr>
      </w:pPr>
      <w:r w:rsidRPr="00FB1389">
        <w:rPr>
          <w:b/>
          <w:sz w:val="32"/>
          <w:lang w:val="it-IT"/>
        </w:rPr>
        <w:t>ALLEGATO</w:t>
      </w:r>
      <w:r w:rsidR="00000000" w:rsidRPr="00A4754F">
        <w:rPr>
          <w:b/>
          <w:sz w:val="32"/>
          <w:lang w:val="it-IT"/>
        </w:rPr>
        <w:t xml:space="preserve"> A4 </w:t>
      </w:r>
    </w:p>
    <w:p w14:paraId="3DBA56A9" w14:textId="7BE74D65" w:rsidR="003B310B" w:rsidRPr="00A4754F" w:rsidRDefault="00000000" w:rsidP="00BA4C8B">
      <w:pPr>
        <w:rPr>
          <w:lang w:val="it-IT"/>
        </w:rPr>
      </w:pPr>
      <w:r w:rsidRPr="00A4754F">
        <w:rPr>
          <w:b/>
          <w:sz w:val="32"/>
          <w:lang w:val="it-IT"/>
        </w:rPr>
        <w:t>RENDICONTO ECONOMICO ANALITICO DELLE SPESE</w:t>
      </w:r>
      <w:r w:rsidR="00BA4C8B">
        <w:rPr>
          <w:b/>
          <w:sz w:val="32"/>
          <w:lang w:val="it-IT"/>
        </w:rPr>
        <w:t xml:space="preserve"> SOSTENUTE E AMMISSIBILI </w:t>
      </w:r>
      <w:r w:rsidRPr="00A4754F">
        <w:rPr>
          <w:b/>
          <w:sz w:val="32"/>
          <w:lang w:val="it-IT"/>
        </w:rPr>
        <w:br/>
      </w:r>
    </w:p>
    <w:p w14:paraId="69A39761" w14:textId="77777777" w:rsidR="00BA4C8B" w:rsidRDefault="00BA4C8B" w:rsidP="00BA4C8B">
      <w:pPr>
        <w:rPr>
          <w:lang w:val="it-IT"/>
        </w:rPr>
      </w:pPr>
      <w:r w:rsidRPr="00153DA3">
        <w:rPr>
          <w:lang w:val="it-IT"/>
        </w:rPr>
        <w:t>Da allegare alla domanda di contributo ordinario.</w:t>
      </w:r>
    </w:p>
    <w:p w14:paraId="7CB7F18B" w14:textId="277F749F" w:rsidR="00F514E7" w:rsidRPr="00F514E7" w:rsidRDefault="00F514E7" w:rsidP="00F514E7">
      <w:pPr>
        <w:pStyle w:val="Titolo2"/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</w:pPr>
      <w:r w:rsidRPr="00944C07"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  <w:t>DATI DELL'ASSOCIAZIONE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97"/>
        <w:gridCol w:w="5233"/>
      </w:tblGrid>
      <w:tr w:rsidR="00BA4C8B" w14:paraId="5BA48959" w14:textId="77777777" w:rsidTr="00D36BEE">
        <w:tc>
          <w:tcPr>
            <w:tcW w:w="3397" w:type="dxa"/>
          </w:tcPr>
          <w:p w14:paraId="43F36437" w14:textId="77777777" w:rsidR="00BA4C8B" w:rsidRDefault="00BA4C8B" w:rsidP="00D36BEE">
            <w:pPr>
              <w:rPr>
                <w:lang w:val="it-IT"/>
              </w:rPr>
            </w:pPr>
            <w:r>
              <w:rPr>
                <w:lang w:val="it-IT"/>
              </w:rPr>
              <w:t xml:space="preserve">Denominazione Associazione </w:t>
            </w:r>
          </w:p>
          <w:p w14:paraId="6B58751C" w14:textId="77777777" w:rsidR="00BA4C8B" w:rsidRDefault="00BA4C8B" w:rsidP="00D36BEE">
            <w:pPr>
              <w:rPr>
                <w:lang w:val="it-IT"/>
              </w:rPr>
            </w:pPr>
          </w:p>
        </w:tc>
        <w:tc>
          <w:tcPr>
            <w:tcW w:w="5233" w:type="dxa"/>
          </w:tcPr>
          <w:p w14:paraId="3B9198ED" w14:textId="77777777" w:rsidR="00BA4C8B" w:rsidRDefault="00BA4C8B" w:rsidP="00D36BEE">
            <w:pPr>
              <w:rPr>
                <w:lang w:val="it-IT"/>
              </w:rPr>
            </w:pPr>
          </w:p>
        </w:tc>
      </w:tr>
      <w:tr w:rsidR="00BA4C8B" w14:paraId="0678F1A6" w14:textId="77777777" w:rsidTr="00D36BEE">
        <w:tc>
          <w:tcPr>
            <w:tcW w:w="3397" w:type="dxa"/>
          </w:tcPr>
          <w:p w14:paraId="5235FF96" w14:textId="77777777" w:rsidR="00BA4C8B" w:rsidRDefault="00BA4C8B" w:rsidP="00D36BEE">
            <w:pPr>
              <w:rPr>
                <w:lang w:val="it-IT"/>
              </w:rPr>
            </w:pPr>
            <w:r>
              <w:rPr>
                <w:lang w:val="it-IT"/>
              </w:rPr>
              <w:t xml:space="preserve">Stagione sportiva </w:t>
            </w:r>
          </w:p>
          <w:p w14:paraId="7C9AF8AD" w14:textId="77777777" w:rsidR="00BA4C8B" w:rsidRDefault="00BA4C8B" w:rsidP="00D36BEE">
            <w:pPr>
              <w:rPr>
                <w:lang w:val="it-IT"/>
              </w:rPr>
            </w:pPr>
          </w:p>
        </w:tc>
        <w:tc>
          <w:tcPr>
            <w:tcW w:w="5233" w:type="dxa"/>
          </w:tcPr>
          <w:p w14:paraId="60430739" w14:textId="77777777" w:rsidR="00BA4C8B" w:rsidRDefault="00BA4C8B" w:rsidP="00D36BEE">
            <w:pPr>
              <w:rPr>
                <w:lang w:val="it-IT"/>
              </w:rPr>
            </w:pPr>
          </w:p>
        </w:tc>
      </w:tr>
    </w:tbl>
    <w:p w14:paraId="4CD5BABB" w14:textId="77777777" w:rsidR="003B310B" w:rsidRPr="00BA4C8B" w:rsidRDefault="00000000">
      <w:pPr>
        <w:pStyle w:val="Titolo2"/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</w:pPr>
      <w:r w:rsidRPr="00BA4C8B"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  <w:t>ELENCO ANALITICO DELLE SPESE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60"/>
        <w:gridCol w:w="1129"/>
        <w:gridCol w:w="1837"/>
        <w:gridCol w:w="3659"/>
        <w:gridCol w:w="1545"/>
      </w:tblGrid>
      <w:tr w:rsidR="00BA4C8B" w14:paraId="581D19E3" w14:textId="7DDE4F74" w:rsidTr="00BA4C8B">
        <w:tc>
          <w:tcPr>
            <w:tcW w:w="460" w:type="dxa"/>
            <w:shd w:val="clear" w:color="auto" w:fill="92D050"/>
          </w:tcPr>
          <w:p w14:paraId="0085D801" w14:textId="47047FCF" w:rsidR="00BA4C8B" w:rsidRDefault="00BA4C8B" w:rsidP="00BA4C8B">
            <w:pPr>
              <w:rPr>
                <w:lang w:val="it-IT"/>
              </w:rPr>
            </w:pPr>
            <w:r>
              <w:rPr>
                <w:lang w:val="it-IT"/>
              </w:rPr>
              <w:t>N.</w:t>
            </w:r>
          </w:p>
        </w:tc>
        <w:tc>
          <w:tcPr>
            <w:tcW w:w="1129" w:type="dxa"/>
            <w:shd w:val="clear" w:color="auto" w:fill="92D050"/>
          </w:tcPr>
          <w:p w14:paraId="29BC4660" w14:textId="220EEEDE" w:rsidR="00BA4C8B" w:rsidRDefault="00BA4C8B" w:rsidP="00BA4C8B">
            <w:pPr>
              <w:rPr>
                <w:lang w:val="it-IT"/>
              </w:rPr>
            </w:pPr>
            <w:r>
              <w:rPr>
                <w:lang w:val="it-IT"/>
              </w:rPr>
              <w:t>Data</w:t>
            </w:r>
          </w:p>
        </w:tc>
        <w:tc>
          <w:tcPr>
            <w:tcW w:w="1837" w:type="dxa"/>
            <w:shd w:val="clear" w:color="auto" w:fill="92D050"/>
          </w:tcPr>
          <w:p w14:paraId="36E4AA91" w14:textId="3AF263CF" w:rsidR="00BA4C8B" w:rsidRDefault="00BA4C8B" w:rsidP="00BA4C8B">
            <w:pPr>
              <w:rPr>
                <w:lang w:val="it-IT"/>
              </w:rPr>
            </w:pPr>
            <w:r>
              <w:rPr>
                <w:lang w:val="it-IT"/>
              </w:rPr>
              <w:t>Documento</w:t>
            </w:r>
          </w:p>
        </w:tc>
        <w:tc>
          <w:tcPr>
            <w:tcW w:w="3659" w:type="dxa"/>
            <w:shd w:val="clear" w:color="auto" w:fill="92D050"/>
          </w:tcPr>
          <w:p w14:paraId="7D704BE9" w14:textId="4ADCA009" w:rsidR="00BA4C8B" w:rsidRDefault="00BA4C8B" w:rsidP="00BA4C8B">
            <w:pPr>
              <w:rPr>
                <w:lang w:val="it-IT"/>
              </w:rPr>
            </w:pPr>
            <w:r>
              <w:rPr>
                <w:lang w:val="it-IT"/>
              </w:rPr>
              <w:t xml:space="preserve">Descrizione spesa </w:t>
            </w:r>
          </w:p>
        </w:tc>
        <w:tc>
          <w:tcPr>
            <w:tcW w:w="1545" w:type="dxa"/>
            <w:shd w:val="clear" w:color="auto" w:fill="92D050"/>
          </w:tcPr>
          <w:p w14:paraId="549B0E13" w14:textId="65ACD1B6" w:rsidR="00BA4C8B" w:rsidRDefault="00BA4C8B" w:rsidP="00BA4C8B">
            <w:pPr>
              <w:rPr>
                <w:lang w:val="it-IT"/>
              </w:rPr>
            </w:pPr>
            <w:r>
              <w:rPr>
                <w:lang w:val="it-IT"/>
              </w:rPr>
              <w:t>Importo €</w:t>
            </w:r>
          </w:p>
        </w:tc>
      </w:tr>
      <w:tr w:rsidR="00BA4C8B" w14:paraId="2B0E0A5C" w14:textId="77777777" w:rsidTr="00BA4C8B">
        <w:tc>
          <w:tcPr>
            <w:tcW w:w="460" w:type="dxa"/>
          </w:tcPr>
          <w:p w14:paraId="61040552" w14:textId="31F6125A" w:rsidR="00BA4C8B" w:rsidRDefault="00BA4C8B" w:rsidP="00BA4C8B">
            <w:pPr>
              <w:rPr>
                <w:lang w:val="it-IT"/>
              </w:rPr>
            </w:pPr>
            <w:r>
              <w:rPr>
                <w:lang w:val="it-IT"/>
              </w:rPr>
              <w:t>1</w:t>
            </w:r>
          </w:p>
        </w:tc>
        <w:tc>
          <w:tcPr>
            <w:tcW w:w="1129" w:type="dxa"/>
          </w:tcPr>
          <w:p w14:paraId="724CF6E0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837" w:type="dxa"/>
          </w:tcPr>
          <w:p w14:paraId="0DA7D249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3659" w:type="dxa"/>
          </w:tcPr>
          <w:p w14:paraId="7A3AE500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545" w:type="dxa"/>
          </w:tcPr>
          <w:p w14:paraId="407030D4" w14:textId="77777777" w:rsidR="00BA4C8B" w:rsidRDefault="00BA4C8B" w:rsidP="00BA4C8B">
            <w:pPr>
              <w:rPr>
                <w:lang w:val="it-IT"/>
              </w:rPr>
            </w:pPr>
          </w:p>
        </w:tc>
      </w:tr>
      <w:tr w:rsidR="00BA4C8B" w14:paraId="051758CF" w14:textId="77777777" w:rsidTr="00BA4C8B">
        <w:tc>
          <w:tcPr>
            <w:tcW w:w="460" w:type="dxa"/>
          </w:tcPr>
          <w:p w14:paraId="0A03859E" w14:textId="482ADB5D" w:rsidR="00BA4C8B" w:rsidRDefault="00BA4C8B" w:rsidP="00BA4C8B">
            <w:pPr>
              <w:rPr>
                <w:lang w:val="it-IT"/>
              </w:rPr>
            </w:pPr>
            <w:r>
              <w:rPr>
                <w:lang w:val="it-IT"/>
              </w:rPr>
              <w:t>2</w:t>
            </w:r>
          </w:p>
        </w:tc>
        <w:tc>
          <w:tcPr>
            <w:tcW w:w="1129" w:type="dxa"/>
          </w:tcPr>
          <w:p w14:paraId="4429A729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837" w:type="dxa"/>
          </w:tcPr>
          <w:p w14:paraId="0CFEA28B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3659" w:type="dxa"/>
          </w:tcPr>
          <w:p w14:paraId="1FAE6F63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545" w:type="dxa"/>
          </w:tcPr>
          <w:p w14:paraId="01F3E7FC" w14:textId="77777777" w:rsidR="00BA4C8B" w:rsidRDefault="00BA4C8B" w:rsidP="00BA4C8B">
            <w:pPr>
              <w:rPr>
                <w:lang w:val="it-IT"/>
              </w:rPr>
            </w:pPr>
          </w:p>
        </w:tc>
      </w:tr>
      <w:tr w:rsidR="00BA4C8B" w14:paraId="3F0DF194" w14:textId="77777777" w:rsidTr="00BA4C8B">
        <w:tc>
          <w:tcPr>
            <w:tcW w:w="460" w:type="dxa"/>
          </w:tcPr>
          <w:p w14:paraId="75C98607" w14:textId="2F2E625E" w:rsidR="00BA4C8B" w:rsidRDefault="00BA4C8B" w:rsidP="00BA4C8B">
            <w:pPr>
              <w:rPr>
                <w:lang w:val="it-IT"/>
              </w:rPr>
            </w:pPr>
            <w:r>
              <w:rPr>
                <w:lang w:val="it-IT"/>
              </w:rPr>
              <w:t>3</w:t>
            </w:r>
          </w:p>
        </w:tc>
        <w:tc>
          <w:tcPr>
            <w:tcW w:w="1129" w:type="dxa"/>
          </w:tcPr>
          <w:p w14:paraId="4F27B49A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837" w:type="dxa"/>
          </w:tcPr>
          <w:p w14:paraId="41484DBD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3659" w:type="dxa"/>
          </w:tcPr>
          <w:p w14:paraId="0DDB24AE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545" w:type="dxa"/>
          </w:tcPr>
          <w:p w14:paraId="2B1AD299" w14:textId="77777777" w:rsidR="00BA4C8B" w:rsidRDefault="00BA4C8B" w:rsidP="00BA4C8B">
            <w:pPr>
              <w:rPr>
                <w:lang w:val="it-IT"/>
              </w:rPr>
            </w:pPr>
          </w:p>
        </w:tc>
      </w:tr>
      <w:tr w:rsidR="00BA4C8B" w14:paraId="25B5B39F" w14:textId="77777777" w:rsidTr="00BA4C8B">
        <w:tc>
          <w:tcPr>
            <w:tcW w:w="460" w:type="dxa"/>
          </w:tcPr>
          <w:p w14:paraId="567A0FC0" w14:textId="218072FD" w:rsidR="00BA4C8B" w:rsidRDefault="00BA4C8B" w:rsidP="00BA4C8B">
            <w:pPr>
              <w:rPr>
                <w:lang w:val="it-IT"/>
              </w:rPr>
            </w:pPr>
            <w:r>
              <w:rPr>
                <w:lang w:val="it-IT"/>
              </w:rPr>
              <w:t>4</w:t>
            </w:r>
          </w:p>
        </w:tc>
        <w:tc>
          <w:tcPr>
            <w:tcW w:w="1129" w:type="dxa"/>
          </w:tcPr>
          <w:p w14:paraId="23BB21F4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837" w:type="dxa"/>
          </w:tcPr>
          <w:p w14:paraId="5D124204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3659" w:type="dxa"/>
          </w:tcPr>
          <w:p w14:paraId="207B6C05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545" w:type="dxa"/>
          </w:tcPr>
          <w:p w14:paraId="39EBCA1E" w14:textId="77777777" w:rsidR="00BA4C8B" w:rsidRDefault="00BA4C8B" w:rsidP="00BA4C8B">
            <w:pPr>
              <w:rPr>
                <w:lang w:val="it-IT"/>
              </w:rPr>
            </w:pPr>
          </w:p>
        </w:tc>
      </w:tr>
      <w:tr w:rsidR="00BA4C8B" w14:paraId="50AAF337" w14:textId="77777777" w:rsidTr="00BA4C8B">
        <w:tc>
          <w:tcPr>
            <w:tcW w:w="460" w:type="dxa"/>
          </w:tcPr>
          <w:p w14:paraId="4C18548A" w14:textId="57C80849" w:rsidR="00BA4C8B" w:rsidRDefault="00BA4C8B" w:rsidP="00BA4C8B">
            <w:pPr>
              <w:rPr>
                <w:lang w:val="it-IT"/>
              </w:rPr>
            </w:pPr>
            <w:r>
              <w:rPr>
                <w:lang w:val="it-IT"/>
              </w:rPr>
              <w:t>5</w:t>
            </w:r>
          </w:p>
        </w:tc>
        <w:tc>
          <w:tcPr>
            <w:tcW w:w="1129" w:type="dxa"/>
          </w:tcPr>
          <w:p w14:paraId="5C701590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837" w:type="dxa"/>
          </w:tcPr>
          <w:p w14:paraId="52F81093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3659" w:type="dxa"/>
          </w:tcPr>
          <w:p w14:paraId="11A0BA63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545" w:type="dxa"/>
          </w:tcPr>
          <w:p w14:paraId="5E1B196A" w14:textId="77777777" w:rsidR="00BA4C8B" w:rsidRDefault="00BA4C8B" w:rsidP="00BA4C8B">
            <w:pPr>
              <w:rPr>
                <w:lang w:val="it-IT"/>
              </w:rPr>
            </w:pPr>
          </w:p>
        </w:tc>
      </w:tr>
      <w:tr w:rsidR="00BA4C8B" w14:paraId="4C749E49" w14:textId="77777777" w:rsidTr="00BA4C8B">
        <w:tc>
          <w:tcPr>
            <w:tcW w:w="460" w:type="dxa"/>
          </w:tcPr>
          <w:p w14:paraId="38192733" w14:textId="2FF2B116" w:rsidR="00BA4C8B" w:rsidRDefault="00BA4C8B" w:rsidP="00BA4C8B">
            <w:pPr>
              <w:rPr>
                <w:lang w:val="it-IT"/>
              </w:rPr>
            </w:pPr>
            <w:r>
              <w:rPr>
                <w:lang w:val="it-IT"/>
              </w:rPr>
              <w:t>6</w:t>
            </w:r>
          </w:p>
        </w:tc>
        <w:tc>
          <w:tcPr>
            <w:tcW w:w="1129" w:type="dxa"/>
          </w:tcPr>
          <w:p w14:paraId="38019570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837" w:type="dxa"/>
          </w:tcPr>
          <w:p w14:paraId="2FCEAF39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3659" w:type="dxa"/>
          </w:tcPr>
          <w:p w14:paraId="2724E6C4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545" w:type="dxa"/>
          </w:tcPr>
          <w:p w14:paraId="4DB5A480" w14:textId="77777777" w:rsidR="00BA4C8B" w:rsidRDefault="00BA4C8B" w:rsidP="00BA4C8B">
            <w:pPr>
              <w:rPr>
                <w:lang w:val="it-IT"/>
              </w:rPr>
            </w:pPr>
          </w:p>
        </w:tc>
      </w:tr>
      <w:tr w:rsidR="00BA4C8B" w14:paraId="49E399B2" w14:textId="77777777" w:rsidTr="00BA4C8B">
        <w:tc>
          <w:tcPr>
            <w:tcW w:w="460" w:type="dxa"/>
          </w:tcPr>
          <w:p w14:paraId="4C555ABD" w14:textId="0C80674C" w:rsidR="00BA4C8B" w:rsidRDefault="00BA4C8B" w:rsidP="00BA4C8B">
            <w:pPr>
              <w:rPr>
                <w:lang w:val="it-IT"/>
              </w:rPr>
            </w:pPr>
            <w:r>
              <w:rPr>
                <w:lang w:val="it-IT"/>
              </w:rPr>
              <w:t>7</w:t>
            </w:r>
          </w:p>
        </w:tc>
        <w:tc>
          <w:tcPr>
            <w:tcW w:w="1129" w:type="dxa"/>
          </w:tcPr>
          <w:p w14:paraId="0186EBC4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837" w:type="dxa"/>
          </w:tcPr>
          <w:p w14:paraId="300F6F48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3659" w:type="dxa"/>
          </w:tcPr>
          <w:p w14:paraId="5B2CF605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545" w:type="dxa"/>
          </w:tcPr>
          <w:p w14:paraId="66E7137D" w14:textId="77777777" w:rsidR="00BA4C8B" w:rsidRDefault="00BA4C8B" w:rsidP="00BA4C8B">
            <w:pPr>
              <w:rPr>
                <w:lang w:val="it-IT"/>
              </w:rPr>
            </w:pPr>
          </w:p>
        </w:tc>
      </w:tr>
      <w:tr w:rsidR="00BA4C8B" w14:paraId="3CDEA791" w14:textId="77777777" w:rsidTr="00BA4C8B">
        <w:tc>
          <w:tcPr>
            <w:tcW w:w="460" w:type="dxa"/>
          </w:tcPr>
          <w:p w14:paraId="3E0B0ED3" w14:textId="35077AF8" w:rsidR="00BA4C8B" w:rsidRDefault="00BA4C8B" w:rsidP="00BA4C8B">
            <w:pPr>
              <w:rPr>
                <w:lang w:val="it-IT"/>
              </w:rPr>
            </w:pPr>
            <w:r>
              <w:rPr>
                <w:lang w:val="it-IT"/>
              </w:rPr>
              <w:t>8</w:t>
            </w:r>
          </w:p>
        </w:tc>
        <w:tc>
          <w:tcPr>
            <w:tcW w:w="1129" w:type="dxa"/>
          </w:tcPr>
          <w:p w14:paraId="49449C81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837" w:type="dxa"/>
          </w:tcPr>
          <w:p w14:paraId="6834D142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3659" w:type="dxa"/>
          </w:tcPr>
          <w:p w14:paraId="4D4CCD5B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545" w:type="dxa"/>
          </w:tcPr>
          <w:p w14:paraId="166F09FB" w14:textId="77777777" w:rsidR="00BA4C8B" w:rsidRDefault="00BA4C8B" w:rsidP="00BA4C8B">
            <w:pPr>
              <w:rPr>
                <w:lang w:val="it-IT"/>
              </w:rPr>
            </w:pPr>
          </w:p>
        </w:tc>
      </w:tr>
      <w:tr w:rsidR="00BA4C8B" w14:paraId="1FF3A855" w14:textId="77777777" w:rsidTr="00BA4C8B">
        <w:tc>
          <w:tcPr>
            <w:tcW w:w="460" w:type="dxa"/>
          </w:tcPr>
          <w:p w14:paraId="091ED2FC" w14:textId="7B0543F2" w:rsidR="00BA4C8B" w:rsidRDefault="00BA4C8B" w:rsidP="00BA4C8B">
            <w:pPr>
              <w:rPr>
                <w:lang w:val="it-IT"/>
              </w:rPr>
            </w:pPr>
            <w:r>
              <w:rPr>
                <w:lang w:val="it-IT"/>
              </w:rPr>
              <w:t>9</w:t>
            </w:r>
          </w:p>
        </w:tc>
        <w:tc>
          <w:tcPr>
            <w:tcW w:w="1129" w:type="dxa"/>
          </w:tcPr>
          <w:p w14:paraId="7E90C777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837" w:type="dxa"/>
          </w:tcPr>
          <w:p w14:paraId="134109BC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3659" w:type="dxa"/>
          </w:tcPr>
          <w:p w14:paraId="411F1B2F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545" w:type="dxa"/>
          </w:tcPr>
          <w:p w14:paraId="6162A227" w14:textId="77777777" w:rsidR="00BA4C8B" w:rsidRDefault="00BA4C8B" w:rsidP="00BA4C8B">
            <w:pPr>
              <w:rPr>
                <w:lang w:val="it-IT"/>
              </w:rPr>
            </w:pPr>
          </w:p>
        </w:tc>
      </w:tr>
      <w:tr w:rsidR="00BA4C8B" w14:paraId="59729D16" w14:textId="77777777" w:rsidTr="00BA4C8B">
        <w:tc>
          <w:tcPr>
            <w:tcW w:w="460" w:type="dxa"/>
          </w:tcPr>
          <w:p w14:paraId="70A65B01" w14:textId="43C432EB" w:rsidR="00BA4C8B" w:rsidRDefault="00BA4C8B" w:rsidP="00BA4C8B">
            <w:pPr>
              <w:rPr>
                <w:lang w:val="it-IT"/>
              </w:rPr>
            </w:pPr>
            <w:r>
              <w:rPr>
                <w:lang w:val="it-IT"/>
              </w:rPr>
              <w:t>10</w:t>
            </w:r>
          </w:p>
        </w:tc>
        <w:tc>
          <w:tcPr>
            <w:tcW w:w="1129" w:type="dxa"/>
          </w:tcPr>
          <w:p w14:paraId="38FE37F7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837" w:type="dxa"/>
          </w:tcPr>
          <w:p w14:paraId="0BB5C94A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3659" w:type="dxa"/>
          </w:tcPr>
          <w:p w14:paraId="57F7C518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545" w:type="dxa"/>
          </w:tcPr>
          <w:p w14:paraId="5750FFCF" w14:textId="77777777" w:rsidR="00BA4C8B" w:rsidRDefault="00BA4C8B" w:rsidP="00BA4C8B">
            <w:pPr>
              <w:rPr>
                <w:lang w:val="it-IT"/>
              </w:rPr>
            </w:pPr>
          </w:p>
        </w:tc>
      </w:tr>
      <w:tr w:rsidR="00BA4C8B" w14:paraId="619C223E" w14:textId="77777777" w:rsidTr="00BA4C8B">
        <w:tc>
          <w:tcPr>
            <w:tcW w:w="460" w:type="dxa"/>
          </w:tcPr>
          <w:p w14:paraId="0E2D6C95" w14:textId="78658B0A" w:rsidR="00BA4C8B" w:rsidRDefault="00BA4C8B" w:rsidP="00BA4C8B">
            <w:pPr>
              <w:rPr>
                <w:lang w:val="it-IT"/>
              </w:rPr>
            </w:pPr>
            <w:r>
              <w:rPr>
                <w:lang w:val="it-IT"/>
              </w:rPr>
              <w:t>11</w:t>
            </w:r>
          </w:p>
        </w:tc>
        <w:tc>
          <w:tcPr>
            <w:tcW w:w="1129" w:type="dxa"/>
          </w:tcPr>
          <w:p w14:paraId="7FAB3D88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837" w:type="dxa"/>
          </w:tcPr>
          <w:p w14:paraId="67648D74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3659" w:type="dxa"/>
          </w:tcPr>
          <w:p w14:paraId="17938F82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545" w:type="dxa"/>
          </w:tcPr>
          <w:p w14:paraId="12F52514" w14:textId="77777777" w:rsidR="00BA4C8B" w:rsidRDefault="00BA4C8B" w:rsidP="00BA4C8B">
            <w:pPr>
              <w:rPr>
                <w:lang w:val="it-IT"/>
              </w:rPr>
            </w:pPr>
          </w:p>
        </w:tc>
      </w:tr>
      <w:tr w:rsidR="00BA4C8B" w14:paraId="71DBB501" w14:textId="77777777" w:rsidTr="00BA4C8B">
        <w:tc>
          <w:tcPr>
            <w:tcW w:w="460" w:type="dxa"/>
          </w:tcPr>
          <w:p w14:paraId="17F8A342" w14:textId="48232641" w:rsidR="00BA4C8B" w:rsidRDefault="00BA4C8B" w:rsidP="00BA4C8B">
            <w:pPr>
              <w:rPr>
                <w:lang w:val="it-IT"/>
              </w:rPr>
            </w:pPr>
            <w:r>
              <w:rPr>
                <w:lang w:val="it-IT"/>
              </w:rPr>
              <w:t>12</w:t>
            </w:r>
          </w:p>
        </w:tc>
        <w:tc>
          <w:tcPr>
            <w:tcW w:w="1129" w:type="dxa"/>
          </w:tcPr>
          <w:p w14:paraId="389BDFD6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837" w:type="dxa"/>
          </w:tcPr>
          <w:p w14:paraId="4EE6EBCF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3659" w:type="dxa"/>
          </w:tcPr>
          <w:p w14:paraId="0BF14097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545" w:type="dxa"/>
          </w:tcPr>
          <w:p w14:paraId="414792E8" w14:textId="77777777" w:rsidR="00BA4C8B" w:rsidRDefault="00BA4C8B" w:rsidP="00BA4C8B">
            <w:pPr>
              <w:rPr>
                <w:lang w:val="it-IT"/>
              </w:rPr>
            </w:pPr>
          </w:p>
        </w:tc>
      </w:tr>
      <w:tr w:rsidR="00BA4C8B" w14:paraId="6846EC44" w14:textId="77777777" w:rsidTr="00BA4C8B">
        <w:tc>
          <w:tcPr>
            <w:tcW w:w="460" w:type="dxa"/>
          </w:tcPr>
          <w:p w14:paraId="013B5927" w14:textId="3D108890" w:rsidR="00BA4C8B" w:rsidRDefault="00BA4C8B" w:rsidP="00BA4C8B">
            <w:pPr>
              <w:rPr>
                <w:lang w:val="it-IT"/>
              </w:rPr>
            </w:pPr>
            <w:r>
              <w:rPr>
                <w:lang w:val="it-IT"/>
              </w:rPr>
              <w:t>13</w:t>
            </w:r>
          </w:p>
        </w:tc>
        <w:tc>
          <w:tcPr>
            <w:tcW w:w="1129" w:type="dxa"/>
          </w:tcPr>
          <w:p w14:paraId="5CD7E8E2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837" w:type="dxa"/>
          </w:tcPr>
          <w:p w14:paraId="620E1D63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3659" w:type="dxa"/>
          </w:tcPr>
          <w:p w14:paraId="528A4ADC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545" w:type="dxa"/>
          </w:tcPr>
          <w:p w14:paraId="1E66C958" w14:textId="77777777" w:rsidR="00BA4C8B" w:rsidRDefault="00BA4C8B" w:rsidP="00BA4C8B">
            <w:pPr>
              <w:rPr>
                <w:lang w:val="it-IT"/>
              </w:rPr>
            </w:pPr>
          </w:p>
        </w:tc>
      </w:tr>
      <w:tr w:rsidR="00BA4C8B" w14:paraId="3BA8548B" w14:textId="77777777" w:rsidTr="00BA4C8B">
        <w:tc>
          <w:tcPr>
            <w:tcW w:w="460" w:type="dxa"/>
          </w:tcPr>
          <w:p w14:paraId="261FC389" w14:textId="31E3C0FD" w:rsidR="00BA4C8B" w:rsidRDefault="00BA4C8B" w:rsidP="00BA4C8B">
            <w:pPr>
              <w:rPr>
                <w:lang w:val="it-IT"/>
              </w:rPr>
            </w:pPr>
            <w:r>
              <w:rPr>
                <w:lang w:val="it-IT"/>
              </w:rPr>
              <w:t>14</w:t>
            </w:r>
          </w:p>
        </w:tc>
        <w:tc>
          <w:tcPr>
            <w:tcW w:w="1129" w:type="dxa"/>
          </w:tcPr>
          <w:p w14:paraId="2B9D1804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837" w:type="dxa"/>
          </w:tcPr>
          <w:p w14:paraId="44AF229A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3659" w:type="dxa"/>
          </w:tcPr>
          <w:p w14:paraId="0DCF3CEC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545" w:type="dxa"/>
          </w:tcPr>
          <w:p w14:paraId="6260EE71" w14:textId="77777777" w:rsidR="00BA4C8B" w:rsidRDefault="00BA4C8B" w:rsidP="00BA4C8B">
            <w:pPr>
              <w:rPr>
                <w:lang w:val="it-IT"/>
              </w:rPr>
            </w:pPr>
          </w:p>
        </w:tc>
      </w:tr>
      <w:tr w:rsidR="00BA4C8B" w14:paraId="2ACCFB35" w14:textId="77777777" w:rsidTr="00BA4C8B">
        <w:tc>
          <w:tcPr>
            <w:tcW w:w="460" w:type="dxa"/>
          </w:tcPr>
          <w:p w14:paraId="26CA3A87" w14:textId="12107D1D" w:rsidR="00BA4C8B" w:rsidRDefault="00BA4C8B" w:rsidP="00BA4C8B">
            <w:pPr>
              <w:rPr>
                <w:lang w:val="it-IT"/>
              </w:rPr>
            </w:pPr>
            <w:r>
              <w:rPr>
                <w:lang w:val="it-IT"/>
              </w:rPr>
              <w:t>15</w:t>
            </w:r>
          </w:p>
        </w:tc>
        <w:tc>
          <w:tcPr>
            <w:tcW w:w="1129" w:type="dxa"/>
          </w:tcPr>
          <w:p w14:paraId="373426E2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837" w:type="dxa"/>
          </w:tcPr>
          <w:p w14:paraId="66C47DC5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3659" w:type="dxa"/>
          </w:tcPr>
          <w:p w14:paraId="1B19EE52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545" w:type="dxa"/>
          </w:tcPr>
          <w:p w14:paraId="4CD88E04" w14:textId="77777777" w:rsidR="00BA4C8B" w:rsidRDefault="00BA4C8B" w:rsidP="00BA4C8B">
            <w:pPr>
              <w:rPr>
                <w:lang w:val="it-IT"/>
              </w:rPr>
            </w:pPr>
          </w:p>
        </w:tc>
      </w:tr>
      <w:tr w:rsidR="00BA4C8B" w14:paraId="12D17A6C" w14:textId="77777777" w:rsidTr="00BA4C8B">
        <w:tc>
          <w:tcPr>
            <w:tcW w:w="460" w:type="dxa"/>
          </w:tcPr>
          <w:p w14:paraId="3C032C0D" w14:textId="14EBB528" w:rsidR="00BA4C8B" w:rsidRDefault="00BA4C8B" w:rsidP="00BA4C8B">
            <w:pPr>
              <w:rPr>
                <w:lang w:val="it-IT"/>
              </w:rPr>
            </w:pPr>
            <w:r>
              <w:rPr>
                <w:lang w:val="it-IT"/>
              </w:rPr>
              <w:t>16</w:t>
            </w:r>
          </w:p>
        </w:tc>
        <w:tc>
          <w:tcPr>
            <w:tcW w:w="1129" w:type="dxa"/>
          </w:tcPr>
          <w:p w14:paraId="60BDC4F7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837" w:type="dxa"/>
          </w:tcPr>
          <w:p w14:paraId="6B3A1431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3659" w:type="dxa"/>
          </w:tcPr>
          <w:p w14:paraId="2E257B30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545" w:type="dxa"/>
          </w:tcPr>
          <w:p w14:paraId="6EF39CC1" w14:textId="77777777" w:rsidR="00BA4C8B" w:rsidRDefault="00BA4C8B" w:rsidP="00BA4C8B">
            <w:pPr>
              <w:rPr>
                <w:lang w:val="it-IT"/>
              </w:rPr>
            </w:pPr>
          </w:p>
        </w:tc>
      </w:tr>
      <w:tr w:rsidR="00BA4C8B" w14:paraId="45844D5D" w14:textId="77777777" w:rsidTr="00BA4C8B">
        <w:tc>
          <w:tcPr>
            <w:tcW w:w="460" w:type="dxa"/>
          </w:tcPr>
          <w:p w14:paraId="0BE4E517" w14:textId="32A59488" w:rsidR="00BA4C8B" w:rsidRDefault="00BA4C8B" w:rsidP="00BA4C8B">
            <w:pPr>
              <w:rPr>
                <w:lang w:val="it-IT"/>
              </w:rPr>
            </w:pPr>
            <w:r>
              <w:rPr>
                <w:lang w:val="it-IT"/>
              </w:rPr>
              <w:t>17</w:t>
            </w:r>
          </w:p>
        </w:tc>
        <w:tc>
          <w:tcPr>
            <w:tcW w:w="1129" w:type="dxa"/>
          </w:tcPr>
          <w:p w14:paraId="67354D3D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837" w:type="dxa"/>
          </w:tcPr>
          <w:p w14:paraId="02E10B9C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3659" w:type="dxa"/>
          </w:tcPr>
          <w:p w14:paraId="0E87091C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545" w:type="dxa"/>
          </w:tcPr>
          <w:p w14:paraId="6D753BCE" w14:textId="77777777" w:rsidR="00BA4C8B" w:rsidRDefault="00BA4C8B" w:rsidP="00BA4C8B">
            <w:pPr>
              <w:rPr>
                <w:lang w:val="it-IT"/>
              </w:rPr>
            </w:pPr>
          </w:p>
        </w:tc>
      </w:tr>
      <w:tr w:rsidR="00BA4C8B" w14:paraId="363F40D4" w14:textId="77777777" w:rsidTr="00BA4C8B">
        <w:tc>
          <w:tcPr>
            <w:tcW w:w="460" w:type="dxa"/>
          </w:tcPr>
          <w:p w14:paraId="740334D8" w14:textId="50A362EA" w:rsidR="00BA4C8B" w:rsidRDefault="00BA4C8B" w:rsidP="00BA4C8B">
            <w:pPr>
              <w:rPr>
                <w:lang w:val="it-IT"/>
              </w:rPr>
            </w:pPr>
            <w:r>
              <w:rPr>
                <w:lang w:val="it-IT"/>
              </w:rPr>
              <w:t>18</w:t>
            </w:r>
          </w:p>
        </w:tc>
        <w:tc>
          <w:tcPr>
            <w:tcW w:w="1129" w:type="dxa"/>
          </w:tcPr>
          <w:p w14:paraId="3A0F393B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837" w:type="dxa"/>
          </w:tcPr>
          <w:p w14:paraId="75136286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3659" w:type="dxa"/>
          </w:tcPr>
          <w:p w14:paraId="03B7A392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545" w:type="dxa"/>
          </w:tcPr>
          <w:p w14:paraId="370AD94D" w14:textId="77777777" w:rsidR="00BA4C8B" w:rsidRDefault="00BA4C8B" w:rsidP="00BA4C8B">
            <w:pPr>
              <w:rPr>
                <w:lang w:val="it-IT"/>
              </w:rPr>
            </w:pPr>
          </w:p>
        </w:tc>
      </w:tr>
      <w:tr w:rsidR="00BA4C8B" w14:paraId="016968B9" w14:textId="77777777" w:rsidTr="00BA4C8B">
        <w:tc>
          <w:tcPr>
            <w:tcW w:w="460" w:type="dxa"/>
          </w:tcPr>
          <w:p w14:paraId="461D4C53" w14:textId="281851CE" w:rsidR="00BA4C8B" w:rsidRDefault="00BA4C8B" w:rsidP="00BA4C8B">
            <w:pPr>
              <w:rPr>
                <w:lang w:val="it-IT"/>
              </w:rPr>
            </w:pPr>
            <w:r>
              <w:rPr>
                <w:lang w:val="it-IT"/>
              </w:rPr>
              <w:t>19</w:t>
            </w:r>
          </w:p>
        </w:tc>
        <w:tc>
          <w:tcPr>
            <w:tcW w:w="1129" w:type="dxa"/>
          </w:tcPr>
          <w:p w14:paraId="6D05D475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837" w:type="dxa"/>
          </w:tcPr>
          <w:p w14:paraId="13B47136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3659" w:type="dxa"/>
          </w:tcPr>
          <w:p w14:paraId="0C67DCE4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545" w:type="dxa"/>
          </w:tcPr>
          <w:p w14:paraId="0791DA1E" w14:textId="77777777" w:rsidR="00BA4C8B" w:rsidRDefault="00BA4C8B" w:rsidP="00BA4C8B">
            <w:pPr>
              <w:rPr>
                <w:lang w:val="it-IT"/>
              </w:rPr>
            </w:pPr>
          </w:p>
        </w:tc>
      </w:tr>
      <w:tr w:rsidR="00BA4C8B" w14:paraId="5D856089" w14:textId="77777777" w:rsidTr="00BA4C8B">
        <w:tc>
          <w:tcPr>
            <w:tcW w:w="460" w:type="dxa"/>
          </w:tcPr>
          <w:p w14:paraId="5A5422C1" w14:textId="52323291" w:rsidR="00BA4C8B" w:rsidRDefault="00BA4C8B" w:rsidP="00BA4C8B">
            <w:pPr>
              <w:rPr>
                <w:lang w:val="it-IT"/>
              </w:rPr>
            </w:pPr>
            <w:r>
              <w:rPr>
                <w:lang w:val="it-IT"/>
              </w:rPr>
              <w:t>20</w:t>
            </w:r>
          </w:p>
        </w:tc>
        <w:tc>
          <w:tcPr>
            <w:tcW w:w="1129" w:type="dxa"/>
          </w:tcPr>
          <w:p w14:paraId="68C62798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837" w:type="dxa"/>
          </w:tcPr>
          <w:p w14:paraId="14E9D820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3659" w:type="dxa"/>
          </w:tcPr>
          <w:p w14:paraId="6A14F84C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545" w:type="dxa"/>
          </w:tcPr>
          <w:p w14:paraId="4186700C" w14:textId="77777777" w:rsidR="00BA4C8B" w:rsidRDefault="00BA4C8B" w:rsidP="00BA4C8B">
            <w:pPr>
              <w:rPr>
                <w:lang w:val="it-IT"/>
              </w:rPr>
            </w:pPr>
          </w:p>
        </w:tc>
      </w:tr>
      <w:tr w:rsidR="00BA4C8B" w14:paraId="44EFD02E" w14:textId="77777777" w:rsidTr="00BA4C8B">
        <w:tc>
          <w:tcPr>
            <w:tcW w:w="460" w:type="dxa"/>
          </w:tcPr>
          <w:p w14:paraId="4B29E7C4" w14:textId="7F8E3907" w:rsidR="00BA4C8B" w:rsidRDefault="00BA4C8B" w:rsidP="00BA4C8B">
            <w:pPr>
              <w:rPr>
                <w:lang w:val="it-IT"/>
              </w:rPr>
            </w:pPr>
            <w:r>
              <w:rPr>
                <w:lang w:val="it-IT"/>
              </w:rPr>
              <w:t>21</w:t>
            </w:r>
          </w:p>
        </w:tc>
        <w:tc>
          <w:tcPr>
            <w:tcW w:w="1129" w:type="dxa"/>
          </w:tcPr>
          <w:p w14:paraId="21AD3534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837" w:type="dxa"/>
          </w:tcPr>
          <w:p w14:paraId="0CDECE0E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3659" w:type="dxa"/>
          </w:tcPr>
          <w:p w14:paraId="5A93B179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545" w:type="dxa"/>
          </w:tcPr>
          <w:p w14:paraId="6F0C463F" w14:textId="77777777" w:rsidR="00BA4C8B" w:rsidRDefault="00BA4C8B" w:rsidP="00BA4C8B">
            <w:pPr>
              <w:rPr>
                <w:lang w:val="it-IT"/>
              </w:rPr>
            </w:pPr>
          </w:p>
        </w:tc>
      </w:tr>
      <w:tr w:rsidR="00BA4C8B" w14:paraId="3911518B" w14:textId="77777777" w:rsidTr="00BA4C8B">
        <w:tc>
          <w:tcPr>
            <w:tcW w:w="460" w:type="dxa"/>
          </w:tcPr>
          <w:p w14:paraId="722A17D1" w14:textId="2FFCEE77" w:rsidR="00BA4C8B" w:rsidRDefault="00BA4C8B" w:rsidP="00BA4C8B">
            <w:pPr>
              <w:rPr>
                <w:lang w:val="it-IT"/>
              </w:rPr>
            </w:pPr>
            <w:r>
              <w:rPr>
                <w:lang w:val="it-IT"/>
              </w:rPr>
              <w:t>22</w:t>
            </w:r>
          </w:p>
        </w:tc>
        <w:tc>
          <w:tcPr>
            <w:tcW w:w="1129" w:type="dxa"/>
          </w:tcPr>
          <w:p w14:paraId="53E0A14A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837" w:type="dxa"/>
          </w:tcPr>
          <w:p w14:paraId="6B98712B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3659" w:type="dxa"/>
          </w:tcPr>
          <w:p w14:paraId="523A5DEE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545" w:type="dxa"/>
          </w:tcPr>
          <w:p w14:paraId="24324F1A" w14:textId="77777777" w:rsidR="00BA4C8B" w:rsidRDefault="00BA4C8B" w:rsidP="00BA4C8B">
            <w:pPr>
              <w:rPr>
                <w:lang w:val="it-IT"/>
              </w:rPr>
            </w:pPr>
          </w:p>
        </w:tc>
      </w:tr>
      <w:tr w:rsidR="00BA4C8B" w14:paraId="6A6C4CB9" w14:textId="77777777" w:rsidTr="00BA4C8B">
        <w:tc>
          <w:tcPr>
            <w:tcW w:w="460" w:type="dxa"/>
          </w:tcPr>
          <w:p w14:paraId="3E944229" w14:textId="7EA15387" w:rsidR="00BA4C8B" w:rsidRDefault="00BA4C8B" w:rsidP="00BA4C8B">
            <w:pPr>
              <w:rPr>
                <w:lang w:val="it-IT"/>
              </w:rPr>
            </w:pPr>
            <w:r>
              <w:rPr>
                <w:lang w:val="it-IT"/>
              </w:rPr>
              <w:t>23</w:t>
            </w:r>
          </w:p>
        </w:tc>
        <w:tc>
          <w:tcPr>
            <w:tcW w:w="1129" w:type="dxa"/>
          </w:tcPr>
          <w:p w14:paraId="58BAED45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837" w:type="dxa"/>
          </w:tcPr>
          <w:p w14:paraId="162D49C2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3659" w:type="dxa"/>
          </w:tcPr>
          <w:p w14:paraId="62735B36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545" w:type="dxa"/>
          </w:tcPr>
          <w:p w14:paraId="7E7F083F" w14:textId="77777777" w:rsidR="00BA4C8B" w:rsidRDefault="00BA4C8B" w:rsidP="00BA4C8B">
            <w:pPr>
              <w:rPr>
                <w:lang w:val="it-IT"/>
              </w:rPr>
            </w:pPr>
          </w:p>
        </w:tc>
      </w:tr>
      <w:tr w:rsidR="00BA4C8B" w14:paraId="4AB4F987" w14:textId="77777777" w:rsidTr="00BA4C8B">
        <w:tc>
          <w:tcPr>
            <w:tcW w:w="460" w:type="dxa"/>
          </w:tcPr>
          <w:p w14:paraId="27C82E80" w14:textId="568317BD" w:rsidR="00BA4C8B" w:rsidRDefault="00BA4C8B" w:rsidP="00BA4C8B">
            <w:pPr>
              <w:rPr>
                <w:lang w:val="it-IT"/>
              </w:rPr>
            </w:pPr>
            <w:r>
              <w:rPr>
                <w:lang w:val="it-IT"/>
              </w:rPr>
              <w:t>24</w:t>
            </w:r>
          </w:p>
        </w:tc>
        <w:tc>
          <w:tcPr>
            <w:tcW w:w="1129" w:type="dxa"/>
          </w:tcPr>
          <w:p w14:paraId="45ACB905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837" w:type="dxa"/>
          </w:tcPr>
          <w:p w14:paraId="0E42CA76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3659" w:type="dxa"/>
          </w:tcPr>
          <w:p w14:paraId="335DDBF2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545" w:type="dxa"/>
          </w:tcPr>
          <w:p w14:paraId="32CBACE7" w14:textId="77777777" w:rsidR="00BA4C8B" w:rsidRDefault="00BA4C8B" w:rsidP="00BA4C8B">
            <w:pPr>
              <w:rPr>
                <w:lang w:val="it-IT"/>
              </w:rPr>
            </w:pPr>
          </w:p>
        </w:tc>
      </w:tr>
      <w:tr w:rsidR="00BA4C8B" w14:paraId="630881E8" w14:textId="77777777" w:rsidTr="00BA4C8B">
        <w:tc>
          <w:tcPr>
            <w:tcW w:w="460" w:type="dxa"/>
          </w:tcPr>
          <w:p w14:paraId="154C31E5" w14:textId="7262B83B" w:rsidR="00BA4C8B" w:rsidRDefault="00BA4C8B" w:rsidP="00BA4C8B">
            <w:pPr>
              <w:rPr>
                <w:lang w:val="it-IT"/>
              </w:rPr>
            </w:pPr>
            <w:r>
              <w:rPr>
                <w:lang w:val="it-IT"/>
              </w:rPr>
              <w:t>25</w:t>
            </w:r>
          </w:p>
        </w:tc>
        <w:tc>
          <w:tcPr>
            <w:tcW w:w="1129" w:type="dxa"/>
          </w:tcPr>
          <w:p w14:paraId="2722D81D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837" w:type="dxa"/>
          </w:tcPr>
          <w:p w14:paraId="7EC993AB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3659" w:type="dxa"/>
          </w:tcPr>
          <w:p w14:paraId="1632FDBC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545" w:type="dxa"/>
          </w:tcPr>
          <w:p w14:paraId="3D3CDD74" w14:textId="77777777" w:rsidR="00BA4C8B" w:rsidRDefault="00BA4C8B" w:rsidP="00BA4C8B">
            <w:pPr>
              <w:rPr>
                <w:lang w:val="it-IT"/>
              </w:rPr>
            </w:pPr>
          </w:p>
        </w:tc>
      </w:tr>
      <w:tr w:rsidR="00BA4C8B" w14:paraId="26A23C68" w14:textId="77777777" w:rsidTr="00BA4C8B">
        <w:tc>
          <w:tcPr>
            <w:tcW w:w="460" w:type="dxa"/>
          </w:tcPr>
          <w:p w14:paraId="594ECF66" w14:textId="286D1C91" w:rsidR="00BA4C8B" w:rsidRDefault="00BA4C8B" w:rsidP="00BA4C8B">
            <w:pPr>
              <w:rPr>
                <w:lang w:val="it-IT"/>
              </w:rPr>
            </w:pPr>
            <w:r>
              <w:rPr>
                <w:lang w:val="it-IT"/>
              </w:rPr>
              <w:t>26</w:t>
            </w:r>
          </w:p>
        </w:tc>
        <w:tc>
          <w:tcPr>
            <w:tcW w:w="1129" w:type="dxa"/>
          </w:tcPr>
          <w:p w14:paraId="3F775778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837" w:type="dxa"/>
          </w:tcPr>
          <w:p w14:paraId="60636125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3659" w:type="dxa"/>
          </w:tcPr>
          <w:p w14:paraId="5F92BE60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545" w:type="dxa"/>
          </w:tcPr>
          <w:p w14:paraId="1B9E6555" w14:textId="77777777" w:rsidR="00BA4C8B" w:rsidRDefault="00BA4C8B" w:rsidP="00BA4C8B">
            <w:pPr>
              <w:rPr>
                <w:lang w:val="it-IT"/>
              </w:rPr>
            </w:pPr>
          </w:p>
        </w:tc>
      </w:tr>
      <w:tr w:rsidR="00BA4C8B" w14:paraId="301C4A6E" w14:textId="77777777" w:rsidTr="00BA4C8B">
        <w:tc>
          <w:tcPr>
            <w:tcW w:w="460" w:type="dxa"/>
          </w:tcPr>
          <w:p w14:paraId="1E23E9AA" w14:textId="47DFBB0C" w:rsidR="00BA4C8B" w:rsidRDefault="00BA4C8B" w:rsidP="00BA4C8B">
            <w:pPr>
              <w:rPr>
                <w:lang w:val="it-IT"/>
              </w:rPr>
            </w:pPr>
            <w:r>
              <w:rPr>
                <w:lang w:val="it-IT"/>
              </w:rPr>
              <w:t>27</w:t>
            </w:r>
          </w:p>
        </w:tc>
        <w:tc>
          <w:tcPr>
            <w:tcW w:w="1129" w:type="dxa"/>
          </w:tcPr>
          <w:p w14:paraId="62C7CDE3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837" w:type="dxa"/>
          </w:tcPr>
          <w:p w14:paraId="263260F9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3659" w:type="dxa"/>
          </w:tcPr>
          <w:p w14:paraId="75BEEC52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545" w:type="dxa"/>
          </w:tcPr>
          <w:p w14:paraId="387D0B03" w14:textId="77777777" w:rsidR="00BA4C8B" w:rsidRDefault="00BA4C8B" w:rsidP="00BA4C8B">
            <w:pPr>
              <w:rPr>
                <w:lang w:val="it-IT"/>
              </w:rPr>
            </w:pPr>
          </w:p>
        </w:tc>
      </w:tr>
      <w:tr w:rsidR="00BA4C8B" w14:paraId="00078D7B" w14:textId="77777777" w:rsidTr="00BA4C8B">
        <w:tc>
          <w:tcPr>
            <w:tcW w:w="460" w:type="dxa"/>
          </w:tcPr>
          <w:p w14:paraId="12352DEA" w14:textId="3DC08BD2" w:rsidR="00BA4C8B" w:rsidRDefault="00BA4C8B" w:rsidP="00BA4C8B">
            <w:pPr>
              <w:rPr>
                <w:lang w:val="it-IT"/>
              </w:rPr>
            </w:pPr>
            <w:r>
              <w:rPr>
                <w:lang w:val="it-IT"/>
              </w:rPr>
              <w:t>28</w:t>
            </w:r>
          </w:p>
        </w:tc>
        <w:tc>
          <w:tcPr>
            <w:tcW w:w="1129" w:type="dxa"/>
          </w:tcPr>
          <w:p w14:paraId="1D2F1206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837" w:type="dxa"/>
          </w:tcPr>
          <w:p w14:paraId="31D32382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3659" w:type="dxa"/>
          </w:tcPr>
          <w:p w14:paraId="0C05F5F7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545" w:type="dxa"/>
          </w:tcPr>
          <w:p w14:paraId="5BB9BFFF" w14:textId="77777777" w:rsidR="00BA4C8B" w:rsidRDefault="00BA4C8B" w:rsidP="00BA4C8B">
            <w:pPr>
              <w:rPr>
                <w:lang w:val="it-IT"/>
              </w:rPr>
            </w:pPr>
          </w:p>
        </w:tc>
      </w:tr>
      <w:tr w:rsidR="00BA4C8B" w14:paraId="7CC7F4D7" w14:textId="77777777" w:rsidTr="00BA4C8B">
        <w:tc>
          <w:tcPr>
            <w:tcW w:w="460" w:type="dxa"/>
          </w:tcPr>
          <w:p w14:paraId="3A2FD660" w14:textId="637D4F2E" w:rsidR="00BA4C8B" w:rsidRDefault="00BA4C8B" w:rsidP="00BA4C8B">
            <w:pPr>
              <w:rPr>
                <w:lang w:val="it-IT"/>
              </w:rPr>
            </w:pPr>
            <w:r>
              <w:rPr>
                <w:lang w:val="it-IT"/>
              </w:rPr>
              <w:t>29</w:t>
            </w:r>
          </w:p>
        </w:tc>
        <w:tc>
          <w:tcPr>
            <w:tcW w:w="1129" w:type="dxa"/>
          </w:tcPr>
          <w:p w14:paraId="58400295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837" w:type="dxa"/>
          </w:tcPr>
          <w:p w14:paraId="2AAFE293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3659" w:type="dxa"/>
          </w:tcPr>
          <w:p w14:paraId="3893F014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545" w:type="dxa"/>
          </w:tcPr>
          <w:p w14:paraId="1E6DFE78" w14:textId="77777777" w:rsidR="00BA4C8B" w:rsidRDefault="00BA4C8B" w:rsidP="00BA4C8B">
            <w:pPr>
              <w:rPr>
                <w:lang w:val="it-IT"/>
              </w:rPr>
            </w:pPr>
          </w:p>
        </w:tc>
      </w:tr>
      <w:tr w:rsidR="00BA4C8B" w14:paraId="26459F77" w14:textId="77777777" w:rsidTr="00BA4C8B">
        <w:tc>
          <w:tcPr>
            <w:tcW w:w="460" w:type="dxa"/>
          </w:tcPr>
          <w:p w14:paraId="29FA5048" w14:textId="732C2964" w:rsidR="00BA4C8B" w:rsidRDefault="00BA4C8B" w:rsidP="00BA4C8B">
            <w:pPr>
              <w:rPr>
                <w:lang w:val="it-IT"/>
              </w:rPr>
            </w:pPr>
            <w:r>
              <w:rPr>
                <w:lang w:val="it-IT"/>
              </w:rPr>
              <w:t>30</w:t>
            </w:r>
          </w:p>
        </w:tc>
        <w:tc>
          <w:tcPr>
            <w:tcW w:w="1129" w:type="dxa"/>
          </w:tcPr>
          <w:p w14:paraId="02E6A264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837" w:type="dxa"/>
          </w:tcPr>
          <w:p w14:paraId="64F08DB3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3659" w:type="dxa"/>
          </w:tcPr>
          <w:p w14:paraId="7B78EEC8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545" w:type="dxa"/>
          </w:tcPr>
          <w:p w14:paraId="696D6EEE" w14:textId="77777777" w:rsidR="00BA4C8B" w:rsidRDefault="00BA4C8B" w:rsidP="00BA4C8B">
            <w:pPr>
              <w:rPr>
                <w:lang w:val="it-IT"/>
              </w:rPr>
            </w:pPr>
          </w:p>
        </w:tc>
      </w:tr>
      <w:tr w:rsidR="00F514E7" w14:paraId="4DE80CA2" w14:textId="77777777" w:rsidTr="00756A52">
        <w:tc>
          <w:tcPr>
            <w:tcW w:w="460" w:type="dxa"/>
            <w:shd w:val="clear" w:color="auto" w:fill="92D050"/>
          </w:tcPr>
          <w:p w14:paraId="0C005A57" w14:textId="77777777" w:rsidR="00F514E7" w:rsidRDefault="00F514E7" w:rsidP="00756A52">
            <w:pPr>
              <w:rPr>
                <w:lang w:val="it-IT"/>
              </w:rPr>
            </w:pPr>
            <w:r>
              <w:rPr>
                <w:lang w:val="it-IT"/>
              </w:rPr>
              <w:lastRenderedPageBreak/>
              <w:t>N.</w:t>
            </w:r>
          </w:p>
        </w:tc>
        <w:tc>
          <w:tcPr>
            <w:tcW w:w="1129" w:type="dxa"/>
            <w:shd w:val="clear" w:color="auto" w:fill="92D050"/>
          </w:tcPr>
          <w:p w14:paraId="0496765A" w14:textId="77777777" w:rsidR="00F514E7" w:rsidRDefault="00F514E7" w:rsidP="00756A52">
            <w:pPr>
              <w:rPr>
                <w:lang w:val="it-IT"/>
              </w:rPr>
            </w:pPr>
            <w:r>
              <w:rPr>
                <w:lang w:val="it-IT"/>
              </w:rPr>
              <w:t>Data</w:t>
            </w:r>
          </w:p>
        </w:tc>
        <w:tc>
          <w:tcPr>
            <w:tcW w:w="1837" w:type="dxa"/>
            <w:shd w:val="clear" w:color="auto" w:fill="92D050"/>
          </w:tcPr>
          <w:p w14:paraId="1B471DC2" w14:textId="77777777" w:rsidR="00F514E7" w:rsidRDefault="00F514E7" w:rsidP="00756A52">
            <w:pPr>
              <w:rPr>
                <w:lang w:val="it-IT"/>
              </w:rPr>
            </w:pPr>
            <w:r>
              <w:rPr>
                <w:lang w:val="it-IT"/>
              </w:rPr>
              <w:t>Documento</w:t>
            </w:r>
          </w:p>
        </w:tc>
        <w:tc>
          <w:tcPr>
            <w:tcW w:w="3659" w:type="dxa"/>
            <w:shd w:val="clear" w:color="auto" w:fill="92D050"/>
          </w:tcPr>
          <w:p w14:paraId="124D64C2" w14:textId="77777777" w:rsidR="00F514E7" w:rsidRDefault="00F514E7" w:rsidP="00756A52">
            <w:pPr>
              <w:rPr>
                <w:lang w:val="it-IT"/>
              </w:rPr>
            </w:pPr>
            <w:r>
              <w:rPr>
                <w:lang w:val="it-IT"/>
              </w:rPr>
              <w:t xml:space="preserve">Descrizione spesa </w:t>
            </w:r>
          </w:p>
        </w:tc>
        <w:tc>
          <w:tcPr>
            <w:tcW w:w="1545" w:type="dxa"/>
            <w:shd w:val="clear" w:color="auto" w:fill="92D050"/>
          </w:tcPr>
          <w:p w14:paraId="3E1F32AE" w14:textId="77777777" w:rsidR="00F514E7" w:rsidRDefault="00F514E7" w:rsidP="00756A52">
            <w:pPr>
              <w:rPr>
                <w:lang w:val="it-IT"/>
              </w:rPr>
            </w:pPr>
            <w:r>
              <w:rPr>
                <w:lang w:val="it-IT"/>
              </w:rPr>
              <w:t>Importo €</w:t>
            </w:r>
          </w:p>
        </w:tc>
      </w:tr>
      <w:tr w:rsidR="00BA4C8B" w14:paraId="2CA5408C" w14:textId="77777777" w:rsidTr="00BA4C8B">
        <w:tc>
          <w:tcPr>
            <w:tcW w:w="460" w:type="dxa"/>
          </w:tcPr>
          <w:p w14:paraId="6374955D" w14:textId="5C6C553D" w:rsidR="00BA4C8B" w:rsidRDefault="00BA4C8B" w:rsidP="00BA4C8B">
            <w:pPr>
              <w:rPr>
                <w:lang w:val="it-IT"/>
              </w:rPr>
            </w:pPr>
            <w:r>
              <w:rPr>
                <w:lang w:val="it-IT"/>
              </w:rPr>
              <w:t>31</w:t>
            </w:r>
          </w:p>
        </w:tc>
        <w:tc>
          <w:tcPr>
            <w:tcW w:w="1129" w:type="dxa"/>
          </w:tcPr>
          <w:p w14:paraId="0A9300CE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837" w:type="dxa"/>
          </w:tcPr>
          <w:p w14:paraId="4492A784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3659" w:type="dxa"/>
          </w:tcPr>
          <w:p w14:paraId="49315423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545" w:type="dxa"/>
          </w:tcPr>
          <w:p w14:paraId="04758CBF" w14:textId="77777777" w:rsidR="00BA4C8B" w:rsidRDefault="00BA4C8B" w:rsidP="00BA4C8B">
            <w:pPr>
              <w:rPr>
                <w:lang w:val="it-IT"/>
              </w:rPr>
            </w:pPr>
          </w:p>
        </w:tc>
      </w:tr>
      <w:tr w:rsidR="00BA4C8B" w14:paraId="3D842C68" w14:textId="77777777" w:rsidTr="00BA4C8B">
        <w:tc>
          <w:tcPr>
            <w:tcW w:w="460" w:type="dxa"/>
          </w:tcPr>
          <w:p w14:paraId="51DE02D0" w14:textId="30FD4197" w:rsidR="00BA4C8B" w:rsidRDefault="00BA4C8B" w:rsidP="00BA4C8B">
            <w:pPr>
              <w:rPr>
                <w:lang w:val="it-IT"/>
              </w:rPr>
            </w:pPr>
            <w:r>
              <w:rPr>
                <w:lang w:val="it-IT"/>
              </w:rPr>
              <w:t>32</w:t>
            </w:r>
          </w:p>
        </w:tc>
        <w:tc>
          <w:tcPr>
            <w:tcW w:w="1129" w:type="dxa"/>
          </w:tcPr>
          <w:p w14:paraId="4D1ED235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837" w:type="dxa"/>
          </w:tcPr>
          <w:p w14:paraId="327323A1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3659" w:type="dxa"/>
          </w:tcPr>
          <w:p w14:paraId="062AB24E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545" w:type="dxa"/>
          </w:tcPr>
          <w:p w14:paraId="2F071382" w14:textId="77777777" w:rsidR="00BA4C8B" w:rsidRDefault="00BA4C8B" w:rsidP="00BA4C8B">
            <w:pPr>
              <w:rPr>
                <w:lang w:val="it-IT"/>
              </w:rPr>
            </w:pPr>
          </w:p>
        </w:tc>
      </w:tr>
      <w:tr w:rsidR="00BA4C8B" w14:paraId="3F617EDE" w14:textId="77777777" w:rsidTr="00BA4C8B">
        <w:tc>
          <w:tcPr>
            <w:tcW w:w="460" w:type="dxa"/>
          </w:tcPr>
          <w:p w14:paraId="592457A3" w14:textId="276F56B2" w:rsidR="00BA4C8B" w:rsidRDefault="00BA4C8B" w:rsidP="00BA4C8B">
            <w:pPr>
              <w:rPr>
                <w:lang w:val="it-IT"/>
              </w:rPr>
            </w:pPr>
            <w:r>
              <w:rPr>
                <w:lang w:val="it-IT"/>
              </w:rPr>
              <w:t>33</w:t>
            </w:r>
          </w:p>
        </w:tc>
        <w:tc>
          <w:tcPr>
            <w:tcW w:w="1129" w:type="dxa"/>
          </w:tcPr>
          <w:p w14:paraId="6242F037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837" w:type="dxa"/>
          </w:tcPr>
          <w:p w14:paraId="3D064C51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3659" w:type="dxa"/>
          </w:tcPr>
          <w:p w14:paraId="35AA8D34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545" w:type="dxa"/>
          </w:tcPr>
          <w:p w14:paraId="6AF7CC32" w14:textId="77777777" w:rsidR="00BA4C8B" w:rsidRDefault="00BA4C8B" w:rsidP="00BA4C8B">
            <w:pPr>
              <w:rPr>
                <w:lang w:val="it-IT"/>
              </w:rPr>
            </w:pPr>
          </w:p>
        </w:tc>
      </w:tr>
      <w:tr w:rsidR="00BA4C8B" w14:paraId="6CC78541" w14:textId="77777777" w:rsidTr="00BA4C8B">
        <w:tc>
          <w:tcPr>
            <w:tcW w:w="460" w:type="dxa"/>
          </w:tcPr>
          <w:p w14:paraId="0B85E3A7" w14:textId="25B083EC" w:rsidR="00BA4C8B" w:rsidRDefault="00BA4C8B" w:rsidP="00BA4C8B">
            <w:pPr>
              <w:rPr>
                <w:lang w:val="it-IT"/>
              </w:rPr>
            </w:pPr>
            <w:r>
              <w:rPr>
                <w:lang w:val="it-IT"/>
              </w:rPr>
              <w:t>34</w:t>
            </w:r>
          </w:p>
        </w:tc>
        <w:tc>
          <w:tcPr>
            <w:tcW w:w="1129" w:type="dxa"/>
          </w:tcPr>
          <w:p w14:paraId="2A7B2814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837" w:type="dxa"/>
          </w:tcPr>
          <w:p w14:paraId="51BD59C3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3659" w:type="dxa"/>
          </w:tcPr>
          <w:p w14:paraId="68296727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545" w:type="dxa"/>
          </w:tcPr>
          <w:p w14:paraId="176730CA" w14:textId="77777777" w:rsidR="00BA4C8B" w:rsidRDefault="00BA4C8B" w:rsidP="00BA4C8B">
            <w:pPr>
              <w:rPr>
                <w:lang w:val="it-IT"/>
              </w:rPr>
            </w:pPr>
          </w:p>
        </w:tc>
      </w:tr>
      <w:tr w:rsidR="00BA4C8B" w14:paraId="6CE2B4DF" w14:textId="77777777" w:rsidTr="00BA4C8B">
        <w:tc>
          <w:tcPr>
            <w:tcW w:w="460" w:type="dxa"/>
          </w:tcPr>
          <w:p w14:paraId="6BE06D23" w14:textId="457B58FA" w:rsidR="00BA4C8B" w:rsidRDefault="00BA4C8B" w:rsidP="00BA4C8B">
            <w:pPr>
              <w:rPr>
                <w:lang w:val="it-IT"/>
              </w:rPr>
            </w:pPr>
            <w:r>
              <w:rPr>
                <w:lang w:val="it-IT"/>
              </w:rPr>
              <w:t>35</w:t>
            </w:r>
          </w:p>
        </w:tc>
        <w:tc>
          <w:tcPr>
            <w:tcW w:w="1129" w:type="dxa"/>
          </w:tcPr>
          <w:p w14:paraId="1BC7D898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837" w:type="dxa"/>
          </w:tcPr>
          <w:p w14:paraId="5CCD02E1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3659" w:type="dxa"/>
          </w:tcPr>
          <w:p w14:paraId="3FF44C67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545" w:type="dxa"/>
          </w:tcPr>
          <w:p w14:paraId="1A23DD04" w14:textId="77777777" w:rsidR="00BA4C8B" w:rsidRDefault="00BA4C8B" w:rsidP="00BA4C8B">
            <w:pPr>
              <w:rPr>
                <w:lang w:val="it-IT"/>
              </w:rPr>
            </w:pPr>
          </w:p>
        </w:tc>
      </w:tr>
      <w:tr w:rsidR="00BA4C8B" w14:paraId="6C797D7B" w14:textId="77777777" w:rsidTr="00BA4C8B">
        <w:tc>
          <w:tcPr>
            <w:tcW w:w="460" w:type="dxa"/>
          </w:tcPr>
          <w:p w14:paraId="4AB0161F" w14:textId="38F25A84" w:rsidR="00BA4C8B" w:rsidRDefault="00BA4C8B" w:rsidP="00BA4C8B">
            <w:pPr>
              <w:rPr>
                <w:lang w:val="it-IT"/>
              </w:rPr>
            </w:pPr>
            <w:r>
              <w:rPr>
                <w:lang w:val="it-IT"/>
              </w:rPr>
              <w:t>36</w:t>
            </w:r>
          </w:p>
        </w:tc>
        <w:tc>
          <w:tcPr>
            <w:tcW w:w="1129" w:type="dxa"/>
          </w:tcPr>
          <w:p w14:paraId="604D8112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837" w:type="dxa"/>
          </w:tcPr>
          <w:p w14:paraId="185D7944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3659" w:type="dxa"/>
          </w:tcPr>
          <w:p w14:paraId="5501E47E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545" w:type="dxa"/>
          </w:tcPr>
          <w:p w14:paraId="44A797DB" w14:textId="77777777" w:rsidR="00BA4C8B" w:rsidRDefault="00BA4C8B" w:rsidP="00BA4C8B">
            <w:pPr>
              <w:rPr>
                <w:lang w:val="it-IT"/>
              </w:rPr>
            </w:pPr>
          </w:p>
        </w:tc>
      </w:tr>
      <w:tr w:rsidR="00BA4C8B" w14:paraId="6D6E21E2" w14:textId="77777777" w:rsidTr="00BA4C8B">
        <w:tc>
          <w:tcPr>
            <w:tcW w:w="460" w:type="dxa"/>
          </w:tcPr>
          <w:p w14:paraId="71145AD4" w14:textId="179219D1" w:rsidR="00BA4C8B" w:rsidRDefault="00BA4C8B" w:rsidP="00BA4C8B">
            <w:pPr>
              <w:rPr>
                <w:lang w:val="it-IT"/>
              </w:rPr>
            </w:pPr>
            <w:r>
              <w:rPr>
                <w:lang w:val="it-IT"/>
              </w:rPr>
              <w:t>37</w:t>
            </w:r>
          </w:p>
        </w:tc>
        <w:tc>
          <w:tcPr>
            <w:tcW w:w="1129" w:type="dxa"/>
          </w:tcPr>
          <w:p w14:paraId="34ED70C6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837" w:type="dxa"/>
          </w:tcPr>
          <w:p w14:paraId="140C3C37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3659" w:type="dxa"/>
          </w:tcPr>
          <w:p w14:paraId="346ECD1E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545" w:type="dxa"/>
          </w:tcPr>
          <w:p w14:paraId="19BFC826" w14:textId="77777777" w:rsidR="00BA4C8B" w:rsidRDefault="00BA4C8B" w:rsidP="00BA4C8B">
            <w:pPr>
              <w:rPr>
                <w:lang w:val="it-IT"/>
              </w:rPr>
            </w:pPr>
          </w:p>
        </w:tc>
      </w:tr>
      <w:tr w:rsidR="00BA4C8B" w14:paraId="2B9B606A" w14:textId="77777777" w:rsidTr="00BA4C8B">
        <w:tc>
          <w:tcPr>
            <w:tcW w:w="460" w:type="dxa"/>
          </w:tcPr>
          <w:p w14:paraId="0B23736C" w14:textId="090B2732" w:rsidR="00BA4C8B" w:rsidRDefault="00BA4C8B" w:rsidP="00BA4C8B">
            <w:pPr>
              <w:rPr>
                <w:lang w:val="it-IT"/>
              </w:rPr>
            </w:pPr>
            <w:r>
              <w:rPr>
                <w:lang w:val="it-IT"/>
              </w:rPr>
              <w:t>38</w:t>
            </w:r>
          </w:p>
        </w:tc>
        <w:tc>
          <w:tcPr>
            <w:tcW w:w="1129" w:type="dxa"/>
          </w:tcPr>
          <w:p w14:paraId="6A0FB3E6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837" w:type="dxa"/>
          </w:tcPr>
          <w:p w14:paraId="77756B33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3659" w:type="dxa"/>
          </w:tcPr>
          <w:p w14:paraId="6E9E6BE6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545" w:type="dxa"/>
          </w:tcPr>
          <w:p w14:paraId="4E9E57CE" w14:textId="77777777" w:rsidR="00BA4C8B" w:rsidRDefault="00BA4C8B" w:rsidP="00BA4C8B">
            <w:pPr>
              <w:rPr>
                <w:lang w:val="it-IT"/>
              </w:rPr>
            </w:pPr>
          </w:p>
        </w:tc>
      </w:tr>
      <w:tr w:rsidR="00BA4C8B" w14:paraId="060FBE2C" w14:textId="77777777" w:rsidTr="00BA4C8B">
        <w:tc>
          <w:tcPr>
            <w:tcW w:w="460" w:type="dxa"/>
          </w:tcPr>
          <w:p w14:paraId="0CF55FEB" w14:textId="5FE90A44" w:rsidR="00BA4C8B" w:rsidRDefault="00BA4C8B" w:rsidP="00BA4C8B">
            <w:pPr>
              <w:rPr>
                <w:lang w:val="it-IT"/>
              </w:rPr>
            </w:pPr>
            <w:r>
              <w:rPr>
                <w:lang w:val="it-IT"/>
              </w:rPr>
              <w:t>39</w:t>
            </w:r>
          </w:p>
        </w:tc>
        <w:tc>
          <w:tcPr>
            <w:tcW w:w="1129" w:type="dxa"/>
          </w:tcPr>
          <w:p w14:paraId="3C6D7531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837" w:type="dxa"/>
          </w:tcPr>
          <w:p w14:paraId="4E35A2D4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3659" w:type="dxa"/>
          </w:tcPr>
          <w:p w14:paraId="7AB48A89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545" w:type="dxa"/>
          </w:tcPr>
          <w:p w14:paraId="7B339CB5" w14:textId="77777777" w:rsidR="00BA4C8B" w:rsidRDefault="00BA4C8B" w:rsidP="00BA4C8B">
            <w:pPr>
              <w:rPr>
                <w:lang w:val="it-IT"/>
              </w:rPr>
            </w:pPr>
          </w:p>
        </w:tc>
      </w:tr>
      <w:tr w:rsidR="00BA4C8B" w14:paraId="617A3EA6" w14:textId="77777777" w:rsidTr="00BA4C8B">
        <w:tc>
          <w:tcPr>
            <w:tcW w:w="460" w:type="dxa"/>
          </w:tcPr>
          <w:p w14:paraId="76549DD9" w14:textId="2F6B15C1" w:rsidR="00BA4C8B" w:rsidRDefault="00BA4C8B" w:rsidP="00BA4C8B">
            <w:pPr>
              <w:rPr>
                <w:lang w:val="it-IT"/>
              </w:rPr>
            </w:pPr>
            <w:r>
              <w:rPr>
                <w:lang w:val="it-IT"/>
              </w:rPr>
              <w:t>40</w:t>
            </w:r>
          </w:p>
        </w:tc>
        <w:tc>
          <w:tcPr>
            <w:tcW w:w="1129" w:type="dxa"/>
          </w:tcPr>
          <w:p w14:paraId="2738935B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837" w:type="dxa"/>
          </w:tcPr>
          <w:p w14:paraId="4079D7E9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3659" w:type="dxa"/>
          </w:tcPr>
          <w:p w14:paraId="1D5CD4EC" w14:textId="77777777" w:rsidR="00BA4C8B" w:rsidRDefault="00BA4C8B" w:rsidP="00BA4C8B">
            <w:pPr>
              <w:rPr>
                <w:lang w:val="it-IT"/>
              </w:rPr>
            </w:pPr>
          </w:p>
        </w:tc>
        <w:tc>
          <w:tcPr>
            <w:tcW w:w="1545" w:type="dxa"/>
          </w:tcPr>
          <w:p w14:paraId="0D611BF5" w14:textId="77777777" w:rsidR="00BA4C8B" w:rsidRDefault="00BA4C8B" w:rsidP="00BA4C8B">
            <w:pPr>
              <w:rPr>
                <w:lang w:val="it-IT"/>
              </w:rPr>
            </w:pPr>
          </w:p>
        </w:tc>
      </w:tr>
      <w:tr w:rsidR="00F514E7" w14:paraId="038C78B5" w14:textId="77777777" w:rsidTr="00BA4C8B">
        <w:tc>
          <w:tcPr>
            <w:tcW w:w="460" w:type="dxa"/>
          </w:tcPr>
          <w:p w14:paraId="59B3DCBE" w14:textId="65A5206B" w:rsidR="00F514E7" w:rsidRDefault="00F514E7" w:rsidP="00BA4C8B">
            <w:pPr>
              <w:rPr>
                <w:lang w:val="it-IT"/>
              </w:rPr>
            </w:pPr>
            <w:r>
              <w:rPr>
                <w:lang w:val="it-IT"/>
              </w:rPr>
              <w:t>41</w:t>
            </w:r>
          </w:p>
        </w:tc>
        <w:tc>
          <w:tcPr>
            <w:tcW w:w="1129" w:type="dxa"/>
          </w:tcPr>
          <w:p w14:paraId="642848C0" w14:textId="77777777" w:rsidR="00F514E7" w:rsidRDefault="00F514E7" w:rsidP="00BA4C8B">
            <w:pPr>
              <w:rPr>
                <w:lang w:val="it-IT"/>
              </w:rPr>
            </w:pPr>
          </w:p>
        </w:tc>
        <w:tc>
          <w:tcPr>
            <w:tcW w:w="1837" w:type="dxa"/>
          </w:tcPr>
          <w:p w14:paraId="787BE4E2" w14:textId="77777777" w:rsidR="00F514E7" w:rsidRDefault="00F514E7" w:rsidP="00BA4C8B">
            <w:pPr>
              <w:rPr>
                <w:lang w:val="it-IT"/>
              </w:rPr>
            </w:pPr>
          </w:p>
        </w:tc>
        <w:tc>
          <w:tcPr>
            <w:tcW w:w="3659" w:type="dxa"/>
          </w:tcPr>
          <w:p w14:paraId="4408AAF6" w14:textId="77777777" w:rsidR="00F514E7" w:rsidRDefault="00F514E7" w:rsidP="00BA4C8B">
            <w:pPr>
              <w:rPr>
                <w:lang w:val="it-IT"/>
              </w:rPr>
            </w:pPr>
          </w:p>
        </w:tc>
        <w:tc>
          <w:tcPr>
            <w:tcW w:w="1545" w:type="dxa"/>
          </w:tcPr>
          <w:p w14:paraId="1B9378C2" w14:textId="77777777" w:rsidR="00F514E7" w:rsidRDefault="00F514E7" w:rsidP="00BA4C8B">
            <w:pPr>
              <w:rPr>
                <w:lang w:val="it-IT"/>
              </w:rPr>
            </w:pPr>
          </w:p>
        </w:tc>
      </w:tr>
      <w:tr w:rsidR="00F514E7" w14:paraId="65943299" w14:textId="77777777" w:rsidTr="00BA4C8B">
        <w:tc>
          <w:tcPr>
            <w:tcW w:w="460" w:type="dxa"/>
          </w:tcPr>
          <w:p w14:paraId="1B781102" w14:textId="568685A2" w:rsidR="00F514E7" w:rsidRDefault="00F514E7" w:rsidP="00BA4C8B">
            <w:pPr>
              <w:rPr>
                <w:lang w:val="it-IT"/>
              </w:rPr>
            </w:pPr>
            <w:r>
              <w:rPr>
                <w:lang w:val="it-IT"/>
              </w:rPr>
              <w:t>42</w:t>
            </w:r>
          </w:p>
        </w:tc>
        <w:tc>
          <w:tcPr>
            <w:tcW w:w="1129" w:type="dxa"/>
          </w:tcPr>
          <w:p w14:paraId="683130F2" w14:textId="77777777" w:rsidR="00F514E7" w:rsidRDefault="00F514E7" w:rsidP="00BA4C8B">
            <w:pPr>
              <w:rPr>
                <w:lang w:val="it-IT"/>
              </w:rPr>
            </w:pPr>
          </w:p>
        </w:tc>
        <w:tc>
          <w:tcPr>
            <w:tcW w:w="1837" w:type="dxa"/>
          </w:tcPr>
          <w:p w14:paraId="422FAF19" w14:textId="77777777" w:rsidR="00F514E7" w:rsidRDefault="00F514E7" w:rsidP="00BA4C8B">
            <w:pPr>
              <w:rPr>
                <w:lang w:val="it-IT"/>
              </w:rPr>
            </w:pPr>
          </w:p>
        </w:tc>
        <w:tc>
          <w:tcPr>
            <w:tcW w:w="3659" w:type="dxa"/>
          </w:tcPr>
          <w:p w14:paraId="3A5D1D3C" w14:textId="77777777" w:rsidR="00F514E7" w:rsidRDefault="00F514E7" w:rsidP="00BA4C8B">
            <w:pPr>
              <w:rPr>
                <w:lang w:val="it-IT"/>
              </w:rPr>
            </w:pPr>
          </w:p>
        </w:tc>
        <w:tc>
          <w:tcPr>
            <w:tcW w:w="1545" w:type="dxa"/>
          </w:tcPr>
          <w:p w14:paraId="213767C2" w14:textId="77777777" w:rsidR="00F514E7" w:rsidRDefault="00F514E7" w:rsidP="00BA4C8B">
            <w:pPr>
              <w:rPr>
                <w:lang w:val="it-IT"/>
              </w:rPr>
            </w:pPr>
          </w:p>
        </w:tc>
      </w:tr>
      <w:tr w:rsidR="00F514E7" w14:paraId="76A14F99" w14:textId="77777777" w:rsidTr="00BA4C8B">
        <w:tc>
          <w:tcPr>
            <w:tcW w:w="460" w:type="dxa"/>
          </w:tcPr>
          <w:p w14:paraId="25316AA6" w14:textId="74926C36" w:rsidR="00F514E7" w:rsidRDefault="00F514E7" w:rsidP="00BA4C8B">
            <w:pPr>
              <w:rPr>
                <w:lang w:val="it-IT"/>
              </w:rPr>
            </w:pPr>
            <w:r>
              <w:rPr>
                <w:lang w:val="it-IT"/>
              </w:rPr>
              <w:t>43</w:t>
            </w:r>
          </w:p>
        </w:tc>
        <w:tc>
          <w:tcPr>
            <w:tcW w:w="1129" w:type="dxa"/>
          </w:tcPr>
          <w:p w14:paraId="73D53087" w14:textId="77777777" w:rsidR="00F514E7" w:rsidRDefault="00F514E7" w:rsidP="00BA4C8B">
            <w:pPr>
              <w:rPr>
                <w:lang w:val="it-IT"/>
              </w:rPr>
            </w:pPr>
          </w:p>
        </w:tc>
        <w:tc>
          <w:tcPr>
            <w:tcW w:w="1837" w:type="dxa"/>
          </w:tcPr>
          <w:p w14:paraId="54B39D28" w14:textId="77777777" w:rsidR="00F514E7" w:rsidRDefault="00F514E7" w:rsidP="00BA4C8B">
            <w:pPr>
              <w:rPr>
                <w:lang w:val="it-IT"/>
              </w:rPr>
            </w:pPr>
          </w:p>
        </w:tc>
        <w:tc>
          <w:tcPr>
            <w:tcW w:w="3659" w:type="dxa"/>
          </w:tcPr>
          <w:p w14:paraId="09A0F9F3" w14:textId="77777777" w:rsidR="00F514E7" w:rsidRDefault="00F514E7" w:rsidP="00BA4C8B">
            <w:pPr>
              <w:rPr>
                <w:lang w:val="it-IT"/>
              </w:rPr>
            </w:pPr>
          </w:p>
        </w:tc>
        <w:tc>
          <w:tcPr>
            <w:tcW w:w="1545" w:type="dxa"/>
          </w:tcPr>
          <w:p w14:paraId="7FA1A0C3" w14:textId="77777777" w:rsidR="00F514E7" w:rsidRDefault="00F514E7" w:rsidP="00BA4C8B">
            <w:pPr>
              <w:rPr>
                <w:lang w:val="it-IT"/>
              </w:rPr>
            </w:pPr>
          </w:p>
        </w:tc>
      </w:tr>
      <w:tr w:rsidR="00F514E7" w14:paraId="3BF96D00" w14:textId="77777777" w:rsidTr="00BA4C8B">
        <w:tc>
          <w:tcPr>
            <w:tcW w:w="460" w:type="dxa"/>
          </w:tcPr>
          <w:p w14:paraId="68EEDC98" w14:textId="47F847B4" w:rsidR="00F514E7" w:rsidRDefault="00F514E7" w:rsidP="00BA4C8B">
            <w:pPr>
              <w:rPr>
                <w:lang w:val="it-IT"/>
              </w:rPr>
            </w:pPr>
            <w:r>
              <w:rPr>
                <w:lang w:val="it-IT"/>
              </w:rPr>
              <w:t>44</w:t>
            </w:r>
          </w:p>
        </w:tc>
        <w:tc>
          <w:tcPr>
            <w:tcW w:w="1129" w:type="dxa"/>
          </w:tcPr>
          <w:p w14:paraId="2E91942D" w14:textId="77777777" w:rsidR="00F514E7" w:rsidRDefault="00F514E7" w:rsidP="00BA4C8B">
            <w:pPr>
              <w:rPr>
                <w:lang w:val="it-IT"/>
              </w:rPr>
            </w:pPr>
          </w:p>
        </w:tc>
        <w:tc>
          <w:tcPr>
            <w:tcW w:w="1837" w:type="dxa"/>
          </w:tcPr>
          <w:p w14:paraId="21EE5DD6" w14:textId="77777777" w:rsidR="00F514E7" w:rsidRDefault="00F514E7" w:rsidP="00BA4C8B">
            <w:pPr>
              <w:rPr>
                <w:lang w:val="it-IT"/>
              </w:rPr>
            </w:pPr>
          </w:p>
        </w:tc>
        <w:tc>
          <w:tcPr>
            <w:tcW w:w="3659" w:type="dxa"/>
          </w:tcPr>
          <w:p w14:paraId="5092AC43" w14:textId="77777777" w:rsidR="00F514E7" w:rsidRDefault="00F514E7" w:rsidP="00BA4C8B">
            <w:pPr>
              <w:rPr>
                <w:lang w:val="it-IT"/>
              </w:rPr>
            </w:pPr>
          </w:p>
        </w:tc>
        <w:tc>
          <w:tcPr>
            <w:tcW w:w="1545" w:type="dxa"/>
          </w:tcPr>
          <w:p w14:paraId="25E77828" w14:textId="77777777" w:rsidR="00F514E7" w:rsidRDefault="00F514E7" w:rsidP="00BA4C8B">
            <w:pPr>
              <w:rPr>
                <w:lang w:val="it-IT"/>
              </w:rPr>
            </w:pPr>
          </w:p>
        </w:tc>
      </w:tr>
      <w:tr w:rsidR="00F514E7" w14:paraId="717B591B" w14:textId="77777777" w:rsidTr="00BA4C8B">
        <w:tc>
          <w:tcPr>
            <w:tcW w:w="460" w:type="dxa"/>
          </w:tcPr>
          <w:p w14:paraId="70DC1FED" w14:textId="2C508B8B" w:rsidR="00F514E7" w:rsidRDefault="00F514E7" w:rsidP="00BA4C8B">
            <w:pPr>
              <w:rPr>
                <w:lang w:val="it-IT"/>
              </w:rPr>
            </w:pPr>
            <w:r>
              <w:rPr>
                <w:lang w:val="it-IT"/>
              </w:rPr>
              <w:t>45</w:t>
            </w:r>
          </w:p>
        </w:tc>
        <w:tc>
          <w:tcPr>
            <w:tcW w:w="1129" w:type="dxa"/>
          </w:tcPr>
          <w:p w14:paraId="47C1BBB0" w14:textId="77777777" w:rsidR="00F514E7" w:rsidRDefault="00F514E7" w:rsidP="00BA4C8B">
            <w:pPr>
              <w:rPr>
                <w:lang w:val="it-IT"/>
              </w:rPr>
            </w:pPr>
          </w:p>
        </w:tc>
        <w:tc>
          <w:tcPr>
            <w:tcW w:w="1837" w:type="dxa"/>
          </w:tcPr>
          <w:p w14:paraId="6E4A1AB0" w14:textId="77777777" w:rsidR="00F514E7" w:rsidRDefault="00F514E7" w:rsidP="00BA4C8B">
            <w:pPr>
              <w:rPr>
                <w:lang w:val="it-IT"/>
              </w:rPr>
            </w:pPr>
          </w:p>
        </w:tc>
        <w:tc>
          <w:tcPr>
            <w:tcW w:w="3659" w:type="dxa"/>
          </w:tcPr>
          <w:p w14:paraId="2BEEC448" w14:textId="77777777" w:rsidR="00F514E7" w:rsidRDefault="00F514E7" w:rsidP="00BA4C8B">
            <w:pPr>
              <w:rPr>
                <w:lang w:val="it-IT"/>
              </w:rPr>
            </w:pPr>
          </w:p>
        </w:tc>
        <w:tc>
          <w:tcPr>
            <w:tcW w:w="1545" w:type="dxa"/>
          </w:tcPr>
          <w:p w14:paraId="01ECB8D4" w14:textId="77777777" w:rsidR="00F514E7" w:rsidRDefault="00F514E7" w:rsidP="00BA4C8B">
            <w:pPr>
              <w:rPr>
                <w:lang w:val="it-IT"/>
              </w:rPr>
            </w:pPr>
          </w:p>
        </w:tc>
      </w:tr>
      <w:tr w:rsidR="00F514E7" w14:paraId="5D329715" w14:textId="77777777" w:rsidTr="00BA4C8B">
        <w:tc>
          <w:tcPr>
            <w:tcW w:w="460" w:type="dxa"/>
          </w:tcPr>
          <w:p w14:paraId="6ABFA1F0" w14:textId="69D89283" w:rsidR="00F514E7" w:rsidRDefault="00F514E7" w:rsidP="00BA4C8B">
            <w:pPr>
              <w:rPr>
                <w:lang w:val="it-IT"/>
              </w:rPr>
            </w:pPr>
            <w:r>
              <w:rPr>
                <w:lang w:val="it-IT"/>
              </w:rPr>
              <w:t>46</w:t>
            </w:r>
          </w:p>
        </w:tc>
        <w:tc>
          <w:tcPr>
            <w:tcW w:w="1129" w:type="dxa"/>
          </w:tcPr>
          <w:p w14:paraId="54B459F0" w14:textId="77777777" w:rsidR="00F514E7" w:rsidRDefault="00F514E7" w:rsidP="00BA4C8B">
            <w:pPr>
              <w:rPr>
                <w:lang w:val="it-IT"/>
              </w:rPr>
            </w:pPr>
          </w:p>
        </w:tc>
        <w:tc>
          <w:tcPr>
            <w:tcW w:w="1837" w:type="dxa"/>
          </w:tcPr>
          <w:p w14:paraId="25EB3FA7" w14:textId="77777777" w:rsidR="00F514E7" w:rsidRDefault="00F514E7" w:rsidP="00BA4C8B">
            <w:pPr>
              <w:rPr>
                <w:lang w:val="it-IT"/>
              </w:rPr>
            </w:pPr>
          </w:p>
        </w:tc>
        <w:tc>
          <w:tcPr>
            <w:tcW w:w="3659" w:type="dxa"/>
          </w:tcPr>
          <w:p w14:paraId="4CF5BFFC" w14:textId="77777777" w:rsidR="00F514E7" w:rsidRDefault="00F514E7" w:rsidP="00BA4C8B">
            <w:pPr>
              <w:rPr>
                <w:lang w:val="it-IT"/>
              </w:rPr>
            </w:pPr>
          </w:p>
        </w:tc>
        <w:tc>
          <w:tcPr>
            <w:tcW w:w="1545" w:type="dxa"/>
          </w:tcPr>
          <w:p w14:paraId="0AD309FB" w14:textId="77777777" w:rsidR="00F514E7" w:rsidRDefault="00F514E7" w:rsidP="00BA4C8B">
            <w:pPr>
              <w:rPr>
                <w:lang w:val="it-IT"/>
              </w:rPr>
            </w:pPr>
          </w:p>
        </w:tc>
      </w:tr>
      <w:tr w:rsidR="00F514E7" w14:paraId="34E569CF" w14:textId="77777777" w:rsidTr="00BA4C8B">
        <w:tc>
          <w:tcPr>
            <w:tcW w:w="460" w:type="dxa"/>
          </w:tcPr>
          <w:p w14:paraId="4AC52A02" w14:textId="373CA4E6" w:rsidR="00F514E7" w:rsidRDefault="00F514E7" w:rsidP="00BA4C8B">
            <w:pPr>
              <w:rPr>
                <w:lang w:val="it-IT"/>
              </w:rPr>
            </w:pPr>
            <w:r>
              <w:rPr>
                <w:lang w:val="it-IT"/>
              </w:rPr>
              <w:t>47</w:t>
            </w:r>
          </w:p>
        </w:tc>
        <w:tc>
          <w:tcPr>
            <w:tcW w:w="1129" w:type="dxa"/>
          </w:tcPr>
          <w:p w14:paraId="08E96413" w14:textId="77777777" w:rsidR="00F514E7" w:rsidRDefault="00F514E7" w:rsidP="00BA4C8B">
            <w:pPr>
              <w:rPr>
                <w:lang w:val="it-IT"/>
              </w:rPr>
            </w:pPr>
          </w:p>
        </w:tc>
        <w:tc>
          <w:tcPr>
            <w:tcW w:w="1837" w:type="dxa"/>
          </w:tcPr>
          <w:p w14:paraId="7CB0DC1B" w14:textId="77777777" w:rsidR="00F514E7" w:rsidRDefault="00F514E7" w:rsidP="00BA4C8B">
            <w:pPr>
              <w:rPr>
                <w:lang w:val="it-IT"/>
              </w:rPr>
            </w:pPr>
          </w:p>
        </w:tc>
        <w:tc>
          <w:tcPr>
            <w:tcW w:w="3659" w:type="dxa"/>
          </w:tcPr>
          <w:p w14:paraId="27F8E249" w14:textId="77777777" w:rsidR="00F514E7" w:rsidRDefault="00F514E7" w:rsidP="00BA4C8B">
            <w:pPr>
              <w:rPr>
                <w:lang w:val="it-IT"/>
              </w:rPr>
            </w:pPr>
          </w:p>
        </w:tc>
        <w:tc>
          <w:tcPr>
            <w:tcW w:w="1545" w:type="dxa"/>
          </w:tcPr>
          <w:p w14:paraId="120DC258" w14:textId="77777777" w:rsidR="00F514E7" w:rsidRDefault="00F514E7" w:rsidP="00BA4C8B">
            <w:pPr>
              <w:rPr>
                <w:lang w:val="it-IT"/>
              </w:rPr>
            </w:pPr>
          </w:p>
        </w:tc>
      </w:tr>
      <w:tr w:rsidR="00F514E7" w14:paraId="412534C1" w14:textId="77777777" w:rsidTr="00BA4C8B">
        <w:tc>
          <w:tcPr>
            <w:tcW w:w="460" w:type="dxa"/>
          </w:tcPr>
          <w:p w14:paraId="0E58F7E9" w14:textId="7EC71F18" w:rsidR="00F514E7" w:rsidRDefault="00F514E7" w:rsidP="00BA4C8B">
            <w:pPr>
              <w:rPr>
                <w:lang w:val="it-IT"/>
              </w:rPr>
            </w:pPr>
            <w:r>
              <w:rPr>
                <w:lang w:val="it-IT"/>
              </w:rPr>
              <w:t>48</w:t>
            </w:r>
          </w:p>
        </w:tc>
        <w:tc>
          <w:tcPr>
            <w:tcW w:w="1129" w:type="dxa"/>
          </w:tcPr>
          <w:p w14:paraId="062B5AB3" w14:textId="77777777" w:rsidR="00F514E7" w:rsidRDefault="00F514E7" w:rsidP="00BA4C8B">
            <w:pPr>
              <w:rPr>
                <w:lang w:val="it-IT"/>
              </w:rPr>
            </w:pPr>
          </w:p>
        </w:tc>
        <w:tc>
          <w:tcPr>
            <w:tcW w:w="1837" w:type="dxa"/>
          </w:tcPr>
          <w:p w14:paraId="48432938" w14:textId="77777777" w:rsidR="00F514E7" w:rsidRDefault="00F514E7" w:rsidP="00BA4C8B">
            <w:pPr>
              <w:rPr>
                <w:lang w:val="it-IT"/>
              </w:rPr>
            </w:pPr>
          </w:p>
        </w:tc>
        <w:tc>
          <w:tcPr>
            <w:tcW w:w="3659" w:type="dxa"/>
          </w:tcPr>
          <w:p w14:paraId="539118EB" w14:textId="77777777" w:rsidR="00F514E7" w:rsidRDefault="00F514E7" w:rsidP="00BA4C8B">
            <w:pPr>
              <w:rPr>
                <w:lang w:val="it-IT"/>
              </w:rPr>
            </w:pPr>
          </w:p>
        </w:tc>
        <w:tc>
          <w:tcPr>
            <w:tcW w:w="1545" w:type="dxa"/>
          </w:tcPr>
          <w:p w14:paraId="0075C578" w14:textId="77777777" w:rsidR="00F514E7" w:rsidRDefault="00F514E7" w:rsidP="00BA4C8B">
            <w:pPr>
              <w:rPr>
                <w:lang w:val="it-IT"/>
              </w:rPr>
            </w:pPr>
          </w:p>
        </w:tc>
      </w:tr>
      <w:tr w:rsidR="00F514E7" w14:paraId="4DABDF40" w14:textId="77777777" w:rsidTr="00BA4C8B">
        <w:tc>
          <w:tcPr>
            <w:tcW w:w="460" w:type="dxa"/>
          </w:tcPr>
          <w:p w14:paraId="3A4F0CD4" w14:textId="161B4660" w:rsidR="00F514E7" w:rsidRDefault="00F514E7" w:rsidP="00BA4C8B">
            <w:pPr>
              <w:rPr>
                <w:lang w:val="it-IT"/>
              </w:rPr>
            </w:pPr>
            <w:r>
              <w:rPr>
                <w:lang w:val="it-IT"/>
              </w:rPr>
              <w:t>49</w:t>
            </w:r>
          </w:p>
        </w:tc>
        <w:tc>
          <w:tcPr>
            <w:tcW w:w="1129" w:type="dxa"/>
          </w:tcPr>
          <w:p w14:paraId="05ABFDDB" w14:textId="77777777" w:rsidR="00F514E7" w:rsidRDefault="00F514E7" w:rsidP="00BA4C8B">
            <w:pPr>
              <w:rPr>
                <w:lang w:val="it-IT"/>
              </w:rPr>
            </w:pPr>
          </w:p>
        </w:tc>
        <w:tc>
          <w:tcPr>
            <w:tcW w:w="1837" w:type="dxa"/>
          </w:tcPr>
          <w:p w14:paraId="3236700F" w14:textId="77777777" w:rsidR="00F514E7" w:rsidRDefault="00F514E7" w:rsidP="00BA4C8B">
            <w:pPr>
              <w:rPr>
                <w:lang w:val="it-IT"/>
              </w:rPr>
            </w:pPr>
          </w:p>
        </w:tc>
        <w:tc>
          <w:tcPr>
            <w:tcW w:w="3659" w:type="dxa"/>
          </w:tcPr>
          <w:p w14:paraId="6D75BD72" w14:textId="77777777" w:rsidR="00F514E7" w:rsidRDefault="00F514E7" w:rsidP="00BA4C8B">
            <w:pPr>
              <w:rPr>
                <w:lang w:val="it-IT"/>
              </w:rPr>
            </w:pPr>
          </w:p>
        </w:tc>
        <w:tc>
          <w:tcPr>
            <w:tcW w:w="1545" w:type="dxa"/>
          </w:tcPr>
          <w:p w14:paraId="58F1C1FD" w14:textId="77777777" w:rsidR="00F514E7" w:rsidRDefault="00F514E7" w:rsidP="00BA4C8B">
            <w:pPr>
              <w:rPr>
                <w:lang w:val="it-IT"/>
              </w:rPr>
            </w:pPr>
          </w:p>
        </w:tc>
      </w:tr>
      <w:tr w:rsidR="00F514E7" w14:paraId="5B770A02" w14:textId="77777777" w:rsidTr="00BA4C8B">
        <w:tc>
          <w:tcPr>
            <w:tcW w:w="460" w:type="dxa"/>
          </w:tcPr>
          <w:p w14:paraId="270E6384" w14:textId="32D150E9" w:rsidR="00F514E7" w:rsidRDefault="00F514E7" w:rsidP="00BA4C8B">
            <w:pPr>
              <w:rPr>
                <w:lang w:val="it-IT"/>
              </w:rPr>
            </w:pPr>
            <w:r>
              <w:rPr>
                <w:lang w:val="it-IT"/>
              </w:rPr>
              <w:t>50</w:t>
            </w:r>
          </w:p>
        </w:tc>
        <w:tc>
          <w:tcPr>
            <w:tcW w:w="1129" w:type="dxa"/>
          </w:tcPr>
          <w:p w14:paraId="6E0C7E57" w14:textId="77777777" w:rsidR="00F514E7" w:rsidRDefault="00F514E7" w:rsidP="00BA4C8B">
            <w:pPr>
              <w:rPr>
                <w:lang w:val="it-IT"/>
              </w:rPr>
            </w:pPr>
          </w:p>
        </w:tc>
        <w:tc>
          <w:tcPr>
            <w:tcW w:w="1837" w:type="dxa"/>
          </w:tcPr>
          <w:p w14:paraId="7057C311" w14:textId="77777777" w:rsidR="00F514E7" w:rsidRDefault="00F514E7" w:rsidP="00BA4C8B">
            <w:pPr>
              <w:rPr>
                <w:lang w:val="it-IT"/>
              </w:rPr>
            </w:pPr>
          </w:p>
        </w:tc>
        <w:tc>
          <w:tcPr>
            <w:tcW w:w="3659" w:type="dxa"/>
          </w:tcPr>
          <w:p w14:paraId="71E35FEE" w14:textId="77777777" w:rsidR="00F514E7" w:rsidRDefault="00F514E7" w:rsidP="00BA4C8B">
            <w:pPr>
              <w:rPr>
                <w:lang w:val="it-IT"/>
              </w:rPr>
            </w:pPr>
          </w:p>
        </w:tc>
        <w:tc>
          <w:tcPr>
            <w:tcW w:w="1545" w:type="dxa"/>
          </w:tcPr>
          <w:p w14:paraId="3AE417EF" w14:textId="77777777" w:rsidR="00F514E7" w:rsidRDefault="00F514E7" w:rsidP="00BA4C8B">
            <w:pPr>
              <w:rPr>
                <w:lang w:val="it-IT"/>
              </w:rPr>
            </w:pPr>
          </w:p>
        </w:tc>
      </w:tr>
      <w:tr w:rsidR="00F514E7" w14:paraId="19CACE5A" w14:textId="77777777" w:rsidTr="00BA4C8B">
        <w:tc>
          <w:tcPr>
            <w:tcW w:w="460" w:type="dxa"/>
          </w:tcPr>
          <w:p w14:paraId="480D3B3B" w14:textId="2E056CBC" w:rsidR="00F514E7" w:rsidRDefault="00F514E7" w:rsidP="00BA4C8B">
            <w:pPr>
              <w:rPr>
                <w:lang w:val="it-IT"/>
              </w:rPr>
            </w:pPr>
            <w:r>
              <w:rPr>
                <w:lang w:val="it-IT"/>
              </w:rPr>
              <w:t>51</w:t>
            </w:r>
          </w:p>
        </w:tc>
        <w:tc>
          <w:tcPr>
            <w:tcW w:w="1129" w:type="dxa"/>
          </w:tcPr>
          <w:p w14:paraId="3EA62B23" w14:textId="77777777" w:rsidR="00F514E7" w:rsidRDefault="00F514E7" w:rsidP="00BA4C8B">
            <w:pPr>
              <w:rPr>
                <w:lang w:val="it-IT"/>
              </w:rPr>
            </w:pPr>
          </w:p>
        </w:tc>
        <w:tc>
          <w:tcPr>
            <w:tcW w:w="1837" w:type="dxa"/>
          </w:tcPr>
          <w:p w14:paraId="07D1BC5A" w14:textId="77777777" w:rsidR="00F514E7" w:rsidRDefault="00F514E7" w:rsidP="00BA4C8B">
            <w:pPr>
              <w:rPr>
                <w:lang w:val="it-IT"/>
              </w:rPr>
            </w:pPr>
          </w:p>
        </w:tc>
        <w:tc>
          <w:tcPr>
            <w:tcW w:w="3659" w:type="dxa"/>
          </w:tcPr>
          <w:p w14:paraId="14338BFC" w14:textId="77777777" w:rsidR="00F514E7" w:rsidRDefault="00F514E7" w:rsidP="00BA4C8B">
            <w:pPr>
              <w:rPr>
                <w:lang w:val="it-IT"/>
              </w:rPr>
            </w:pPr>
          </w:p>
        </w:tc>
        <w:tc>
          <w:tcPr>
            <w:tcW w:w="1545" w:type="dxa"/>
          </w:tcPr>
          <w:p w14:paraId="188DFA5F" w14:textId="77777777" w:rsidR="00F514E7" w:rsidRDefault="00F514E7" w:rsidP="00BA4C8B">
            <w:pPr>
              <w:rPr>
                <w:lang w:val="it-IT"/>
              </w:rPr>
            </w:pPr>
          </w:p>
        </w:tc>
      </w:tr>
      <w:tr w:rsidR="00F514E7" w14:paraId="69E2657D" w14:textId="77777777" w:rsidTr="00BA4C8B">
        <w:tc>
          <w:tcPr>
            <w:tcW w:w="460" w:type="dxa"/>
          </w:tcPr>
          <w:p w14:paraId="2E9C38BF" w14:textId="427CDCB2" w:rsidR="00F514E7" w:rsidRDefault="00F514E7" w:rsidP="00BA4C8B">
            <w:pPr>
              <w:rPr>
                <w:lang w:val="it-IT"/>
              </w:rPr>
            </w:pPr>
            <w:r>
              <w:rPr>
                <w:lang w:val="it-IT"/>
              </w:rPr>
              <w:t>52</w:t>
            </w:r>
          </w:p>
        </w:tc>
        <w:tc>
          <w:tcPr>
            <w:tcW w:w="1129" w:type="dxa"/>
          </w:tcPr>
          <w:p w14:paraId="3A39C0D2" w14:textId="77777777" w:rsidR="00F514E7" w:rsidRDefault="00F514E7" w:rsidP="00BA4C8B">
            <w:pPr>
              <w:rPr>
                <w:lang w:val="it-IT"/>
              </w:rPr>
            </w:pPr>
          </w:p>
        </w:tc>
        <w:tc>
          <w:tcPr>
            <w:tcW w:w="1837" w:type="dxa"/>
          </w:tcPr>
          <w:p w14:paraId="54A70311" w14:textId="77777777" w:rsidR="00F514E7" w:rsidRDefault="00F514E7" w:rsidP="00BA4C8B">
            <w:pPr>
              <w:rPr>
                <w:lang w:val="it-IT"/>
              </w:rPr>
            </w:pPr>
          </w:p>
        </w:tc>
        <w:tc>
          <w:tcPr>
            <w:tcW w:w="3659" w:type="dxa"/>
          </w:tcPr>
          <w:p w14:paraId="262D87A8" w14:textId="77777777" w:rsidR="00F514E7" w:rsidRDefault="00F514E7" w:rsidP="00BA4C8B">
            <w:pPr>
              <w:rPr>
                <w:lang w:val="it-IT"/>
              </w:rPr>
            </w:pPr>
          </w:p>
        </w:tc>
        <w:tc>
          <w:tcPr>
            <w:tcW w:w="1545" w:type="dxa"/>
          </w:tcPr>
          <w:p w14:paraId="3BBA01C3" w14:textId="77777777" w:rsidR="00F514E7" w:rsidRDefault="00F514E7" w:rsidP="00BA4C8B">
            <w:pPr>
              <w:rPr>
                <w:lang w:val="it-IT"/>
              </w:rPr>
            </w:pPr>
          </w:p>
        </w:tc>
      </w:tr>
      <w:tr w:rsidR="00F514E7" w14:paraId="0C2BB3FD" w14:textId="77777777" w:rsidTr="00BA4C8B">
        <w:tc>
          <w:tcPr>
            <w:tcW w:w="460" w:type="dxa"/>
          </w:tcPr>
          <w:p w14:paraId="38A1C0CE" w14:textId="5B89FF68" w:rsidR="00F514E7" w:rsidRDefault="00F514E7" w:rsidP="00BA4C8B">
            <w:pPr>
              <w:rPr>
                <w:lang w:val="it-IT"/>
              </w:rPr>
            </w:pPr>
            <w:r>
              <w:rPr>
                <w:lang w:val="it-IT"/>
              </w:rPr>
              <w:t>53</w:t>
            </w:r>
          </w:p>
        </w:tc>
        <w:tc>
          <w:tcPr>
            <w:tcW w:w="1129" w:type="dxa"/>
          </w:tcPr>
          <w:p w14:paraId="306E7814" w14:textId="77777777" w:rsidR="00F514E7" w:rsidRDefault="00F514E7" w:rsidP="00BA4C8B">
            <w:pPr>
              <w:rPr>
                <w:lang w:val="it-IT"/>
              </w:rPr>
            </w:pPr>
          </w:p>
        </w:tc>
        <w:tc>
          <w:tcPr>
            <w:tcW w:w="1837" w:type="dxa"/>
          </w:tcPr>
          <w:p w14:paraId="1901578F" w14:textId="77777777" w:rsidR="00F514E7" w:rsidRDefault="00F514E7" w:rsidP="00BA4C8B">
            <w:pPr>
              <w:rPr>
                <w:lang w:val="it-IT"/>
              </w:rPr>
            </w:pPr>
          </w:p>
        </w:tc>
        <w:tc>
          <w:tcPr>
            <w:tcW w:w="3659" w:type="dxa"/>
          </w:tcPr>
          <w:p w14:paraId="6388B694" w14:textId="77777777" w:rsidR="00F514E7" w:rsidRDefault="00F514E7" w:rsidP="00BA4C8B">
            <w:pPr>
              <w:rPr>
                <w:lang w:val="it-IT"/>
              </w:rPr>
            </w:pPr>
          </w:p>
        </w:tc>
        <w:tc>
          <w:tcPr>
            <w:tcW w:w="1545" w:type="dxa"/>
          </w:tcPr>
          <w:p w14:paraId="0ED13D5C" w14:textId="77777777" w:rsidR="00F514E7" w:rsidRDefault="00F514E7" w:rsidP="00BA4C8B">
            <w:pPr>
              <w:rPr>
                <w:lang w:val="it-IT"/>
              </w:rPr>
            </w:pPr>
          </w:p>
        </w:tc>
      </w:tr>
      <w:tr w:rsidR="00F514E7" w14:paraId="7A0E3E9E" w14:textId="77777777" w:rsidTr="00BA4C8B">
        <w:tc>
          <w:tcPr>
            <w:tcW w:w="460" w:type="dxa"/>
          </w:tcPr>
          <w:p w14:paraId="2763FCEC" w14:textId="308638CE" w:rsidR="00F514E7" w:rsidRDefault="00F514E7" w:rsidP="00BA4C8B">
            <w:pPr>
              <w:rPr>
                <w:lang w:val="it-IT"/>
              </w:rPr>
            </w:pPr>
            <w:r>
              <w:rPr>
                <w:lang w:val="it-IT"/>
              </w:rPr>
              <w:t>54</w:t>
            </w:r>
          </w:p>
        </w:tc>
        <w:tc>
          <w:tcPr>
            <w:tcW w:w="1129" w:type="dxa"/>
          </w:tcPr>
          <w:p w14:paraId="41EAB82F" w14:textId="77777777" w:rsidR="00F514E7" w:rsidRDefault="00F514E7" w:rsidP="00BA4C8B">
            <w:pPr>
              <w:rPr>
                <w:lang w:val="it-IT"/>
              </w:rPr>
            </w:pPr>
          </w:p>
        </w:tc>
        <w:tc>
          <w:tcPr>
            <w:tcW w:w="1837" w:type="dxa"/>
          </w:tcPr>
          <w:p w14:paraId="64A8C3BB" w14:textId="77777777" w:rsidR="00F514E7" w:rsidRDefault="00F514E7" w:rsidP="00BA4C8B">
            <w:pPr>
              <w:rPr>
                <w:lang w:val="it-IT"/>
              </w:rPr>
            </w:pPr>
          </w:p>
        </w:tc>
        <w:tc>
          <w:tcPr>
            <w:tcW w:w="3659" w:type="dxa"/>
          </w:tcPr>
          <w:p w14:paraId="3969C2E9" w14:textId="77777777" w:rsidR="00F514E7" w:rsidRDefault="00F514E7" w:rsidP="00BA4C8B">
            <w:pPr>
              <w:rPr>
                <w:lang w:val="it-IT"/>
              </w:rPr>
            </w:pPr>
          </w:p>
        </w:tc>
        <w:tc>
          <w:tcPr>
            <w:tcW w:w="1545" w:type="dxa"/>
          </w:tcPr>
          <w:p w14:paraId="296746A7" w14:textId="77777777" w:rsidR="00F514E7" w:rsidRDefault="00F514E7" w:rsidP="00BA4C8B">
            <w:pPr>
              <w:rPr>
                <w:lang w:val="it-IT"/>
              </w:rPr>
            </w:pPr>
          </w:p>
        </w:tc>
      </w:tr>
      <w:tr w:rsidR="00F514E7" w14:paraId="29C26389" w14:textId="77777777" w:rsidTr="00BA4C8B">
        <w:tc>
          <w:tcPr>
            <w:tcW w:w="460" w:type="dxa"/>
          </w:tcPr>
          <w:p w14:paraId="6924DCD4" w14:textId="4ECCB515" w:rsidR="00F514E7" w:rsidRDefault="00F514E7" w:rsidP="00BA4C8B">
            <w:pPr>
              <w:rPr>
                <w:lang w:val="it-IT"/>
              </w:rPr>
            </w:pPr>
            <w:r>
              <w:rPr>
                <w:lang w:val="it-IT"/>
              </w:rPr>
              <w:t>55</w:t>
            </w:r>
          </w:p>
        </w:tc>
        <w:tc>
          <w:tcPr>
            <w:tcW w:w="1129" w:type="dxa"/>
          </w:tcPr>
          <w:p w14:paraId="463896D8" w14:textId="77777777" w:rsidR="00F514E7" w:rsidRDefault="00F514E7" w:rsidP="00BA4C8B">
            <w:pPr>
              <w:rPr>
                <w:lang w:val="it-IT"/>
              </w:rPr>
            </w:pPr>
          </w:p>
        </w:tc>
        <w:tc>
          <w:tcPr>
            <w:tcW w:w="1837" w:type="dxa"/>
          </w:tcPr>
          <w:p w14:paraId="03FFB08B" w14:textId="77777777" w:rsidR="00F514E7" w:rsidRDefault="00F514E7" w:rsidP="00BA4C8B">
            <w:pPr>
              <w:rPr>
                <w:lang w:val="it-IT"/>
              </w:rPr>
            </w:pPr>
          </w:p>
        </w:tc>
        <w:tc>
          <w:tcPr>
            <w:tcW w:w="3659" w:type="dxa"/>
          </w:tcPr>
          <w:p w14:paraId="03247055" w14:textId="77777777" w:rsidR="00F514E7" w:rsidRDefault="00F514E7" w:rsidP="00BA4C8B">
            <w:pPr>
              <w:rPr>
                <w:lang w:val="it-IT"/>
              </w:rPr>
            </w:pPr>
          </w:p>
        </w:tc>
        <w:tc>
          <w:tcPr>
            <w:tcW w:w="1545" w:type="dxa"/>
          </w:tcPr>
          <w:p w14:paraId="27F62A52" w14:textId="77777777" w:rsidR="00F514E7" w:rsidRDefault="00F514E7" w:rsidP="00BA4C8B">
            <w:pPr>
              <w:rPr>
                <w:lang w:val="it-IT"/>
              </w:rPr>
            </w:pPr>
          </w:p>
        </w:tc>
      </w:tr>
      <w:tr w:rsidR="00F514E7" w14:paraId="04EAB2D4" w14:textId="77777777" w:rsidTr="00BA4C8B">
        <w:tc>
          <w:tcPr>
            <w:tcW w:w="460" w:type="dxa"/>
          </w:tcPr>
          <w:p w14:paraId="00B13D89" w14:textId="1E4BB2FC" w:rsidR="00F514E7" w:rsidRDefault="00F514E7" w:rsidP="00BA4C8B">
            <w:pPr>
              <w:rPr>
                <w:lang w:val="it-IT"/>
              </w:rPr>
            </w:pPr>
            <w:r>
              <w:rPr>
                <w:lang w:val="it-IT"/>
              </w:rPr>
              <w:t>56</w:t>
            </w:r>
          </w:p>
        </w:tc>
        <w:tc>
          <w:tcPr>
            <w:tcW w:w="1129" w:type="dxa"/>
          </w:tcPr>
          <w:p w14:paraId="2A926D17" w14:textId="77777777" w:rsidR="00F514E7" w:rsidRDefault="00F514E7" w:rsidP="00BA4C8B">
            <w:pPr>
              <w:rPr>
                <w:lang w:val="it-IT"/>
              </w:rPr>
            </w:pPr>
          </w:p>
        </w:tc>
        <w:tc>
          <w:tcPr>
            <w:tcW w:w="1837" w:type="dxa"/>
          </w:tcPr>
          <w:p w14:paraId="4E6FC74C" w14:textId="77777777" w:rsidR="00F514E7" w:rsidRDefault="00F514E7" w:rsidP="00BA4C8B">
            <w:pPr>
              <w:rPr>
                <w:lang w:val="it-IT"/>
              </w:rPr>
            </w:pPr>
          </w:p>
        </w:tc>
        <w:tc>
          <w:tcPr>
            <w:tcW w:w="3659" w:type="dxa"/>
          </w:tcPr>
          <w:p w14:paraId="313D9FF1" w14:textId="77777777" w:rsidR="00F514E7" w:rsidRDefault="00F514E7" w:rsidP="00BA4C8B">
            <w:pPr>
              <w:rPr>
                <w:lang w:val="it-IT"/>
              </w:rPr>
            </w:pPr>
          </w:p>
        </w:tc>
        <w:tc>
          <w:tcPr>
            <w:tcW w:w="1545" w:type="dxa"/>
          </w:tcPr>
          <w:p w14:paraId="242D9CF2" w14:textId="77777777" w:rsidR="00F514E7" w:rsidRDefault="00F514E7" w:rsidP="00BA4C8B">
            <w:pPr>
              <w:rPr>
                <w:lang w:val="it-IT"/>
              </w:rPr>
            </w:pPr>
          </w:p>
        </w:tc>
      </w:tr>
      <w:tr w:rsidR="00F514E7" w14:paraId="4235126E" w14:textId="77777777" w:rsidTr="00BA4C8B">
        <w:tc>
          <w:tcPr>
            <w:tcW w:w="460" w:type="dxa"/>
          </w:tcPr>
          <w:p w14:paraId="27161345" w14:textId="746CCEC5" w:rsidR="00F514E7" w:rsidRDefault="00F514E7" w:rsidP="00BA4C8B">
            <w:pPr>
              <w:rPr>
                <w:lang w:val="it-IT"/>
              </w:rPr>
            </w:pPr>
            <w:r>
              <w:rPr>
                <w:lang w:val="it-IT"/>
              </w:rPr>
              <w:t>57</w:t>
            </w:r>
          </w:p>
        </w:tc>
        <w:tc>
          <w:tcPr>
            <w:tcW w:w="1129" w:type="dxa"/>
          </w:tcPr>
          <w:p w14:paraId="14EE124A" w14:textId="77777777" w:rsidR="00F514E7" w:rsidRDefault="00F514E7" w:rsidP="00BA4C8B">
            <w:pPr>
              <w:rPr>
                <w:lang w:val="it-IT"/>
              </w:rPr>
            </w:pPr>
          </w:p>
        </w:tc>
        <w:tc>
          <w:tcPr>
            <w:tcW w:w="1837" w:type="dxa"/>
          </w:tcPr>
          <w:p w14:paraId="0C405AA8" w14:textId="77777777" w:rsidR="00F514E7" w:rsidRDefault="00F514E7" w:rsidP="00BA4C8B">
            <w:pPr>
              <w:rPr>
                <w:lang w:val="it-IT"/>
              </w:rPr>
            </w:pPr>
          </w:p>
        </w:tc>
        <w:tc>
          <w:tcPr>
            <w:tcW w:w="3659" w:type="dxa"/>
          </w:tcPr>
          <w:p w14:paraId="1BE2943C" w14:textId="77777777" w:rsidR="00F514E7" w:rsidRDefault="00F514E7" w:rsidP="00BA4C8B">
            <w:pPr>
              <w:rPr>
                <w:lang w:val="it-IT"/>
              </w:rPr>
            </w:pPr>
          </w:p>
        </w:tc>
        <w:tc>
          <w:tcPr>
            <w:tcW w:w="1545" w:type="dxa"/>
          </w:tcPr>
          <w:p w14:paraId="5E5D73EC" w14:textId="77777777" w:rsidR="00F514E7" w:rsidRDefault="00F514E7" w:rsidP="00BA4C8B">
            <w:pPr>
              <w:rPr>
                <w:lang w:val="it-IT"/>
              </w:rPr>
            </w:pPr>
          </w:p>
        </w:tc>
      </w:tr>
      <w:tr w:rsidR="00F514E7" w14:paraId="0FD3185E" w14:textId="77777777" w:rsidTr="00BA4C8B">
        <w:tc>
          <w:tcPr>
            <w:tcW w:w="460" w:type="dxa"/>
          </w:tcPr>
          <w:p w14:paraId="04C8AF27" w14:textId="38854A40" w:rsidR="00F514E7" w:rsidRDefault="00F514E7" w:rsidP="00BA4C8B">
            <w:pPr>
              <w:rPr>
                <w:lang w:val="it-IT"/>
              </w:rPr>
            </w:pPr>
            <w:r>
              <w:rPr>
                <w:lang w:val="it-IT"/>
              </w:rPr>
              <w:t>58</w:t>
            </w:r>
          </w:p>
        </w:tc>
        <w:tc>
          <w:tcPr>
            <w:tcW w:w="1129" w:type="dxa"/>
          </w:tcPr>
          <w:p w14:paraId="21F426F7" w14:textId="77777777" w:rsidR="00F514E7" w:rsidRDefault="00F514E7" w:rsidP="00BA4C8B">
            <w:pPr>
              <w:rPr>
                <w:lang w:val="it-IT"/>
              </w:rPr>
            </w:pPr>
          </w:p>
        </w:tc>
        <w:tc>
          <w:tcPr>
            <w:tcW w:w="1837" w:type="dxa"/>
          </w:tcPr>
          <w:p w14:paraId="2E878342" w14:textId="77777777" w:rsidR="00F514E7" w:rsidRDefault="00F514E7" w:rsidP="00BA4C8B">
            <w:pPr>
              <w:rPr>
                <w:lang w:val="it-IT"/>
              </w:rPr>
            </w:pPr>
          </w:p>
        </w:tc>
        <w:tc>
          <w:tcPr>
            <w:tcW w:w="3659" w:type="dxa"/>
          </w:tcPr>
          <w:p w14:paraId="1FC3574A" w14:textId="77777777" w:rsidR="00F514E7" w:rsidRDefault="00F514E7" w:rsidP="00BA4C8B">
            <w:pPr>
              <w:rPr>
                <w:lang w:val="it-IT"/>
              </w:rPr>
            </w:pPr>
          </w:p>
        </w:tc>
        <w:tc>
          <w:tcPr>
            <w:tcW w:w="1545" w:type="dxa"/>
          </w:tcPr>
          <w:p w14:paraId="23F88355" w14:textId="77777777" w:rsidR="00F514E7" w:rsidRDefault="00F514E7" w:rsidP="00BA4C8B">
            <w:pPr>
              <w:rPr>
                <w:lang w:val="it-IT"/>
              </w:rPr>
            </w:pPr>
          </w:p>
        </w:tc>
      </w:tr>
      <w:tr w:rsidR="00F514E7" w14:paraId="4242CCD1" w14:textId="77777777" w:rsidTr="00BA4C8B">
        <w:tc>
          <w:tcPr>
            <w:tcW w:w="460" w:type="dxa"/>
          </w:tcPr>
          <w:p w14:paraId="772BA70F" w14:textId="415B382A" w:rsidR="00F514E7" w:rsidRDefault="00F514E7" w:rsidP="00BA4C8B">
            <w:pPr>
              <w:rPr>
                <w:lang w:val="it-IT"/>
              </w:rPr>
            </w:pPr>
            <w:r>
              <w:rPr>
                <w:lang w:val="it-IT"/>
              </w:rPr>
              <w:t>59</w:t>
            </w:r>
          </w:p>
        </w:tc>
        <w:tc>
          <w:tcPr>
            <w:tcW w:w="1129" w:type="dxa"/>
          </w:tcPr>
          <w:p w14:paraId="60B4E687" w14:textId="77777777" w:rsidR="00F514E7" w:rsidRDefault="00F514E7" w:rsidP="00BA4C8B">
            <w:pPr>
              <w:rPr>
                <w:lang w:val="it-IT"/>
              </w:rPr>
            </w:pPr>
          </w:p>
        </w:tc>
        <w:tc>
          <w:tcPr>
            <w:tcW w:w="1837" w:type="dxa"/>
          </w:tcPr>
          <w:p w14:paraId="16FCC175" w14:textId="77777777" w:rsidR="00F514E7" w:rsidRDefault="00F514E7" w:rsidP="00BA4C8B">
            <w:pPr>
              <w:rPr>
                <w:lang w:val="it-IT"/>
              </w:rPr>
            </w:pPr>
          </w:p>
        </w:tc>
        <w:tc>
          <w:tcPr>
            <w:tcW w:w="3659" w:type="dxa"/>
          </w:tcPr>
          <w:p w14:paraId="79965501" w14:textId="77777777" w:rsidR="00F514E7" w:rsidRDefault="00F514E7" w:rsidP="00BA4C8B">
            <w:pPr>
              <w:rPr>
                <w:lang w:val="it-IT"/>
              </w:rPr>
            </w:pPr>
          </w:p>
        </w:tc>
        <w:tc>
          <w:tcPr>
            <w:tcW w:w="1545" w:type="dxa"/>
          </w:tcPr>
          <w:p w14:paraId="17480DB6" w14:textId="77777777" w:rsidR="00F514E7" w:rsidRDefault="00F514E7" w:rsidP="00BA4C8B">
            <w:pPr>
              <w:rPr>
                <w:lang w:val="it-IT"/>
              </w:rPr>
            </w:pPr>
          </w:p>
        </w:tc>
      </w:tr>
      <w:tr w:rsidR="00F514E7" w14:paraId="092BD536" w14:textId="77777777" w:rsidTr="00BA4C8B">
        <w:tc>
          <w:tcPr>
            <w:tcW w:w="460" w:type="dxa"/>
          </w:tcPr>
          <w:p w14:paraId="49FDCCCE" w14:textId="367D5C28" w:rsidR="00F514E7" w:rsidRDefault="00F514E7" w:rsidP="00BA4C8B">
            <w:pPr>
              <w:rPr>
                <w:lang w:val="it-IT"/>
              </w:rPr>
            </w:pPr>
            <w:r>
              <w:rPr>
                <w:lang w:val="it-IT"/>
              </w:rPr>
              <w:t>60</w:t>
            </w:r>
          </w:p>
        </w:tc>
        <w:tc>
          <w:tcPr>
            <w:tcW w:w="1129" w:type="dxa"/>
          </w:tcPr>
          <w:p w14:paraId="28A6EA42" w14:textId="77777777" w:rsidR="00F514E7" w:rsidRDefault="00F514E7" w:rsidP="00BA4C8B">
            <w:pPr>
              <w:rPr>
                <w:lang w:val="it-IT"/>
              </w:rPr>
            </w:pPr>
          </w:p>
        </w:tc>
        <w:tc>
          <w:tcPr>
            <w:tcW w:w="1837" w:type="dxa"/>
          </w:tcPr>
          <w:p w14:paraId="26759D47" w14:textId="77777777" w:rsidR="00F514E7" w:rsidRDefault="00F514E7" w:rsidP="00BA4C8B">
            <w:pPr>
              <w:rPr>
                <w:lang w:val="it-IT"/>
              </w:rPr>
            </w:pPr>
          </w:p>
        </w:tc>
        <w:tc>
          <w:tcPr>
            <w:tcW w:w="3659" w:type="dxa"/>
          </w:tcPr>
          <w:p w14:paraId="091F6238" w14:textId="77777777" w:rsidR="00F514E7" w:rsidRDefault="00F514E7" w:rsidP="00BA4C8B">
            <w:pPr>
              <w:rPr>
                <w:lang w:val="it-IT"/>
              </w:rPr>
            </w:pPr>
          </w:p>
        </w:tc>
        <w:tc>
          <w:tcPr>
            <w:tcW w:w="1545" w:type="dxa"/>
          </w:tcPr>
          <w:p w14:paraId="1407C561" w14:textId="77777777" w:rsidR="00F514E7" w:rsidRDefault="00F514E7" w:rsidP="00BA4C8B">
            <w:pPr>
              <w:rPr>
                <w:lang w:val="it-IT"/>
              </w:rPr>
            </w:pPr>
          </w:p>
        </w:tc>
      </w:tr>
    </w:tbl>
    <w:p w14:paraId="3E7989D8" w14:textId="77777777" w:rsidR="003B310B" w:rsidRPr="00BA4C8B" w:rsidRDefault="00000000">
      <w:pPr>
        <w:pStyle w:val="Titolo2"/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</w:pPr>
      <w:r w:rsidRPr="00BA4C8B"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  <w:t>RIEPILOGO</w:t>
      </w:r>
    </w:p>
    <w:p w14:paraId="57A9F8F6" w14:textId="77777777" w:rsidR="003B310B" w:rsidRPr="00BA4C8B" w:rsidRDefault="00000000">
      <w:pPr>
        <w:rPr>
          <w:lang w:val="it-IT"/>
        </w:rPr>
      </w:pPr>
      <w:r w:rsidRPr="00BA4C8B">
        <w:rPr>
          <w:lang w:val="it-IT"/>
        </w:rPr>
        <w:t>Totale spese rendicontate: __________________ €</w:t>
      </w:r>
    </w:p>
    <w:p w14:paraId="1737BA63" w14:textId="77777777" w:rsidR="003B310B" w:rsidRPr="00BA4C8B" w:rsidRDefault="00000000">
      <w:pPr>
        <w:pStyle w:val="Titolo2"/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</w:pPr>
      <w:r w:rsidRPr="00BA4C8B"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  <w:t>DICHIARAZIONE DEL LEGALE RAPPRESENTANTE</w:t>
      </w:r>
    </w:p>
    <w:p w14:paraId="4FF619CB" w14:textId="77777777" w:rsidR="003B310B" w:rsidRPr="00A4754F" w:rsidRDefault="00000000">
      <w:pPr>
        <w:rPr>
          <w:lang w:val="it-IT"/>
        </w:rPr>
      </w:pPr>
      <w:r w:rsidRPr="00A4754F">
        <w:rPr>
          <w:lang w:val="it-IT"/>
        </w:rPr>
        <w:t>Il sottoscritto dichiara che tutte le spese indicate sono state effettivamente sostenute dall'associazione e sono documentate da idonei giustificativi conservati agli atti.</w:t>
      </w:r>
    </w:p>
    <w:p w14:paraId="2F485292" w14:textId="7D874E31" w:rsidR="003B310B" w:rsidRPr="00A4754F" w:rsidRDefault="00000000">
      <w:pPr>
        <w:rPr>
          <w:lang w:val="it-IT"/>
        </w:rPr>
      </w:pPr>
      <w:r w:rsidRPr="00A4754F">
        <w:rPr>
          <w:lang w:val="it-IT"/>
        </w:rPr>
        <w:br/>
        <w:t>Luogo e data ____</w:t>
      </w:r>
      <w:r w:rsidR="00BA4C8B">
        <w:rPr>
          <w:lang w:val="it-IT"/>
        </w:rPr>
        <w:t>___________</w:t>
      </w:r>
      <w:r w:rsidRPr="00A4754F">
        <w:rPr>
          <w:lang w:val="it-IT"/>
        </w:rPr>
        <w:t>________________________</w:t>
      </w:r>
    </w:p>
    <w:p w14:paraId="04946C01" w14:textId="7C40502D" w:rsidR="003B310B" w:rsidRPr="00A4754F" w:rsidRDefault="00000000" w:rsidP="00BA4C8B">
      <w:pPr>
        <w:ind w:left="2160" w:firstLine="720"/>
        <w:rPr>
          <w:lang w:val="it-IT"/>
        </w:rPr>
      </w:pPr>
      <w:r w:rsidRPr="00A4754F">
        <w:rPr>
          <w:lang w:val="it-IT"/>
        </w:rPr>
        <w:t>Firma del Legale Rappresentante _________</w:t>
      </w:r>
      <w:r w:rsidR="00BA4C8B">
        <w:rPr>
          <w:lang w:val="it-IT"/>
        </w:rPr>
        <w:t>____</w:t>
      </w:r>
      <w:r w:rsidRPr="00A4754F">
        <w:rPr>
          <w:lang w:val="it-IT"/>
        </w:rPr>
        <w:t>___________________</w:t>
      </w:r>
    </w:p>
    <w:sectPr w:rsidR="003B310B" w:rsidRPr="00A4754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60719760">
    <w:abstractNumId w:val="8"/>
  </w:num>
  <w:num w:numId="2" w16cid:durableId="825125191">
    <w:abstractNumId w:val="6"/>
  </w:num>
  <w:num w:numId="3" w16cid:durableId="662271254">
    <w:abstractNumId w:val="5"/>
  </w:num>
  <w:num w:numId="4" w16cid:durableId="2101369175">
    <w:abstractNumId w:val="4"/>
  </w:num>
  <w:num w:numId="5" w16cid:durableId="976422895">
    <w:abstractNumId w:val="7"/>
  </w:num>
  <w:num w:numId="6" w16cid:durableId="786196359">
    <w:abstractNumId w:val="3"/>
  </w:num>
  <w:num w:numId="7" w16cid:durableId="10686457">
    <w:abstractNumId w:val="2"/>
  </w:num>
  <w:num w:numId="8" w16cid:durableId="833759922">
    <w:abstractNumId w:val="1"/>
  </w:num>
  <w:num w:numId="9" w16cid:durableId="885601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3EA1"/>
    <w:rsid w:val="0015074B"/>
    <w:rsid w:val="0029639D"/>
    <w:rsid w:val="00326F90"/>
    <w:rsid w:val="003B310B"/>
    <w:rsid w:val="008B2753"/>
    <w:rsid w:val="008D75AC"/>
    <w:rsid w:val="00A4754F"/>
    <w:rsid w:val="00AA1D8D"/>
    <w:rsid w:val="00B47730"/>
    <w:rsid w:val="00BA4C8B"/>
    <w:rsid w:val="00CB0664"/>
    <w:rsid w:val="00EC0081"/>
    <w:rsid w:val="00F514E7"/>
    <w:rsid w:val="00FB138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1402E2"/>
  <w14:defaultImageDpi w14:val="300"/>
  <w15:docId w15:val="{7BD5E29D-55E5-4305-85EB-3C4C9F1C3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Michela Medda</cp:lastModifiedBy>
  <cp:revision>5</cp:revision>
  <dcterms:created xsi:type="dcterms:W3CDTF">2026-07-07T17:20:00Z</dcterms:created>
  <dcterms:modified xsi:type="dcterms:W3CDTF">2026-07-08T15:14:00Z</dcterms:modified>
  <cp:category/>
</cp:coreProperties>
</file>