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2459" w14:textId="0517E4B5" w:rsidR="00EB760F" w:rsidRDefault="00463349">
      <w:pPr>
        <w:rPr>
          <w:b/>
          <w:sz w:val="32"/>
          <w:lang w:val="it-IT"/>
        </w:rPr>
      </w:pPr>
      <w:r w:rsidRPr="00463349">
        <w:rPr>
          <w:b/>
          <w:sz w:val="32"/>
          <w:lang w:val="it-IT"/>
        </w:rPr>
        <w:t>ALLEGATO</w:t>
      </w:r>
      <w:r w:rsidR="00000000" w:rsidRPr="009D2FAF">
        <w:rPr>
          <w:b/>
          <w:sz w:val="32"/>
          <w:lang w:val="it-IT"/>
        </w:rPr>
        <w:t xml:space="preserve">A6 </w:t>
      </w:r>
    </w:p>
    <w:p w14:paraId="3AAFBC32" w14:textId="140E1A85" w:rsidR="00AF048C" w:rsidRPr="009D2FAF" w:rsidRDefault="00000000">
      <w:pPr>
        <w:rPr>
          <w:lang w:val="it-IT"/>
        </w:rPr>
      </w:pPr>
      <w:r w:rsidRPr="009D2FAF">
        <w:rPr>
          <w:b/>
          <w:sz w:val="32"/>
          <w:lang w:val="it-IT"/>
        </w:rPr>
        <w:t xml:space="preserve">SCHEDA DELLE MANIFESTAZIONI SPORTIVE </w:t>
      </w:r>
    </w:p>
    <w:p w14:paraId="02D39B77" w14:textId="1B5A4041" w:rsidR="00AF048C" w:rsidRPr="009D2FAF" w:rsidRDefault="00000000">
      <w:pPr>
        <w:rPr>
          <w:lang w:val="it-IT"/>
        </w:rPr>
      </w:pPr>
      <w:r w:rsidRPr="009D2FAF">
        <w:rPr>
          <w:lang w:val="it-IT"/>
        </w:rPr>
        <w:t>Da allegare alla domanda di contributo ordinario per documentare le manifestazioni organizzate</w:t>
      </w:r>
      <w:r w:rsidR="009D2FAF">
        <w:rPr>
          <w:lang w:val="it-IT"/>
        </w:rPr>
        <w:t xml:space="preserve"> o al quale si ha partecipato</w:t>
      </w:r>
      <w:r w:rsidRPr="009D2FAF">
        <w:rPr>
          <w:lang w:val="it-IT"/>
        </w:rPr>
        <w:t xml:space="preserve"> </w:t>
      </w:r>
      <w:r w:rsidR="009D2FAF">
        <w:rPr>
          <w:lang w:val="it-IT"/>
        </w:rPr>
        <w:t>nella stagione</w:t>
      </w:r>
      <w:r w:rsidRPr="009D2FAF">
        <w:rPr>
          <w:lang w:val="it-IT"/>
        </w:rPr>
        <w:t xml:space="preserve"> di riferimento.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EB760F" w14:paraId="714421B7" w14:textId="77777777" w:rsidTr="007A2002">
        <w:tc>
          <w:tcPr>
            <w:tcW w:w="3397" w:type="dxa"/>
          </w:tcPr>
          <w:p w14:paraId="0B7A95F6" w14:textId="17D96D87" w:rsidR="00EB760F" w:rsidRDefault="00EB760F" w:rsidP="007A2002">
            <w:pPr>
              <w:rPr>
                <w:lang w:val="it-IT"/>
              </w:rPr>
            </w:pPr>
            <w:r w:rsidRPr="00E86B4D">
              <w:rPr>
                <w:lang w:val="it-IT"/>
              </w:rPr>
              <w:t>Denominazione</w:t>
            </w:r>
            <w:r>
              <w:rPr>
                <w:lang w:val="it-IT"/>
              </w:rPr>
              <w:t xml:space="preserve"> Associazione </w:t>
            </w:r>
          </w:p>
          <w:p w14:paraId="78D7B476" w14:textId="77777777" w:rsidR="00EB760F" w:rsidRDefault="00EB760F" w:rsidP="007A200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633189E" w14:textId="77777777" w:rsidR="00EB760F" w:rsidRDefault="00EB760F" w:rsidP="007A2002">
            <w:pPr>
              <w:rPr>
                <w:lang w:val="it-IT"/>
              </w:rPr>
            </w:pPr>
          </w:p>
        </w:tc>
      </w:tr>
      <w:tr w:rsidR="00EB760F" w14:paraId="1912031E" w14:textId="77777777" w:rsidTr="007A2002">
        <w:tc>
          <w:tcPr>
            <w:tcW w:w="3397" w:type="dxa"/>
          </w:tcPr>
          <w:p w14:paraId="5DCE4BC9" w14:textId="77777777" w:rsidR="00EB760F" w:rsidRDefault="00EB760F" w:rsidP="007A2002">
            <w:pPr>
              <w:rPr>
                <w:lang w:val="it-IT"/>
              </w:rPr>
            </w:pPr>
            <w:r w:rsidRPr="00E86B4D">
              <w:rPr>
                <w:lang w:val="it-IT"/>
              </w:rPr>
              <w:t>Stagione sportiva di riferimento</w:t>
            </w:r>
          </w:p>
          <w:p w14:paraId="4E3E43D9" w14:textId="77777777" w:rsidR="00EB760F" w:rsidRDefault="00EB760F" w:rsidP="007A200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45BDAFE7" w14:textId="77777777" w:rsidR="00EB760F" w:rsidRDefault="00EB760F" w:rsidP="007A2002">
            <w:pPr>
              <w:rPr>
                <w:lang w:val="it-IT"/>
              </w:rPr>
            </w:pPr>
          </w:p>
        </w:tc>
      </w:tr>
      <w:tr w:rsidR="00EB760F" w14:paraId="1F8D5572" w14:textId="77777777" w:rsidTr="007A2002">
        <w:tc>
          <w:tcPr>
            <w:tcW w:w="3397" w:type="dxa"/>
          </w:tcPr>
          <w:p w14:paraId="630E5356" w14:textId="77777777" w:rsidR="00EB760F" w:rsidRDefault="00EB760F" w:rsidP="007A2002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37A00859" w14:textId="77777777" w:rsidR="00EB760F" w:rsidRDefault="00EB760F" w:rsidP="007A200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116D0CB6" w14:textId="77777777" w:rsidR="00EB760F" w:rsidRDefault="00EB760F" w:rsidP="007A2002">
            <w:pPr>
              <w:rPr>
                <w:lang w:val="it-IT"/>
              </w:rPr>
            </w:pPr>
          </w:p>
        </w:tc>
      </w:tr>
    </w:tbl>
    <w:p w14:paraId="7D47977F" w14:textId="77777777" w:rsidR="00AF048C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EB760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DELLE MANIFESTAZIONI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"/>
        <w:gridCol w:w="2987"/>
        <w:gridCol w:w="960"/>
        <w:gridCol w:w="2205"/>
        <w:gridCol w:w="1156"/>
        <w:gridCol w:w="862"/>
      </w:tblGrid>
      <w:tr w:rsidR="00EB760F" w14:paraId="3C58C5B7" w14:textId="77777777" w:rsidTr="00EB760F">
        <w:tc>
          <w:tcPr>
            <w:tcW w:w="460" w:type="dxa"/>
            <w:shd w:val="clear" w:color="auto" w:fill="92D050"/>
          </w:tcPr>
          <w:p w14:paraId="58DE96C8" w14:textId="2E214CBF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2987" w:type="dxa"/>
            <w:shd w:val="clear" w:color="auto" w:fill="92D050"/>
          </w:tcPr>
          <w:p w14:paraId="6E4B5A29" w14:textId="36E0BEDA" w:rsidR="00EB760F" w:rsidRDefault="00EB760F" w:rsidP="00EB760F">
            <w:pPr>
              <w:rPr>
                <w:lang w:val="it-IT"/>
              </w:rPr>
            </w:pPr>
            <w:r>
              <w:t>Denominazione manifestazione</w:t>
            </w:r>
          </w:p>
        </w:tc>
        <w:tc>
          <w:tcPr>
            <w:tcW w:w="960" w:type="dxa"/>
            <w:shd w:val="clear" w:color="auto" w:fill="92D050"/>
          </w:tcPr>
          <w:p w14:paraId="5BCEB920" w14:textId="28AF965B" w:rsidR="00EB760F" w:rsidRDefault="00EB760F" w:rsidP="00EB760F">
            <w:pPr>
              <w:rPr>
                <w:lang w:val="it-IT"/>
              </w:rPr>
            </w:pPr>
            <w:r>
              <w:t>Data</w:t>
            </w:r>
          </w:p>
        </w:tc>
        <w:tc>
          <w:tcPr>
            <w:tcW w:w="2205" w:type="dxa"/>
            <w:shd w:val="clear" w:color="auto" w:fill="92D050"/>
          </w:tcPr>
          <w:p w14:paraId="24A0DF90" w14:textId="33124DC4" w:rsidR="00EB760F" w:rsidRDefault="00EB760F" w:rsidP="00EB760F">
            <w:pPr>
              <w:rPr>
                <w:lang w:val="it-IT"/>
              </w:rPr>
            </w:pPr>
            <w:r>
              <w:t>Luogo</w:t>
            </w:r>
          </w:p>
        </w:tc>
        <w:tc>
          <w:tcPr>
            <w:tcW w:w="1156" w:type="dxa"/>
            <w:shd w:val="clear" w:color="auto" w:fill="92D050"/>
          </w:tcPr>
          <w:p w14:paraId="4AAD501C" w14:textId="76B8CAC1" w:rsidR="00EB760F" w:rsidRDefault="00EB760F" w:rsidP="00EB760F">
            <w:pPr>
              <w:rPr>
                <w:lang w:val="it-IT"/>
              </w:rPr>
            </w:pPr>
            <w:r w:rsidRPr="009D2FAF">
              <w:rPr>
                <w:sz w:val="18"/>
                <w:szCs w:val="18"/>
              </w:rPr>
              <w:t>N. partecipanti</w:t>
            </w:r>
          </w:p>
        </w:tc>
        <w:tc>
          <w:tcPr>
            <w:tcW w:w="862" w:type="dxa"/>
            <w:shd w:val="clear" w:color="auto" w:fill="92D050"/>
          </w:tcPr>
          <w:p w14:paraId="75E70FDF" w14:textId="7035DFCD" w:rsidR="00EB760F" w:rsidRDefault="00EB760F" w:rsidP="00EB760F">
            <w:pPr>
              <w:rPr>
                <w:lang w:val="it-IT"/>
              </w:rPr>
            </w:pPr>
            <w:r w:rsidRPr="009D2FAF">
              <w:rPr>
                <w:sz w:val="18"/>
                <w:szCs w:val="18"/>
              </w:rPr>
              <w:t>N. giornate</w:t>
            </w:r>
          </w:p>
        </w:tc>
      </w:tr>
      <w:tr w:rsidR="00EB760F" w14:paraId="43477F10" w14:textId="77777777" w:rsidTr="00EB760F">
        <w:tc>
          <w:tcPr>
            <w:tcW w:w="460" w:type="dxa"/>
          </w:tcPr>
          <w:p w14:paraId="34A5BFF1" w14:textId="548214ED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2987" w:type="dxa"/>
          </w:tcPr>
          <w:p w14:paraId="55C15EC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65F185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3936C0F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4949B8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41EF91C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C861FA7" w14:textId="77777777" w:rsidTr="00EB760F">
        <w:tc>
          <w:tcPr>
            <w:tcW w:w="460" w:type="dxa"/>
          </w:tcPr>
          <w:p w14:paraId="28E26520" w14:textId="1D69B74B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2987" w:type="dxa"/>
          </w:tcPr>
          <w:p w14:paraId="104E4E1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715F36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026F78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1F3CD3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41148D86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D358964" w14:textId="77777777" w:rsidTr="00EB760F">
        <w:tc>
          <w:tcPr>
            <w:tcW w:w="460" w:type="dxa"/>
          </w:tcPr>
          <w:p w14:paraId="50791891" w14:textId="7BA98100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2987" w:type="dxa"/>
          </w:tcPr>
          <w:p w14:paraId="50B056C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17FE03E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6E8BF8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A08C5F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D9F240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124B6C69" w14:textId="77777777" w:rsidTr="00EB760F">
        <w:tc>
          <w:tcPr>
            <w:tcW w:w="460" w:type="dxa"/>
          </w:tcPr>
          <w:p w14:paraId="19E4964D" w14:textId="30C6C527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2987" w:type="dxa"/>
          </w:tcPr>
          <w:p w14:paraId="7166BAB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D153DB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2EE7E4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126E9AD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83632E6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7173670" w14:textId="77777777" w:rsidTr="00EB760F">
        <w:tc>
          <w:tcPr>
            <w:tcW w:w="460" w:type="dxa"/>
          </w:tcPr>
          <w:p w14:paraId="728ABD3A" w14:textId="54862F3A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987" w:type="dxa"/>
          </w:tcPr>
          <w:p w14:paraId="4F8A460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6ADE41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58144D3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1DE3821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C03566C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AD8C84A" w14:textId="77777777" w:rsidTr="00EB760F">
        <w:tc>
          <w:tcPr>
            <w:tcW w:w="460" w:type="dxa"/>
          </w:tcPr>
          <w:p w14:paraId="6ECBB274" w14:textId="3988859E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2987" w:type="dxa"/>
          </w:tcPr>
          <w:p w14:paraId="178A0F3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67598C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873CDB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5DA68AE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92C12C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6B6E22C" w14:textId="77777777" w:rsidTr="00EB760F">
        <w:tc>
          <w:tcPr>
            <w:tcW w:w="460" w:type="dxa"/>
          </w:tcPr>
          <w:p w14:paraId="1D162EBA" w14:textId="457AC3DB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2987" w:type="dxa"/>
          </w:tcPr>
          <w:p w14:paraId="770B555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8D58DD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3AE998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5C4429D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E0591CB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F40F342" w14:textId="77777777" w:rsidTr="00EB760F">
        <w:tc>
          <w:tcPr>
            <w:tcW w:w="460" w:type="dxa"/>
          </w:tcPr>
          <w:p w14:paraId="3B5A7364" w14:textId="11B89103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2987" w:type="dxa"/>
          </w:tcPr>
          <w:p w14:paraId="180988C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0D16F7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3DAE306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5E82AE4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665176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E16EFB0" w14:textId="77777777" w:rsidTr="00EB760F">
        <w:tc>
          <w:tcPr>
            <w:tcW w:w="460" w:type="dxa"/>
          </w:tcPr>
          <w:p w14:paraId="389F9456" w14:textId="709FDB81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2987" w:type="dxa"/>
          </w:tcPr>
          <w:p w14:paraId="5D0A89B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851656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5ACF8C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37D1305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6F37E346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19D4FCF1" w14:textId="77777777" w:rsidTr="00EB760F">
        <w:tc>
          <w:tcPr>
            <w:tcW w:w="460" w:type="dxa"/>
          </w:tcPr>
          <w:p w14:paraId="5F7202F8" w14:textId="19DA8F22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2987" w:type="dxa"/>
          </w:tcPr>
          <w:p w14:paraId="33E8CF0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55AAE0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2D26F9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5E10177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A6257F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0A92061" w14:textId="77777777" w:rsidTr="00EB760F">
        <w:tc>
          <w:tcPr>
            <w:tcW w:w="460" w:type="dxa"/>
          </w:tcPr>
          <w:p w14:paraId="7626D017" w14:textId="72288C30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2987" w:type="dxa"/>
          </w:tcPr>
          <w:p w14:paraId="4A09E70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8F2091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853544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FD5062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1A58EDD7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39F5A30" w14:textId="77777777" w:rsidTr="00EB760F">
        <w:tc>
          <w:tcPr>
            <w:tcW w:w="460" w:type="dxa"/>
          </w:tcPr>
          <w:p w14:paraId="506C1BA4" w14:textId="7443F1B9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2987" w:type="dxa"/>
          </w:tcPr>
          <w:p w14:paraId="5E6D52B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30C400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8003F4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C895E1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CEC630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B5679FE" w14:textId="77777777" w:rsidTr="00EB760F">
        <w:tc>
          <w:tcPr>
            <w:tcW w:w="460" w:type="dxa"/>
          </w:tcPr>
          <w:p w14:paraId="17236923" w14:textId="41840B47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2987" w:type="dxa"/>
          </w:tcPr>
          <w:p w14:paraId="44852EB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45E1BD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95FD10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1BE2573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5391E91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8E1F10C" w14:textId="77777777" w:rsidTr="00EB760F">
        <w:tc>
          <w:tcPr>
            <w:tcW w:w="460" w:type="dxa"/>
          </w:tcPr>
          <w:p w14:paraId="72C98E3C" w14:textId="1368891C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2987" w:type="dxa"/>
          </w:tcPr>
          <w:p w14:paraId="396283B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1364D1E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DD4BE5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596F76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0B9D3409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CEE5C51" w14:textId="77777777" w:rsidTr="00EB760F">
        <w:tc>
          <w:tcPr>
            <w:tcW w:w="460" w:type="dxa"/>
          </w:tcPr>
          <w:p w14:paraId="7D850187" w14:textId="14BBBCC2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2987" w:type="dxa"/>
          </w:tcPr>
          <w:p w14:paraId="7298876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608EB7C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5E2E47C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3083A2D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450BB367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E288831" w14:textId="77777777" w:rsidTr="00EB760F">
        <w:tc>
          <w:tcPr>
            <w:tcW w:w="460" w:type="dxa"/>
          </w:tcPr>
          <w:p w14:paraId="7CF1AA91" w14:textId="516FB394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2987" w:type="dxa"/>
          </w:tcPr>
          <w:p w14:paraId="5E296BA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613733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338738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7B5CF4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64DC9AB9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B2186B4" w14:textId="77777777" w:rsidTr="00EB760F">
        <w:tc>
          <w:tcPr>
            <w:tcW w:w="460" w:type="dxa"/>
          </w:tcPr>
          <w:p w14:paraId="52746C46" w14:textId="21D2EA24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2987" w:type="dxa"/>
          </w:tcPr>
          <w:p w14:paraId="576A8B6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D72BD5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5D5B08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11E21EA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ABEF749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95E6A51" w14:textId="77777777" w:rsidTr="00EB760F">
        <w:tc>
          <w:tcPr>
            <w:tcW w:w="460" w:type="dxa"/>
          </w:tcPr>
          <w:p w14:paraId="1CFE47C0" w14:textId="7E3B6D40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2987" w:type="dxa"/>
          </w:tcPr>
          <w:p w14:paraId="6213595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1B57D24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32A959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3B939E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3EF961B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17F6AAB" w14:textId="77777777" w:rsidTr="00EB760F">
        <w:tc>
          <w:tcPr>
            <w:tcW w:w="460" w:type="dxa"/>
          </w:tcPr>
          <w:p w14:paraId="464076AC" w14:textId="1C405F7E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2987" w:type="dxa"/>
          </w:tcPr>
          <w:p w14:paraId="3215767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C6E356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B03948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365A5E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D9B7FB7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513DB72A" w14:textId="77777777" w:rsidTr="00EB760F">
        <w:tc>
          <w:tcPr>
            <w:tcW w:w="460" w:type="dxa"/>
          </w:tcPr>
          <w:p w14:paraId="0CC2AB5D" w14:textId="3E54DEA7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2987" w:type="dxa"/>
          </w:tcPr>
          <w:p w14:paraId="2334BD9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395B350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B0E019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35F7D8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616094EA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7525E1F" w14:textId="77777777" w:rsidTr="00EB760F">
        <w:tc>
          <w:tcPr>
            <w:tcW w:w="460" w:type="dxa"/>
          </w:tcPr>
          <w:p w14:paraId="7E6ADBA7" w14:textId="4EED9A74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2987" w:type="dxa"/>
          </w:tcPr>
          <w:p w14:paraId="64799A2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81B365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36FF6FB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06E3C8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01456CB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10DB451" w14:textId="77777777" w:rsidTr="00EB760F">
        <w:tc>
          <w:tcPr>
            <w:tcW w:w="460" w:type="dxa"/>
          </w:tcPr>
          <w:p w14:paraId="2213E070" w14:textId="3C54FAAA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2987" w:type="dxa"/>
          </w:tcPr>
          <w:p w14:paraId="6F95E5C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649BF86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E945E0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CE7321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C7A7600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75749A0" w14:textId="77777777" w:rsidTr="00EB760F">
        <w:tc>
          <w:tcPr>
            <w:tcW w:w="460" w:type="dxa"/>
          </w:tcPr>
          <w:p w14:paraId="196FD760" w14:textId="49DA2E2F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2987" w:type="dxa"/>
          </w:tcPr>
          <w:p w14:paraId="72A6495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057F1F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8EB1BB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E92830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05BAB8FC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C54F6CF" w14:textId="77777777" w:rsidTr="00EB760F">
        <w:tc>
          <w:tcPr>
            <w:tcW w:w="460" w:type="dxa"/>
          </w:tcPr>
          <w:p w14:paraId="2AA8F557" w14:textId="491282D5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2987" w:type="dxa"/>
          </w:tcPr>
          <w:p w14:paraId="2ED8D29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F1499D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45FA26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3E6319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10873F2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EFB1B49" w14:textId="77777777" w:rsidTr="00EB760F">
        <w:tc>
          <w:tcPr>
            <w:tcW w:w="460" w:type="dxa"/>
          </w:tcPr>
          <w:p w14:paraId="616DCBBE" w14:textId="280A4E27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2987" w:type="dxa"/>
          </w:tcPr>
          <w:p w14:paraId="4C2E27B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1B7773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664847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93AB82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4CB676D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956D60C" w14:textId="77777777" w:rsidTr="00EB760F">
        <w:tc>
          <w:tcPr>
            <w:tcW w:w="460" w:type="dxa"/>
          </w:tcPr>
          <w:p w14:paraId="19B57B59" w14:textId="74BD48B9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2987" w:type="dxa"/>
          </w:tcPr>
          <w:p w14:paraId="6249C47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3041AB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F81015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31D6F4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B42B641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EFD1C64" w14:textId="77777777" w:rsidTr="00EB760F">
        <w:tc>
          <w:tcPr>
            <w:tcW w:w="460" w:type="dxa"/>
          </w:tcPr>
          <w:p w14:paraId="714CDB35" w14:textId="22B05011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2987" w:type="dxa"/>
          </w:tcPr>
          <w:p w14:paraId="2C82709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32575A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F1FF8C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389824C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FC83745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1DB16D0" w14:textId="77777777" w:rsidTr="00EB760F">
        <w:tc>
          <w:tcPr>
            <w:tcW w:w="460" w:type="dxa"/>
          </w:tcPr>
          <w:p w14:paraId="2276F6DF" w14:textId="4D378C6E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2987" w:type="dxa"/>
          </w:tcPr>
          <w:p w14:paraId="48E99E0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5615F2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38BE30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891ACE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7A2210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6C0EABE4" w14:textId="77777777" w:rsidTr="00EB760F">
        <w:tc>
          <w:tcPr>
            <w:tcW w:w="460" w:type="dxa"/>
          </w:tcPr>
          <w:p w14:paraId="7F9D48B0" w14:textId="3C3EE7B0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2987" w:type="dxa"/>
          </w:tcPr>
          <w:p w14:paraId="4FFA804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5817CC7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40C565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859F2C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DC43AB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50386A5B" w14:textId="77777777" w:rsidTr="00EB760F">
        <w:tc>
          <w:tcPr>
            <w:tcW w:w="460" w:type="dxa"/>
          </w:tcPr>
          <w:p w14:paraId="1A2E3E90" w14:textId="61F9D606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2987" w:type="dxa"/>
          </w:tcPr>
          <w:p w14:paraId="7B22E9A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56ADFF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01E21F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F095BB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5105FC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2D1B38B" w14:textId="77777777" w:rsidTr="007A2002">
        <w:tc>
          <w:tcPr>
            <w:tcW w:w="460" w:type="dxa"/>
            <w:shd w:val="clear" w:color="auto" w:fill="92D050"/>
          </w:tcPr>
          <w:p w14:paraId="26887C8D" w14:textId="77777777" w:rsidR="00EB760F" w:rsidRDefault="00EB760F" w:rsidP="007A2002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2987" w:type="dxa"/>
            <w:shd w:val="clear" w:color="auto" w:fill="92D050"/>
          </w:tcPr>
          <w:p w14:paraId="5D1EFCDF" w14:textId="77777777" w:rsidR="00EB760F" w:rsidRDefault="00EB760F" w:rsidP="007A2002">
            <w:pPr>
              <w:rPr>
                <w:lang w:val="it-IT"/>
              </w:rPr>
            </w:pPr>
            <w:r>
              <w:t>Denominazione manifestazione</w:t>
            </w:r>
          </w:p>
        </w:tc>
        <w:tc>
          <w:tcPr>
            <w:tcW w:w="960" w:type="dxa"/>
            <w:shd w:val="clear" w:color="auto" w:fill="92D050"/>
          </w:tcPr>
          <w:p w14:paraId="08D7D414" w14:textId="77777777" w:rsidR="00EB760F" w:rsidRDefault="00EB760F" w:rsidP="007A2002">
            <w:pPr>
              <w:rPr>
                <w:lang w:val="it-IT"/>
              </w:rPr>
            </w:pPr>
            <w:r>
              <w:t>Data</w:t>
            </w:r>
          </w:p>
        </w:tc>
        <w:tc>
          <w:tcPr>
            <w:tcW w:w="2205" w:type="dxa"/>
            <w:shd w:val="clear" w:color="auto" w:fill="92D050"/>
          </w:tcPr>
          <w:p w14:paraId="5AEFA74E" w14:textId="77777777" w:rsidR="00EB760F" w:rsidRDefault="00EB760F" w:rsidP="007A2002">
            <w:pPr>
              <w:rPr>
                <w:lang w:val="it-IT"/>
              </w:rPr>
            </w:pPr>
            <w:r>
              <w:t>Luogo</w:t>
            </w:r>
          </w:p>
        </w:tc>
        <w:tc>
          <w:tcPr>
            <w:tcW w:w="1156" w:type="dxa"/>
            <w:shd w:val="clear" w:color="auto" w:fill="92D050"/>
          </w:tcPr>
          <w:p w14:paraId="36F24356" w14:textId="77777777" w:rsidR="00EB760F" w:rsidRDefault="00EB760F" w:rsidP="007A2002">
            <w:pPr>
              <w:rPr>
                <w:lang w:val="it-IT"/>
              </w:rPr>
            </w:pPr>
            <w:r w:rsidRPr="009D2FAF">
              <w:rPr>
                <w:sz w:val="18"/>
                <w:szCs w:val="18"/>
              </w:rPr>
              <w:t>N. partecipanti</w:t>
            </w:r>
          </w:p>
        </w:tc>
        <w:tc>
          <w:tcPr>
            <w:tcW w:w="862" w:type="dxa"/>
            <w:shd w:val="clear" w:color="auto" w:fill="92D050"/>
          </w:tcPr>
          <w:p w14:paraId="070E1895" w14:textId="77777777" w:rsidR="00EB760F" w:rsidRDefault="00EB760F" w:rsidP="007A2002">
            <w:pPr>
              <w:rPr>
                <w:lang w:val="it-IT"/>
              </w:rPr>
            </w:pPr>
            <w:r w:rsidRPr="009D2FAF">
              <w:rPr>
                <w:sz w:val="18"/>
                <w:szCs w:val="18"/>
              </w:rPr>
              <w:t>N. giornate</w:t>
            </w:r>
          </w:p>
        </w:tc>
      </w:tr>
      <w:tr w:rsidR="00EB760F" w14:paraId="7BA747C7" w14:textId="77777777" w:rsidTr="00EB760F">
        <w:tc>
          <w:tcPr>
            <w:tcW w:w="460" w:type="dxa"/>
          </w:tcPr>
          <w:p w14:paraId="6E224522" w14:textId="4855D42D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2987" w:type="dxa"/>
          </w:tcPr>
          <w:p w14:paraId="33C313F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5DE2239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77BC2B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71EA2AD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F7B638F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BFA7523" w14:textId="77777777" w:rsidTr="00EB760F">
        <w:tc>
          <w:tcPr>
            <w:tcW w:w="460" w:type="dxa"/>
          </w:tcPr>
          <w:p w14:paraId="7550BA84" w14:textId="2F61BDD6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2987" w:type="dxa"/>
          </w:tcPr>
          <w:p w14:paraId="3510525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E348FB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517AB98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C2C132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1E8D32E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5FA4CB23" w14:textId="77777777" w:rsidTr="00EB760F">
        <w:tc>
          <w:tcPr>
            <w:tcW w:w="460" w:type="dxa"/>
          </w:tcPr>
          <w:p w14:paraId="14F28D09" w14:textId="03E7D1F4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2987" w:type="dxa"/>
          </w:tcPr>
          <w:p w14:paraId="38193F2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3B988D7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676EC7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7B5A3E7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01C1029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453E831" w14:textId="77777777" w:rsidTr="00EB760F">
        <w:tc>
          <w:tcPr>
            <w:tcW w:w="460" w:type="dxa"/>
          </w:tcPr>
          <w:p w14:paraId="12D4FB3F" w14:textId="0A798492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34</w:t>
            </w:r>
          </w:p>
        </w:tc>
        <w:tc>
          <w:tcPr>
            <w:tcW w:w="2987" w:type="dxa"/>
          </w:tcPr>
          <w:p w14:paraId="0FB7526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6E08A2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F20495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4A971C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37ED8E7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7332DAB5" w14:textId="77777777" w:rsidTr="00EB760F">
        <w:tc>
          <w:tcPr>
            <w:tcW w:w="460" w:type="dxa"/>
          </w:tcPr>
          <w:p w14:paraId="6EB54543" w14:textId="048221C2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2987" w:type="dxa"/>
          </w:tcPr>
          <w:p w14:paraId="3B2F0E3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1740CC4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BE90B5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2665031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0C3548B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BB05FF4" w14:textId="77777777" w:rsidTr="00EB760F">
        <w:tc>
          <w:tcPr>
            <w:tcW w:w="460" w:type="dxa"/>
          </w:tcPr>
          <w:p w14:paraId="5FF0E985" w14:textId="68B495D8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36</w:t>
            </w:r>
          </w:p>
        </w:tc>
        <w:tc>
          <w:tcPr>
            <w:tcW w:w="2987" w:type="dxa"/>
          </w:tcPr>
          <w:p w14:paraId="383B720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5B9240C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4CCAC2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AF5FA9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199A3357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3A3741C" w14:textId="77777777" w:rsidTr="00EB760F">
        <w:tc>
          <w:tcPr>
            <w:tcW w:w="460" w:type="dxa"/>
          </w:tcPr>
          <w:p w14:paraId="14287425" w14:textId="672C5481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37</w:t>
            </w:r>
          </w:p>
        </w:tc>
        <w:tc>
          <w:tcPr>
            <w:tcW w:w="2987" w:type="dxa"/>
          </w:tcPr>
          <w:p w14:paraId="6EFC5B4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6246703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34C858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9ABCD8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EF7CDEA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A7E9E05" w14:textId="77777777" w:rsidTr="00EB760F">
        <w:tc>
          <w:tcPr>
            <w:tcW w:w="460" w:type="dxa"/>
          </w:tcPr>
          <w:p w14:paraId="66FDB806" w14:textId="24C371F6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38</w:t>
            </w:r>
          </w:p>
        </w:tc>
        <w:tc>
          <w:tcPr>
            <w:tcW w:w="2987" w:type="dxa"/>
          </w:tcPr>
          <w:p w14:paraId="2E89AE0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2E6E37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EB135A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F64376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12ADA423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4A79FB8" w14:textId="77777777" w:rsidTr="00EB760F">
        <w:tc>
          <w:tcPr>
            <w:tcW w:w="460" w:type="dxa"/>
          </w:tcPr>
          <w:p w14:paraId="0C17DB86" w14:textId="219DE118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2987" w:type="dxa"/>
          </w:tcPr>
          <w:p w14:paraId="0A4D48F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51F623A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AC255F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3C67F90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BCA8D9C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8ED1C85" w14:textId="77777777" w:rsidTr="00EB760F">
        <w:tc>
          <w:tcPr>
            <w:tcW w:w="460" w:type="dxa"/>
          </w:tcPr>
          <w:p w14:paraId="447E92C6" w14:textId="305FFD8F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2987" w:type="dxa"/>
          </w:tcPr>
          <w:p w14:paraId="46D1A1F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733FCAC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15462F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D6613B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600F6045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7C687E7" w14:textId="77777777" w:rsidTr="00EB760F">
        <w:tc>
          <w:tcPr>
            <w:tcW w:w="460" w:type="dxa"/>
          </w:tcPr>
          <w:p w14:paraId="30AC5726" w14:textId="2F7A1D2C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2987" w:type="dxa"/>
          </w:tcPr>
          <w:p w14:paraId="5E98228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D7140B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CCCF570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DF0A9A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44A9F91C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C0801E2" w14:textId="77777777" w:rsidTr="00EB760F">
        <w:tc>
          <w:tcPr>
            <w:tcW w:w="460" w:type="dxa"/>
          </w:tcPr>
          <w:p w14:paraId="3FA2BDE8" w14:textId="62F93D18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2987" w:type="dxa"/>
          </w:tcPr>
          <w:p w14:paraId="615C4EF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D4F145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DCCB5B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164BC7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0A02DC0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032DB1C" w14:textId="77777777" w:rsidTr="00EB760F">
        <w:tc>
          <w:tcPr>
            <w:tcW w:w="460" w:type="dxa"/>
          </w:tcPr>
          <w:p w14:paraId="52EAEED8" w14:textId="1D0EFF9F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2987" w:type="dxa"/>
          </w:tcPr>
          <w:p w14:paraId="19D9ACB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EC4811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63990C32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175C6E4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1E5BBB73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5A34A400" w14:textId="77777777" w:rsidTr="00EB760F">
        <w:tc>
          <w:tcPr>
            <w:tcW w:w="460" w:type="dxa"/>
          </w:tcPr>
          <w:p w14:paraId="5B139A01" w14:textId="0A7654EB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2987" w:type="dxa"/>
          </w:tcPr>
          <w:p w14:paraId="1A08062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0E0242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71D8229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0BB4EC8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36E3BF7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2637AC99" w14:textId="77777777" w:rsidTr="00EB760F">
        <w:tc>
          <w:tcPr>
            <w:tcW w:w="460" w:type="dxa"/>
          </w:tcPr>
          <w:p w14:paraId="034B7489" w14:textId="57264D8A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2987" w:type="dxa"/>
          </w:tcPr>
          <w:p w14:paraId="00C25FE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3BE6A46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A3DA85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A70607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54323C14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66CE581" w14:textId="77777777" w:rsidTr="00EB760F">
        <w:tc>
          <w:tcPr>
            <w:tcW w:w="460" w:type="dxa"/>
          </w:tcPr>
          <w:p w14:paraId="24EFC7FD" w14:textId="167B2BF6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2987" w:type="dxa"/>
          </w:tcPr>
          <w:p w14:paraId="1DD7F4A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00D25A6E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20E3EFA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36E7EC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2102E08B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D750BCE" w14:textId="77777777" w:rsidTr="00EB760F">
        <w:tc>
          <w:tcPr>
            <w:tcW w:w="460" w:type="dxa"/>
          </w:tcPr>
          <w:p w14:paraId="54BA158F" w14:textId="02E838CC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2987" w:type="dxa"/>
          </w:tcPr>
          <w:p w14:paraId="01D9FAED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27BFFC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A0F8F06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11EE7F9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05A2B136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E2B2153" w14:textId="77777777" w:rsidTr="00EB760F">
        <w:tc>
          <w:tcPr>
            <w:tcW w:w="460" w:type="dxa"/>
          </w:tcPr>
          <w:p w14:paraId="271A1A4B" w14:textId="6A09FB0A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2987" w:type="dxa"/>
          </w:tcPr>
          <w:p w14:paraId="2F6F77A1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624D20CC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43F00C9F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6B2119C8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6FE70EAE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0A6C6F12" w14:textId="77777777" w:rsidTr="00EB760F">
        <w:tc>
          <w:tcPr>
            <w:tcW w:w="460" w:type="dxa"/>
          </w:tcPr>
          <w:p w14:paraId="3CEB88D3" w14:textId="7ACC40C8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2987" w:type="dxa"/>
          </w:tcPr>
          <w:p w14:paraId="32ECD75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430E6339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1A015F25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1ABD55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7823A48B" w14:textId="77777777" w:rsidR="00EB760F" w:rsidRDefault="00EB760F" w:rsidP="00EB760F">
            <w:pPr>
              <w:rPr>
                <w:lang w:val="it-IT"/>
              </w:rPr>
            </w:pPr>
          </w:p>
        </w:tc>
      </w:tr>
      <w:tr w:rsidR="00EB760F" w14:paraId="49900CEF" w14:textId="77777777" w:rsidTr="00EB760F">
        <w:tc>
          <w:tcPr>
            <w:tcW w:w="460" w:type="dxa"/>
          </w:tcPr>
          <w:p w14:paraId="72F7507A" w14:textId="50DBFA39" w:rsidR="00EB760F" w:rsidRDefault="00EB760F" w:rsidP="00EB760F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2987" w:type="dxa"/>
          </w:tcPr>
          <w:p w14:paraId="14D7532B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960" w:type="dxa"/>
          </w:tcPr>
          <w:p w14:paraId="239E57A3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2205" w:type="dxa"/>
          </w:tcPr>
          <w:p w14:paraId="0C94D8D7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1156" w:type="dxa"/>
          </w:tcPr>
          <w:p w14:paraId="454F74AA" w14:textId="77777777" w:rsidR="00EB760F" w:rsidRDefault="00EB760F" w:rsidP="00EB760F">
            <w:pPr>
              <w:rPr>
                <w:lang w:val="it-IT"/>
              </w:rPr>
            </w:pPr>
          </w:p>
        </w:tc>
        <w:tc>
          <w:tcPr>
            <w:tcW w:w="862" w:type="dxa"/>
          </w:tcPr>
          <w:p w14:paraId="143B7F51" w14:textId="77777777" w:rsidR="00EB760F" w:rsidRDefault="00EB760F" w:rsidP="00EB760F">
            <w:pPr>
              <w:rPr>
                <w:lang w:val="it-IT"/>
              </w:rPr>
            </w:pPr>
          </w:p>
        </w:tc>
      </w:tr>
    </w:tbl>
    <w:p w14:paraId="3C1C75B1" w14:textId="77777777" w:rsidR="00AF048C" w:rsidRPr="00EB760F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EB760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RIEPILOGO</w:t>
      </w:r>
    </w:p>
    <w:p w14:paraId="2ADBE6C3" w14:textId="686C437C" w:rsidR="009D2FAF" w:rsidRPr="009D2FAF" w:rsidRDefault="00000000" w:rsidP="009D2FAF">
      <w:pPr>
        <w:rPr>
          <w:lang w:val="it-IT"/>
        </w:rPr>
      </w:pPr>
      <w:r w:rsidRPr="009D2FAF">
        <w:rPr>
          <w:lang w:val="it-IT"/>
        </w:rPr>
        <w:t xml:space="preserve">Numero totale delle manifestazioni </w:t>
      </w:r>
      <w:r w:rsidR="00EB760F">
        <w:rPr>
          <w:lang w:val="it-IT"/>
        </w:rPr>
        <w:t>_____________________</w:t>
      </w:r>
    </w:p>
    <w:p w14:paraId="1D0BB1C4" w14:textId="77777777" w:rsidR="00AF048C" w:rsidRPr="00EB760F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EB760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ALLEGATI CONSIGLIATI</w:t>
      </w:r>
    </w:p>
    <w:p w14:paraId="64AF6D50" w14:textId="77777777" w:rsidR="00AF048C" w:rsidRPr="009D2FAF" w:rsidRDefault="00000000">
      <w:pPr>
        <w:rPr>
          <w:lang w:val="it-IT"/>
        </w:rPr>
      </w:pPr>
      <w:r w:rsidRPr="009D2FAF">
        <w:rPr>
          <w:lang w:val="it-IT"/>
        </w:rPr>
        <w:t>☐ Programma della manifestazione</w:t>
      </w:r>
    </w:p>
    <w:p w14:paraId="39019059" w14:textId="77777777" w:rsidR="00AF048C" w:rsidRPr="009D2FAF" w:rsidRDefault="00000000">
      <w:pPr>
        <w:rPr>
          <w:lang w:val="it-IT"/>
        </w:rPr>
      </w:pPr>
      <w:r w:rsidRPr="009D2FAF">
        <w:rPr>
          <w:lang w:val="it-IT"/>
        </w:rPr>
        <w:t>☐ Locandina</w:t>
      </w:r>
    </w:p>
    <w:p w14:paraId="0CF2E211" w14:textId="77777777" w:rsidR="00AF048C" w:rsidRPr="00EB760F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EB760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5CD75C59" w14:textId="77777777" w:rsidR="00AF048C" w:rsidRPr="009D2FAF" w:rsidRDefault="00000000">
      <w:pPr>
        <w:rPr>
          <w:lang w:val="it-IT"/>
        </w:rPr>
      </w:pPr>
      <w:r w:rsidRPr="009D2FAF">
        <w:rPr>
          <w:lang w:val="it-IT"/>
        </w:rPr>
        <w:t>Il sottoscritto dichiara che le informazioni riportate sono veritiere e documentabili.</w:t>
      </w:r>
    </w:p>
    <w:p w14:paraId="4CFEA8AF" w14:textId="5B11FA2B" w:rsidR="00AF048C" w:rsidRPr="009D2FAF" w:rsidRDefault="00000000">
      <w:pPr>
        <w:rPr>
          <w:lang w:val="it-IT"/>
        </w:rPr>
      </w:pPr>
      <w:r w:rsidRPr="009D2FAF">
        <w:rPr>
          <w:lang w:val="it-IT"/>
        </w:rPr>
        <w:br/>
        <w:t>Luogo e data ______</w:t>
      </w:r>
      <w:r w:rsidR="00EB760F">
        <w:rPr>
          <w:lang w:val="it-IT"/>
        </w:rPr>
        <w:t>_____________</w:t>
      </w:r>
      <w:r w:rsidRPr="009D2FAF">
        <w:rPr>
          <w:lang w:val="it-IT"/>
        </w:rPr>
        <w:t>__________________</w:t>
      </w:r>
    </w:p>
    <w:p w14:paraId="609A200F" w14:textId="0769FE20" w:rsidR="00AF048C" w:rsidRPr="009D2FAF" w:rsidRDefault="00000000" w:rsidP="00EB760F">
      <w:pPr>
        <w:ind w:left="2160" w:firstLine="720"/>
        <w:rPr>
          <w:lang w:val="it-IT"/>
        </w:rPr>
      </w:pPr>
      <w:r w:rsidRPr="009D2FAF">
        <w:rPr>
          <w:lang w:val="it-IT"/>
        </w:rPr>
        <w:t>Firma del Legale Rappresentante _________</w:t>
      </w:r>
      <w:r w:rsidR="00EB760F">
        <w:rPr>
          <w:lang w:val="it-IT"/>
        </w:rPr>
        <w:t>________</w:t>
      </w:r>
      <w:r w:rsidRPr="009D2FAF">
        <w:rPr>
          <w:lang w:val="it-IT"/>
        </w:rPr>
        <w:t>_______________</w:t>
      </w:r>
    </w:p>
    <w:sectPr w:rsidR="00AF048C" w:rsidRPr="009D2F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1489790">
    <w:abstractNumId w:val="8"/>
  </w:num>
  <w:num w:numId="2" w16cid:durableId="53703777">
    <w:abstractNumId w:val="6"/>
  </w:num>
  <w:num w:numId="3" w16cid:durableId="925572986">
    <w:abstractNumId w:val="5"/>
  </w:num>
  <w:num w:numId="4" w16cid:durableId="820148568">
    <w:abstractNumId w:val="4"/>
  </w:num>
  <w:num w:numId="5" w16cid:durableId="414128112">
    <w:abstractNumId w:val="7"/>
  </w:num>
  <w:num w:numId="6" w16cid:durableId="561327570">
    <w:abstractNumId w:val="3"/>
  </w:num>
  <w:num w:numId="7" w16cid:durableId="822889285">
    <w:abstractNumId w:val="2"/>
  </w:num>
  <w:num w:numId="8" w16cid:durableId="268591232">
    <w:abstractNumId w:val="1"/>
  </w:num>
  <w:num w:numId="9" w16cid:durableId="10554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3349"/>
    <w:rsid w:val="009D2FAF"/>
    <w:rsid w:val="00A058C6"/>
    <w:rsid w:val="00AA1D8D"/>
    <w:rsid w:val="00AA2688"/>
    <w:rsid w:val="00AF048C"/>
    <w:rsid w:val="00B47730"/>
    <w:rsid w:val="00CB0664"/>
    <w:rsid w:val="00DB24BB"/>
    <w:rsid w:val="00EB760F"/>
    <w:rsid w:val="00F547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07F1E"/>
  <w14:defaultImageDpi w14:val="300"/>
  <w15:docId w15:val="{D6076D54-0484-46F6-A668-B528617E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4</cp:revision>
  <dcterms:created xsi:type="dcterms:W3CDTF">2026-07-07T17:34:00Z</dcterms:created>
  <dcterms:modified xsi:type="dcterms:W3CDTF">2026-07-08T15:14:00Z</dcterms:modified>
  <cp:category/>
</cp:coreProperties>
</file>