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AD038" w14:textId="3994D38E" w:rsidR="00AA22E7" w:rsidRDefault="00946B0C">
      <w:pPr>
        <w:rPr>
          <w:b/>
          <w:sz w:val="32"/>
          <w:lang w:val="it-IT"/>
        </w:rPr>
      </w:pPr>
      <w:r w:rsidRPr="00946B0C">
        <w:rPr>
          <w:b/>
          <w:sz w:val="32"/>
          <w:lang w:val="it-IT"/>
        </w:rPr>
        <w:t>ALLEGATO</w:t>
      </w:r>
      <w:r w:rsidR="00000000" w:rsidRPr="001D3D18">
        <w:rPr>
          <w:b/>
          <w:sz w:val="32"/>
          <w:lang w:val="it-IT"/>
        </w:rPr>
        <w:t xml:space="preserve"> A9 </w:t>
      </w:r>
    </w:p>
    <w:p w14:paraId="5338E9C6" w14:textId="22910691" w:rsidR="00787619" w:rsidRPr="001D3D18" w:rsidRDefault="00000000">
      <w:pPr>
        <w:rPr>
          <w:lang w:val="it-IT"/>
        </w:rPr>
      </w:pPr>
      <w:r w:rsidRPr="001D3D18">
        <w:rPr>
          <w:b/>
          <w:sz w:val="32"/>
          <w:lang w:val="it-IT"/>
        </w:rPr>
        <w:t>PROSPETTO ANALITICO DELLE SPESE DI TRASFERTA</w:t>
      </w:r>
    </w:p>
    <w:p w14:paraId="496D35B5" w14:textId="77777777" w:rsidR="00787619" w:rsidRDefault="00000000">
      <w:pPr>
        <w:rPr>
          <w:lang w:val="it-IT"/>
        </w:rPr>
      </w:pPr>
      <w:r w:rsidRPr="001D3D18">
        <w:rPr>
          <w:lang w:val="it-IT"/>
        </w:rPr>
        <w:t>Da allegare alla domanda di contributo ordinario per la rendicontazione delle spese di trasferta ammissibili ai sensi del Regolamento comunale.</w:t>
      </w:r>
    </w:p>
    <w:p w14:paraId="46AC1F21" w14:textId="10E43B61" w:rsidR="00AA22E7" w:rsidRPr="001D3D18" w:rsidRDefault="00AA22E7">
      <w:pPr>
        <w:rPr>
          <w:lang w:val="it-IT"/>
        </w:rPr>
      </w:pPr>
      <w:r>
        <w:rPr>
          <w:lang w:val="it-IT"/>
        </w:rPr>
        <w:t xml:space="preserve">In caso di più discipline compilare un modulo per ognuna di esse. </w:t>
      </w:r>
    </w:p>
    <w:p w14:paraId="250B7D3B" w14:textId="77777777" w:rsidR="00AA22E7" w:rsidRPr="00944C07" w:rsidRDefault="00AA22E7" w:rsidP="00AA22E7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944C0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DATI DELL'ASSOCIAZIONE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5233"/>
      </w:tblGrid>
      <w:tr w:rsidR="00AA22E7" w14:paraId="43EAA94A" w14:textId="77777777" w:rsidTr="001D6BE5">
        <w:tc>
          <w:tcPr>
            <w:tcW w:w="3397" w:type="dxa"/>
          </w:tcPr>
          <w:p w14:paraId="44D0007F" w14:textId="77777777" w:rsidR="00AA22E7" w:rsidRDefault="00AA22E7" w:rsidP="001D6BE5">
            <w:pPr>
              <w:rPr>
                <w:lang w:val="it-IT"/>
              </w:rPr>
            </w:pPr>
            <w:r w:rsidRPr="00E86B4D">
              <w:rPr>
                <w:lang w:val="it-IT"/>
              </w:rPr>
              <w:t>Denominazione</w:t>
            </w:r>
          </w:p>
          <w:p w14:paraId="7AAFED96" w14:textId="77777777" w:rsidR="00AA22E7" w:rsidRDefault="00AA22E7" w:rsidP="001D6BE5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4A3A9172" w14:textId="77777777" w:rsidR="00AA22E7" w:rsidRDefault="00AA22E7" w:rsidP="001D6BE5">
            <w:pPr>
              <w:rPr>
                <w:lang w:val="it-IT"/>
              </w:rPr>
            </w:pPr>
          </w:p>
        </w:tc>
      </w:tr>
      <w:tr w:rsidR="00AA22E7" w14:paraId="39AE68F8" w14:textId="77777777" w:rsidTr="001D6BE5">
        <w:tc>
          <w:tcPr>
            <w:tcW w:w="3397" w:type="dxa"/>
          </w:tcPr>
          <w:p w14:paraId="1C6D64C9" w14:textId="77777777" w:rsidR="00AA22E7" w:rsidRDefault="00AA22E7" w:rsidP="001D6BE5">
            <w:pPr>
              <w:rPr>
                <w:lang w:val="it-IT"/>
              </w:rPr>
            </w:pPr>
            <w:r w:rsidRPr="00E86B4D">
              <w:rPr>
                <w:lang w:val="it-IT"/>
              </w:rPr>
              <w:t>Stagione sportiva di riferimento</w:t>
            </w:r>
          </w:p>
          <w:p w14:paraId="2BC031E3" w14:textId="77777777" w:rsidR="00AA22E7" w:rsidRDefault="00AA22E7" w:rsidP="001D6BE5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07469428" w14:textId="77777777" w:rsidR="00AA22E7" w:rsidRDefault="00AA22E7" w:rsidP="001D6BE5">
            <w:pPr>
              <w:rPr>
                <w:lang w:val="it-IT"/>
              </w:rPr>
            </w:pPr>
          </w:p>
        </w:tc>
      </w:tr>
      <w:tr w:rsidR="00AA22E7" w14:paraId="592DF1FF" w14:textId="77777777" w:rsidTr="001D6BE5">
        <w:tc>
          <w:tcPr>
            <w:tcW w:w="3397" w:type="dxa"/>
          </w:tcPr>
          <w:p w14:paraId="72FDD2E6" w14:textId="77777777" w:rsidR="00AA22E7" w:rsidRDefault="00AA22E7" w:rsidP="001D6BE5">
            <w:pPr>
              <w:rPr>
                <w:lang w:val="it-IT"/>
              </w:rPr>
            </w:pPr>
            <w:r w:rsidRPr="00E86B4D">
              <w:rPr>
                <w:lang w:val="it-IT"/>
              </w:rPr>
              <w:t>Disciplina</w:t>
            </w:r>
            <w:r>
              <w:rPr>
                <w:lang w:val="it-IT"/>
              </w:rPr>
              <w:t>/e</w:t>
            </w:r>
            <w:r w:rsidRPr="00E86B4D">
              <w:rPr>
                <w:lang w:val="it-IT"/>
              </w:rPr>
              <w:t xml:space="preserve"> praticata</w:t>
            </w:r>
            <w:r>
              <w:rPr>
                <w:lang w:val="it-IT"/>
              </w:rPr>
              <w:t>/e</w:t>
            </w:r>
          </w:p>
          <w:p w14:paraId="0E90B579" w14:textId="77777777" w:rsidR="00AA22E7" w:rsidRDefault="00AA22E7" w:rsidP="001D6BE5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608E966E" w14:textId="77777777" w:rsidR="00AA22E7" w:rsidRDefault="00AA22E7" w:rsidP="001D6BE5">
            <w:pPr>
              <w:rPr>
                <w:lang w:val="it-IT"/>
              </w:rPr>
            </w:pPr>
          </w:p>
        </w:tc>
      </w:tr>
    </w:tbl>
    <w:p w14:paraId="6C9DB720" w14:textId="00178D36" w:rsidR="00787619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AA22E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ELENCO DELLE TRASFERTE</w:t>
      </w:r>
      <w:r w:rsidR="00CC1504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 xml:space="preserve"> da compilare in caso di utilizzo di mezzi propri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0"/>
        <w:gridCol w:w="752"/>
        <w:gridCol w:w="2321"/>
        <w:gridCol w:w="1565"/>
        <w:gridCol w:w="655"/>
        <w:gridCol w:w="963"/>
        <w:gridCol w:w="834"/>
        <w:gridCol w:w="1080"/>
      </w:tblGrid>
      <w:tr w:rsidR="00AA22E7" w14:paraId="5401E82E" w14:textId="5E942C94" w:rsidTr="00AA22E7">
        <w:tc>
          <w:tcPr>
            <w:tcW w:w="460" w:type="dxa"/>
            <w:shd w:val="clear" w:color="auto" w:fill="92D050"/>
          </w:tcPr>
          <w:p w14:paraId="41ED7D49" w14:textId="2C7AAA67" w:rsidR="00AA22E7" w:rsidRDefault="00AA22E7" w:rsidP="00AA22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752" w:type="dxa"/>
            <w:shd w:val="clear" w:color="auto" w:fill="92D050"/>
          </w:tcPr>
          <w:p w14:paraId="4EEC40D8" w14:textId="7A6BCA94" w:rsidR="00AA22E7" w:rsidRDefault="00AA22E7" w:rsidP="00AA22E7">
            <w:pPr>
              <w:jc w:val="center"/>
              <w:rPr>
                <w:lang w:val="it-IT"/>
              </w:rPr>
            </w:pPr>
            <w:r>
              <w:t>Data</w:t>
            </w:r>
          </w:p>
        </w:tc>
        <w:tc>
          <w:tcPr>
            <w:tcW w:w="2321" w:type="dxa"/>
            <w:shd w:val="clear" w:color="auto" w:fill="92D050"/>
          </w:tcPr>
          <w:p w14:paraId="58808AD0" w14:textId="0CDC644E" w:rsidR="00AA22E7" w:rsidRDefault="00AA22E7" w:rsidP="00AA22E7">
            <w:pPr>
              <w:jc w:val="center"/>
              <w:rPr>
                <w:lang w:val="it-IT"/>
              </w:rPr>
            </w:pPr>
            <w:r>
              <w:t>Manifestazione/Gara</w:t>
            </w:r>
          </w:p>
        </w:tc>
        <w:tc>
          <w:tcPr>
            <w:tcW w:w="1565" w:type="dxa"/>
            <w:shd w:val="clear" w:color="auto" w:fill="92D050"/>
          </w:tcPr>
          <w:p w14:paraId="565A406D" w14:textId="282C23BC" w:rsidR="00AA22E7" w:rsidRDefault="00AA22E7" w:rsidP="00AA22E7">
            <w:pPr>
              <w:jc w:val="center"/>
              <w:rPr>
                <w:lang w:val="it-IT"/>
              </w:rPr>
            </w:pPr>
            <w:r>
              <w:t>Località</w:t>
            </w:r>
          </w:p>
        </w:tc>
        <w:tc>
          <w:tcPr>
            <w:tcW w:w="655" w:type="dxa"/>
            <w:shd w:val="clear" w:color="auto" w:fill="92D050"/>
          </w:tcPr>
          <w:p w14:paraId="5F6680E5" w14:textId="74D14C86" w:rsidR="00AA22E7" w:rsidRDefault="00AA22E7" w:rsidP="00AA22E7">
            <w:pPr>
              <w:jc w:val="center"/>
              <w:rPr>
                <w:lang w:val="it-IT"/>
              </w:rPr>
            </w:pPr>
            <w:r>
              <w:t>Km A/R</w:t>
            </w:r>
          </w:p>
        </w:tc>
        <w:tc>
          <w:tcPr>
            <w:tcW w:w="963" w:type="dxa"/>
            <w:shd w:val="clear" w:color="auto" w:fill="92D050"/>
          </w:tcPr>
          <w:p w14:paraId="7A6BAF39" w14:textId="18491A35" w:rsidR="00AA22E7" w:rsidRPr="00AA22E7" w:rsidRDefault="00AA22E7" w:rsidP="00AA22E7">
            <w:pPr>
              <w:jc w:val="center"/>
              <w:rPr>
                <w:sz w:val="20"/>
                <w:szCs w:val="20"/>
                <w:lang w:val="it-IT"/>
              </w:rPr>
            </w:pPr>
            <w:r w:rsidRPr="00AA22E7">
              <w:rPr>
                <w:sz w:val="20"/>
                <w:szCs w:val="20"/>
              </w:rPr>
              <w:t>N. Mezzi utilizzati</w:t>
            </w:r>
          </w:p>
        </w:tc>
        <w:tc>
          <w:tcPr>
            <w:tcW w:w="834" w:type="dxa"/>
            <w:shd w:val="clear" w:color="auto" w:fill="92D050"/>
          </w:tcPr>
          <w:p w14:paraId="102E1C57" w14:textId="6472D38D" w:rsidR="00AA22E7" w:rsidRPr="00AA22E7" w:rsidRDefault="00AA22E7" w:rsidP="00AA22E7">
            <w:pPr>
              <w:jc w:val="center"/>
              <w:rPr>
                <w:sz w:val="20"/>
                <w:szCs w:val="20"/>
                <w:lang w:val="it-IT"/>
              </w:rPr>
            </w:pPr>
            <w:r w:rsidRPr="00AA22E7">
              <w:rPr>
                <w:sz w:val="20"/>
                <w:szCs w:val="20"/>
              </w:rPr>
              <w:t>N.atleti</w:t>
            </w:r>
          </w:p>
        </w:tc>
        <w:tc>
          <w:tcPr>
            <w:tcW w:w="1080" w:type="dxa"/>
            <w:shd w:val="clear" w:color="auto" w:fill="92D050"/>
          </w:tcPr>
          <w:p w14:paraId="757F0E51" w14:textId="127854E7" w:rsidR="00AA22E7" w:rsidRPr="00AA22E7" w:rsidRDefault="00AA22E7" w:rsidP="00AA22E7">
            <w:pPr>
              <w:jc w:val="center"/>
              <w:rPr>
                <w:sz w:val="20"/>
                <w:szCs w:val="20"/>
              </w:rPr>
            </w:pPr>
            <w:r w:rsidRPr="00AA22E7">
              <w:rPr>
                <w:sz w:val="20"/>
                <w:szCs w:val="20"/>
              </w:rPr>
              <w:t>Importo totale (€)</w:t>
            </w:r>
          </w:p>
        </w:tc>
      </w:tr>
      <w:tr w:rsidR="00AA22E7" w14:paraId="041DFD63" w14:textId="77777777" w:rsidTr="00AA22E7">
        <w:tc>
          <w:tcPr>
            <w:tcW w:w="460" w:type="dxa"/>
          </w:tcPr>
          <w:p w14:paraId="26F73E8D" w14:textId="2207B9D4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752" w:type="dxa"/>
          </w:tcPr>
          <w:p w14:paraId="7627621D" w14:textId="77777777" w:rsidR="00AA22E7" w:rsidRDefault="00AA22E7" w:rsidP="00AA22E7"/>
        </w:tc>
        <w:tc>
          <w:tcPr>
            <w:tcW w:w="2321" w:type="dxa"/>
          </w:tcPr>
          <w:p w14:paraId="5FEBE9E5" w14:textId="77777777" w:rsidR="00AA22E7" w:rsidRDefault="00AA22E7" w:rsidP="00AA22E7"/>
        </w:tc>
        <w:tc>
          <w:tcPr>
            <w:tcW w:w="1565" w:type="dxa"/>
          </w:tcPr>
          <w:p w14:paraId="7878DDAA" w14:textId="77777777" w:rsidR="00AA22E7" w:rsidRDefault="00AA22E7" w:rsidP="00AA22E7"/>
        </w:tc>
        <w:tc>
          <w:tcPr>
            <w:tcW w:w="655" w:type="dxa"/>
          </w:tcPr>
          <w:p w14:paraId="4FDCBD0A" w14:textId="77777777" w:rsidR="00AA22E7" w:rsidRDefault="00AA22E7" w:rsidP="00AA22E7"/>
        </w:tc>
        <w:tc>
          <w:tcPr>
            <w:tcW w:w="963" w:type="dxa"/>
          </w:tcPr>
          <w:p w14:paraId="624D1341" w14:textId="77777777" w:rsidR="00AA22E7" w:rsidRDefault="00AA22E7" w:rsidP="00AA22E7"/>
        </w:tc>
        <w:tc>
          <w:tcPr>
            <w:tcW w:w="834" w:type="dxa"/>
          </w:tcPr>
          <w:p w14:paraId="41E890A9" w14:textId="77777777" w:rsidR="00AA22E7" w:rsidRDefault="00AA22E7" w:rsidP="00AA22E7"/>
        </w:tc>
        <w:tc>
          <w:tcPr>
            <w:tcW w:w="1080" w:type="dxa"/>
          </w:tcPr>
          <w:p w14:paraId="12027A64" w14:textId="77777777" w:rsidR="00AA22E7" w:rsidRDefault="00AA22E7" w:rsidP="00AA22E7"/>
        </w:tc>
      </w:tr>
      <w:tr w:rsidR="00AA22E7" w14:paraId="2AD0356B" w14:textId="77777777" w:rsidTr="00AA22E7">
        <w:tc>
          <w:tcPr>
            <w:tcW w:w="460" w:type="dxa"/>
          </w:tcPr>
          <w:p w14:paraId="0ADAEF63" w14:textId="1D70BDE7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752" w:type="dxa"/>
          </w:tcPr>
          <w:p w14:paraId="0C1E6656" w14:textId="77777777" w:rsidR="00AA22E7" w:rsidRDefault="00AA22E7" w:rsidP="00AA22E7"/>
        </w:tc>
        <w:tc>
          <w:tcPr>
            <w:tcW w:w="2321" w:type="dxa"/>
          </w:tcPr>
          <w:p w14:paraId="05489BA8" w14:textId="77777777" w:rsidR="00AA22E7" w:rsidRDefault="00AA22E7" w:rsidP="00AA22E7"/>
        </w:tc>
        <w:tc>
          <w:tcPr>
            <w:tcW w:w="1565" w:type="dxa"/>
          </w:tcPr>
          <w:p w14:paraId="4D88282A" w14:textId="77777777" w:rsidR="00AA22E7" w:rsidRDefault="00AA22E7" w:rsidP="00AA22E7"/>
        </w:tc>
        <w:tc>
          <w:tcPr>
            <w:tcW w:w="655" w:type="dxa"/>
          </w:tcPr>
          <w:p w14:paraId="7B79AC92" w14:textId="77777777" w:rsidR="00AA22E7" w:rsidRDefault="00AA22E7" w:rsidP="00AA22E7"/>
        </w:tc>
        <w:tc>
          <w:tcPr>
            <w:tcW w:w="963" w:type="dxa"/>
          </w:tcPr>
          <w:p w14:paraId="05DE4AAA" w14:textId="77777777" w:rsidR="00AA22E7" w:rsidRDefault="00AA22E7" w:rsidP="00AA22E7"/>
        </w:tc>
        <w:tc>
          <w:tcPr>
            <w:tcW w:w="834" w:type="dxa"/>
          </w:tcPr>
          <w:p w14:paraId="3BE30558" w14:textId="77777777" w:rsidR="00AA22E7" w:rsidRDefault="00AA22E7" w:rsidP="00AA22E7"/>
        </w:tc>
        <w:tc>
          <w:tcPr>
            <w:tcW w:w="1080" w:type="dxa"/>
          </w:tcPr>
          <w:p w14:paraId="0F50D38B" w14:textId="77777777" w:rsidR="00AA22E7" w:rsidRDefault="00AA22E7" w:rsidP="00AA22E7"/>
        </w:tc>
      </w:tr>
      <w:tr w:rsidR="00AA22E7" w14:paraId="07001A83" w14:textId="77777777" w:rsidTr="00AA22E7">
        <w:tc>
          <w:tcPr>
            <w:tcW w:w="460" w:type="dxa"/>
          </w:tcPr>
          <w:p w14:paraId="0FFA4553" w14:textId="09321020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752" w:type="dxa"/>
          </w:tcPr>
          <w:p w14:paraId="0F423F32" w14:textId="77777777" w:rsidR="00AA22E7" w:rsidRDefault="00AA22E7" w:rsidP="00AA22E7"/>
        </w:tc>
        <w:tc>
          <w:tcPr>
            <w:tcW w:w="2321" w:type="dxa"/>
          </w:tcPr>
          <w:p w14:paraId="7B7F23EC" w14:textId="77777777" w:rsidR="00AA22E7" w:rsidRDefault="00AA22E7" w:rsidP="00AA22E7"/>
        </w:tc>
        <w:tc>
          <w:tcPr>
            <w:tcW w:w="1565" w:type="dxa"/>
          </w:tcPr>
          <w:p w14:paraId="57920EDE" w14:textId="77777777" w:rsidR="00AA22E7" w:rsidRDefault="00AA22E7" w:rsidP="00AA22E7"/>
        </w:tc>
        <w:tc>
          <w:tcPr>
            <w:tcW w:w="655" w:type="dxa"/>
          </w:tcPr>
          <w:p w14:paraId="1951377D" w14:textId="77777777" w:rsidR="00AA22E7" w:rsidRDefault="00AA22E7" w:rsidP="00AA22E7"/>
        </w:tc>
        <w:tc>
          <w:tcPr>
            <w:tcW w:w="963" w:type="dxa"/>
          </w:tcPr>
          <w:p w14:paraId="5BCA6BE8" w14:textId="77777777" w:rsidR="00AA22E7" w:rsidRDefault="00AA22E7" w:rsidP="00AA22E7"/>
        </w:tc>
        <w:tc>
          <w:tcPr>
            <w:tcW w:w="834" w:type="dxa"/>
          </w:tcPr>
          <w:p w14:paraId="7F9A97A4" w14:textId="77777777" w:rsidR="00AA22E7" w:rsidRDefault="00AA22E7" w:rsidP="00AA22E7"/>
        </w:tc>
        <w:tc>
          <w:tcPr>
            <w:tcW w:w="1080" w:type="dxa"/>
          </w:tcPr>
          <w:p w14:paraId="68B87226" w14:textId="77777777" w:rsidR="00AA22E7" w:rsidRDefault="00AA22E7" w:rsidP="00AA22E7"/>
        </w:tc>
      </w:tr>
      <w:tr w:rsidR="00AA22E7" w14:paraId="36304EF3" w14:textId="77777777" w:rsidTr="00AA22E7">
        <w:tc>
          <w:tcPr>
            <w:tcW w:w="460" w:type="dxa"/>
          </w:tcPr>
          <w:p w14:paraId="30006734" w14:textId="60A160DB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752" w:type="dxa"/>
          </w:tcPr>
          <w:p w14:paraId="1A840D56" w14:textId="77777777" w:rsidR="00AA22E7" w:rsidRDefault="00AA22E7" w:rsidP="00AA22E7"/>
        </w:tc>
        <w:tc>
          <w:tcPr>
            <w:tcW w:w="2321" w:type="dxa"/>
          </w:tcPr>
          <w:p w14:paraId="57004EBE" w14:textId="77777777" w:rsidR="00AA22E7" w:rsidRDefault="00AA22E7" w:rsidP="00AA22E7"/>
        </w:tc>
        <w:tc>
          <w:tcPr>
            <w:tcW w:w="1565" w:type="dxa"/>
          </w:tcPr>
          <w:p w14:paraId="41D9B932" w14:textId="77777777" w:rsidR="00AA22E7" w:rsidRDefault="00AA22E7" w:rsidP="00AA22E7"/>
        </w:tc>
        <w:tc>
          <w:tcPr>
            <w:tcW w:w="655" w:type="dxa"/>
          </w:tcPr>
          <w:p w14:paraId="58A29BC3" w14:textId="77777777" w:rsidR="00AA22E7" w:rsidRDefault="00AA22E7" w:rsidP="00AA22E7"/>
        </w:tc>
        <w:tc>
          <w:tcPr>
            <w:tcW w:w="963" w:type="dxa"/>
          </w:tcPr>
          <w:p w14:paraId="713E778E" w14:textId="77777777" w:rsidR="00AA22E7" w:rsidRDefault="00AA22E7" w:rsidP="00AA22E7"/>
        </w:tc>
        <w:tc>
          <w:tcPr>
            <w:tcW w:w="834" w:type="dxa"/>
          </w:tcPr>
          <w:p w14:paraId="047D7C20" w14:textId="77777777" w:rsidR="00AA22E7" w:rsidRDefault="00AA22E7" w:rsidP="00AA22E7"/>
        </w:tc>
        <w:tc>
          <w:tcPr>
            <w:tcW w:w="1080" w:type="dxa"/>
          </w:tcPr>
          <w:p w14:paraId="5D0F7CB7" w14:textId="77777777" w:rsidR="00AA22E7" w:rsidRDefault="00AA22E7" w:rsidP="00AA22E7"/>
        </w:tc>
      </w:tr>
      <w:tr w:rsidR="00AA22E7" w14:paraId="6C62D2B5" w14:textId="77777777" w:rsidTr="00AA22E7">
        <w:tc>
          <w:tcPr>
            <w:tcW w:w="460" w:type="dxa"/>
          </w:tcPr>
          <w:p w14:paraId="32FC48E6" w14:textId="2A0DAB78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752" w:type="dxa"/>
          </w:tcPr>
          <w:p w14:paraId="13856637" w14:textId="77777777" w:rsidR="00AA22E7" w:rsidRDefault="00AA22E7" w:rsidP="00AA22E7"/>
        </w:tc>
        <w:tc>
          <w:tcPr>
            <w:tcW w:w="2321" w:type="dxa"/>
          </w:tcPr>
          <w:p w14:paraId="7FAF0A78" w14:textId="77777777" w:rsidR="00AA22E7" w:rsidRDefault="00AA22E7" w:rsidP="00AA22E7"/>
        </w:tc>
        <w:tc>
          <w:tcPr>
            <w:tcW w:w="1565" w:type="dxa"/>
          </w:tcPr>
          <w:p w14:paraId="79318A29" w14:textId="77777777" w:rsidR="00AA22E7" w:rsidRDefault="00AA22E7" w:rsidP="00AA22E7"/>
        </w:tc>
        <w:tc>
          <w:tcPr>
            <w:tcW w:w="655" w:type="dxa"/>
          </w:tcPr>
          <w:p w14:paraId="7C8E4EBC" w14:textId="77777777" w:rsidR="00AA22E7" w:rsidRDefault="00AA22E7" w:rsidP="00AA22E7"/>
        </w:tc>
        <w:tc>
          <w:tcPr>
            <w:tcW w:w="963" w:type="dxa"/>
          </w:tcPr>
          <w:p w14:paraId="7A6F8EA2" w14:textId="77777777" w:rsidR="00AA22E7" w:rsidRDefault="00AA22E7" w:rsidP="00AA22E7"/>
        </w:tc>
        <w:tc>
          <w:tcPr>
            <w:tcW w:w="834" w:type="dxa"/>
          </w:tcPr>
          <w:p w14:paraId="24BFE54C" w14:textId="77777777" w:rsidR="00AA22E7" w:rsidRDefault="00AA22E7" w:rsidP="00AA22E7"/>
        </w:tc>
        <w:tc>
          <w:tcPr>
            <w:tcW w:w="1080" w:type="dxa"/>
          </w:tcPr>
          <w:p w14:paraId="70CC659B" w14:textId="77777777" w:rsidR="00AA22E7" w:rsidRDefault="00AA22E7" w:rsidP="00AA22E7"/>
        </w:tc>
      </w:tr>
      <w:tr w:rsidR="00AA22E7" w14:paraId="07D2A51E" w14:textId="77777777" w:rsidTr="00AA22E7">
        <w:tc>
          <w:tcPr>
            <w:tcW w:w="460" w:type="dxa"/>
          </w:tcPr>
          <w:p w14:paraId="1DDBDB59" w14:textId="6977E25F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752" w:type="dxa"/>
          </w:tcPr>
          <w:p w14:paraId="167AA074" w14:textId="77777777" w:rsidR="00AA22E7" w:rsidRDefault="00AA22E7" w:rsidP="00AA22E7"/>
        </w:tc>
        <w:tc>
          <w:tcPr>
            <w:tcW w:w="2321" w:type="dxa"/>
          </w:tcPr>
          <w:p w14:paraId="796A41AD" w14:textId="77777777" w:rsidR="00AA22E7" w:rsidRDefault="00AA22E7" w:rsidP="00AA22E7"/>
        </w:tc>
        <w:tc>
          <w:tcPr>
            <w:tcW w:w="1565" w:type="dxa"/>
          </w:tcPr>
          <w:p w14:paraId="7C668B3F" w14:textId="77777777" w:rsidR="00AA22E7" w:rsidRDefault="00AA22E7" w:rsidP="00AA22E7"/>
        </w:tc>
        <w:tc>
          <w:tcPr>
            <w:tcW w:w="655" w:type="dxa"/>
          </w:tcPr>
          <w:p w14:paraId="04F8E467" w14:textId="77777777" w:rsidR="00AA22E7" w:rsidRDefault="00AA22E7" w:rsidP="00AA22E7"/>
        </w:tc>
        <w:tc>
          <w:tcPr>
            <w:tcW w:w="963" w:type="dxa"/>
          </w:tcPr>
          <w:p w14:paraId="5B5F0847" w14:textId="77777777" w:rsidR="00AA22E7" w:rsidRDefault="00AA22E7" w:rsidP="00AA22E7"/>
        </w:tc>
        <w:tc>
          <w:tcPr>
            <w:tcW w:w="834" w:type="dxa"/>
          </w:tcPr>
          <w:p w14:paraId="67CD62DC" w14:textId="77777777" w:rsidR="00AA22E7" w:rsidRDefault="00AA22E7" w:rsidP="00AA22E7"/>
        </w:tc>
        <w:tc>
          <w:tcPr>
            <w:tcW w:w="1080" w:type="dxa"/>
          </w:tcPr>
          <w:p w14:paraId="4D566E4F" w14:textId="77777777" w:rsidR="00AA22E7" w:rsidRDefault="00AA22E7" w:rsidP="00AA22E7"/>
        </w:tc>
      </w:tr>
      <w:tr w:rsidR="00AA22E7" w14:paraId="2004226D" w14:textId="77777777" w:rsidTr="00AA22E7">
        <w:tc>
          <w:tcPr>
            <w:tcW w:w="460" w:type="dxa"/>
          </w:tcPr>
          <w:p w14:paraId="60F843E8" w14:textId="3734572A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752" w:type="dxa"/>
          </w:tcPr>
          <w:p w14:paraId="2F51FF9D" w14:textId="77777777" w:rsidR="00AA22E7" w:rsidRDefault="00AA22E7" w:rsidP="00AA22E7"/>
        </w:tc>
        <w:tc>
          <w:tcPr>
            <w:tcW w:w="2321" w:type="dxa"/>
          </w:tcPr>
          <w:p w14:paraId="77C7E5D3" w14:textId="77777777" w:rsidR="00AA22E7" w:rsidRDefault="00AA22E7" w:rsidP="00AA22E7"/>
        </w:tc>
        <w:tc>
          <w:tcPr>
            <w:tcW w:w="1565" w:type="dxa"/>
          </w:tcPr>
          <w:p w14:paraId="4AC8CDE8" w14:textId="77777777" w:rsidR="00AA22E7" w:rsidRDefault="00AA22E7" w:rsidP="00AA22E7"/>
        </w:tc>
        <w:tc>
          <w:tcPr>
            <w:tcW w:w="655" w:type="dxa"/>
          </w:tcPr>
          <w:p w14:paraId="149019AC" w14:textId="77777777" w:rsidR="00AA22E7" w:rsidRDefault="00AA22E7" w:rsidP="00AA22E7"/>
        </w:tc>
        <w:tc>
          <w:tcPr>
            <w:tcW w:w="963" w:type="dxa"/>
          </w:tcPr>
          <w:p w14:paraId="77358D89" w14:textId="77777777" w:rsidR="00AA22E7" w:rsidRDefault="00AA22E7" w:rsidP="00AA22E7"/>
        </w:tc>
        <w:tc>
          <w:tcPr>
            <w:tcW w:w="834" w:type="dxa"/>
          </w:tcPr>
          <w:p w14:paraId="5C83A77F" w14:textId="77777777" w:rsidR="00AA22E7" w:rsidRDefault="00AA22E7" w:rsidP="00AA22E7"/>
        </w:tc>
        <w:tc>
          <w:tcPr>
            <w:tcW w:w="1080" w:type="dxa"/>
          </w:tcPr>
          <w:p w14:paraId="41BD8E2D" w14:textId="77777777" w:rsidR="00AA22E7" w:rsidRDefault="00AA22E7" w:rsidP="00AA22E7"/>
        </w:tc>
      </w:tr>
      <w:tr w:rsidR="00AA22E7" w14:paraId="4384228E" w14:textId="77777777" w:rsidTr="00AA22E7">
        <w:tc>
          <w:tcPr>
            <w:tcW w:w="460" w:type="dxa"/>
          </w:tcPr>
          <w:p w14:paraId="18E9410C" w14:textId="6E00BB60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752" w:type="dxa"/>
          </w:tcPr>
          <w:p w14:paraId="47713A5B" w14:textId="77777777" w:rsidR="00AA22E7" w:rsidRDefault="00AA22E7" w:rsidP="00AA22E7"/>
        </w:tc>
        <w:tc>
          <w:tcPr>
            <w:tcW w:w="2321" w:type="dxa"/>
          </w:tcPr>
          <w:p w14:paraId="5DD89C75" w14:textId="77777777" w:rsidR="00AA22E7" w:rsidRDefault="00AA22E7" w:rsidP="00AA22E7"/>
        </w:tc>
        <w:tc>
          <w:tcPr>
            <w:tcW w:w="1565" w:type="dxa"/>
          </w:tcPr>
          <w:p w14:paraId="59F727D1" w14:textId="77777777" w:rsidR="00AA22E7" w:rsidRDefault="00AA22E7" w:rsidP="00AA22E7"/>
        </w:tc>
        <w:tc>
          <w:tcPr>
            <w:tcW w:w="655" w:type="dxa"/>
          </w:tcPr>
          <w:p w14:paraId="79BF6BAB" w14:textId="77777777" w:rsidR="00AA22E7" w:rsidRDefault="00AA22E7" w:rsidP="00AA22E7"/>
        </w:tc>
        <w:tc>
          <w:tcPr>
            <w:tcW w:w="963" w:type="dxa"/>
          </w:tcPr>
          <w:p w14:paraId="3F926ACB" w14:textId="77777777" w:rsidR="00AA22E7" w:rsidRDefault="00AA22E7" w:rsidP="00AA22E7"/>
        </w:tc>
        <w:tc>
          <w:tcPr>
            <w:tcW w:w="834" w:type="dxa"/>
          </w:tcPr>
          <w:p w14:paraId="6F17C855" w14:textId="77777777" w:rsidR="00AA22E7" w:rsidRDefault="00AA22E7" w:rsidP="00AA22E7"/>
        </w:tc>
        <w:tc>
          <w:tcPr>
            <w:tcW w:w="1080" w:type="dxa"/>
          </w:tcPr>
          <w:p w14:paraId="7E6D55DE" w14:textId="77777777" w:rsidR="00AA22E7" w:rsidRDefault="00AA22E7" w:rsidP="00AA22E7"/>
        </w:tc>
      </w:tr>
      <w:tr w:rsidR="00AA22E7" w14:paraId="43FA2700" w14:textId="77777777" w:rsidTr="00AA22E7">
        <w:tc>
          <w:tcPr>
            <w:tcW w:w="460" w:type="dxa"/>
          </w:tcPr>
          <w:p w14:paraId="0EA9BFAE" w14:textId="2D2138E7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9</w:t>
            </w:r>
          </w:p>
        </w:tc>
        <w:tc>
          <w:tcPr>
            <w:tcW w:w="752" w:type="dxa"/>
          </w:tcPr>
          <w:p w14:paraId="212B3441" w14:textId="77777777" w:rsidR="00AA22E7" w:rsidRDefault="00AA22E7" w:rsidP="00AA22E7"/>
        </w:tc>
        <w:tc>
          <w:tcPr>
            <w:tcW w:w="2321" w:type="dxa"/>
          </w:tcPr>
          <w:p w14:paraId="11806461" w14:textId="77777777" w:rsidR="00AA22E7" w:rsidRDefault="00AA22E7" w:rsidP="00AA22E7"/>
        </w:tc>
        <w:tc>
          <w:tcPr>
            <w:tcW w:w="1565" w:type="dxa"/>
          </w:tcPr>
          <w:p w14:paraId="05978AA6" w14:textId="77777777" w:rsidR="00AA22E7" w:rsidRDefault="00AA22E7" w:rsidP="00AA22E7"/>
        </w:tc>
        <w:tc>
          <w:tcPr>
            <w:tcW w:w="655" w:type="dxa"/>
          </w:tcPr>
          <w:p w14:paraId="21AEB8A1" w14:textId="77777777" w:rsidR="00AA22E7" w:rsidRDefault="00AA22E7" w:rsidP="00AA22E7"/>
        </w:tc>
        <w:tc>
          <w:tcPr>
            <w:tcW w:w="963" w:type="dxa"/>
          </w:tcPr>
          <w:p w14:paraId="46EDC66A" w14:textId="77777777" w:rsidR="00AA22E7" w:rsidRDefault="00AA22E7" w:rsidP="00AA22E7"/>
        </w:tc>
        <w:tc>
          <w:tcPr>
            <w:tcW w:w="834" w:type="dxa"/>
          </w:tcPr>
          <w:p w14:paraId="2AE1A6C0" w14:textId="77777777" w:rsidR="00AA22E7" w:rsidRDefault="00AA22E7" w:rsidP="00AA22E7"/>
        </w:tc>
        <w:tc>
          <w:tcPr>
            <w:tcW w:w="1080" w:type="dxa"/>
          </w:tcPr>
          <w:p w14:paraId="2DC6F037" w14:textId="77777777" w:rsidR="00AA22E7" w:rsidRDefault="00AA22E7" w:rsidP="00AA22E7"/>
        </w:tc>
      </w:tr>
      <w:tr w:rsidR="00AA22E7" w14:paraId="3236E1BD" w14:textId="77777777" w:rsidTr="00AA22E7">
        <w:tc>
          <w:tcPr>
            <w:tcW w:w="460" w:type="dxa"/>
          </w:tcPr>
          <w:p w14:paraId="3D4F684A" w14:textId="431AA72F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752" w:type="dxa"/>
          </w:tcPr>
          <w:p w14:paraId="2A60C250" w14:textId="77777777" w:rsidR="00AA22E7" w:rsidRDefault="00AA22E7" w:rsidP="00AA22E7"/>
        </w:tc>
        <w:tc>
          <w:tcPr>
            <w:tcW w:w="2321" w:type="dxa"/>
          </w:tcPr>
          <w:p w14:paraId="5D0B5253" w14:textId="77777777" w:rsidR="00AA22E7" w:rsidRDefault="00AA22E7" w:rsidP="00AA22E7"/>
        </w:tc>
        <w:tc>
          <w:tcPr>
            <w:tcW w:w="1565" w:type="dxa"/>
          </w:tcPr>
          <w:p w14:paraId="16621D23" w14:textId="77777777" w:rsidR="00AA22E7" w:rsidRDefault="00AA22E7" w:rsidP="00AA22E7"/>
        </w:tc>
        <w:tc>
          <w:tcPr>
            <w:tcW w:w="655" w:type="dxa"/>
          </w:tcPr>
          <w:p w14:paraId="4D04792B" w14:textId="77777777" w:rsidR="00AA22E7" w:rsidRDefault="00AA22E7" w:rsidP="00AA22E7"/>
        </w:tc>
        <w:tc>
          <w:tcPr>
            <w:tcW w:w="963" w:type="dxa"/>
          </w:tcPr>
          <w:p w14:paraId="3FA93BF7" w14:textId="77777777" w:rsidR="00AA22E7" w:rsidRDefault="00AA22E7" w:rsidP="00AA22E7"/>
        </w:tc>
        <w:tc>
          <w:tcPr>
            <w:tcW w:w="834" w:type="dxa"/>
          </w:tcPr>
          <w:p w14:paraId="5A6E484C" w14:textId="77777777" w:rsidR="00AA22E7" w:rsidRDefault="00AA22E7" w:rsidP="00AA22E7"/>
        </w:tc>
        <w:tc>
          <w:tcPr>
            <w:tcW w:w="1080" w:type="dxa"/>
          </w:tcPr>
          <w:p w14:paraId="53D87615" w14:textId="77777777" w:rsidR="00AA22E7" w:rsidRDefault="00AA22E7" w:rsidP="00AA22E7"/>
        </w:tc>
      </w:tr>
      <w:tr w:rsidR="00AA22E7" w14:paraId="5FAD9A5D" w14:textId="77777777" w:rsidTr="00AA22E7">
        <w:tc>
          <w:tcPr>
            <w:tcW w:w="460" w:type="dxa"/>
          </w:tcPr>
          <w:p w14:paraId="360B8D52" w14:textId="5D45C0FC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11</w:t>
            </w:r>
          </w:p>
        </w:tc>
        <w:tc>
          <w:tcPr>
            <w:tcW w:w="752" w:type="dxa"/>
          </w:tcPr>
          <w:p w14:paraId="743955F5" w14:textId="77777777" w:rsidR="00AA22E7" w:rsidRDefault="00AA22E7" w:rsidP="00AA22E7"/>
        </w:tc>
        <w:tc>
          <w:tcPr>
            <w:tcW w:w="2321" w:type="dxa"/>
          </w:tcPr>
          <w:p w14:paraId="56A389AB" w14:textId="77777777" w:rsidR="00AA22E7" w:rsidRDefault="00AA22E7" w:rsidP="00AA22E7"/>
        </w:tc>
        <w:tc>
          <w:tcPr>
            <w:tcW w:w="1565" w:type="dxa"/>
          </w:tcPr>
          <w:p w14:paraId="5AE55417" w14:textId="77777777" w:rsidR="00AA22E7" w:rsidRDefault="00AA22E7" w:rsidP="00AA22E7"/>
        </w:tc>
        <w:tc>
          <w:tcPr>
            <w:tcW w:w="655" w:type="dxa"/>
          </w:tcPr>
          <w:p w14:paraId="2AD7D092" w14:textId="77777777" w:rsidR="00AA22E7" w:rsidRDefault="00AA22E7" w:rsidP="00AA22E7"/>
        </w:tc>
        <w:tc>
          <w:tcPr>
            <w:tcW w:w="963" w:type="dxa"/>
          </w:tcPr>
          <w:p w14:paraId="34693F31" w14:textId="77777777" w:rsidR="00AA22E7" w:rsidRDefault="00AA22E7" w:rsidP="00AA22E7"/>
        </w:tc>
        <w:tc>
          <w:tcPr>
            <w:tcW w:w="834" w:type="dxa"/>
          </w:tcPr>
          <w:p w14:paraId="44A9FF96" w14:textId="77777777" w:rsidR="00AA22E7" w:rsidRDefault="00AA22E7" w:rsidP="00AA22E7"/>
        </w:tc>
        <w:tc>
          <w:tcPr>
            <w:tcW w:w="1080" w:type="dxa"/>
          </w:tcPr>
          <w:p w14:paraId="48BEED97" w14:textId="77777777" w:rsidR="00AA22E7" w:rsidRDefault="00AA22E7" w:rsidP="00AA22E7"/>
        </w:tc>
      </w:tr>
      <w:tr w:rsidR="00AA22E7" w14:paraId="6D1796BE" w14:textId="77777777" w:rsidTr="00AA22E7">
        <w:tc>
          <w:tcPr>
            <w:tcW w:w="460" w:type="dxa"/>
          </w:tcPr>
          <w:p w14:paraId="08F9F9DD" w14:textId="7EF0BB5A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12</w:t>
            </w:r>
          </w:p>
        </w:tc>
        <w:tc>
          <w:tcPr>
            <w:tcW w:w="752" w:type="dxa"/>
          </w:tcPr>
          <w:p w14:paraId="78F341E3" w14:textId="77777777" w:rsidR="00AA22E7" w:rsidRDefault="00AA22E7" w:rsidP="00AA22E7"/>
        </w:tc>
        <w:tc>
          <w:tcPr>
            <w:tcW w:w="2321" w:type="dxa"/>
          </w:tcPr>
          <w:p w14:paraId="2733A0EB" w14:textId="77777777" w:rsidR="00AA22E7" w:rsidRDefault="00AA22E7" w:rsidP="00AA22E7"/>
        </w:tc>
        <w:tc>
          <w:tcPr>
            <w:tcW w:w="1565" w:type="dxa"/>
          </w:tcPr>
          <w:p w14:paraId="02B1302A" w14:textId="77777777" w:rsidR="00AA22E7" w:rsidRDefault="00AA22E7" w:rsidP="00AA22E7"/>
        </w:tc>
        <w:tc>
          <w:tcPr>
            <w:tcW w:w="655" w:type="dxa"/>
          </w:tcPr>
          <w:p w14:paraId="62917819" w14:textId="77777777" w:rsidR="00AA22E7" w:rsidRDefault="00AA22E7" w:rsidP="00AA22E7"/>
        </w:tc>
        <w:tc>
          <w:tcPr>
            <w:tcW w:w="963" w:type="dxa"/>
          </w:tcPr>
          <w:p w14:paraId="01B943CF" w14:textId="77777777" w:rsidR="00AA22E7" w:rsidRDefault="00AA22E7" w:rsidP="00AA22E7"/>
        </w:tc>
        <w:tc>
          <w:tcPr>
            <w:tcW w:w="834" w:type="dxa"/>
          </w:tcPr>
          <w:p w14:paraId="3B6B15D2" w14:textId="77777777" w:rsidR="00AA22E7" w:rsidRDefault="00AA22E7" w:rsidP="00AA22E7"/>
        </w:tc>
        <w:tc>
          <w:tcPr>
            <w:tcW w:w="1080" w:type="dxa"/>
          </w:tcPr>
          <w:p w14:paraId="1630E6EC" w14:textId="77777777" w:rsidR="00AA22E7" w:rsidRDefault="00AA22E7" w:rsidP="00AA22E7"/>
        </w:tc>
      </w:tr>
      <w:tr w:rsidR="00AA22E7" w14:paraId="3F09ED8D" w14:textId="77777777" w:rsidTr="00AA22E7">
        <w:tc>
          <w:tcPr>
            <w:tcW w:w="460" w:type="dxa"/>
          </w:tcPr>
          <w:p w14:paraId="6E4874B2" w14:textId="4ABB7A26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13</w:t>
            </w:r>
          </w:p>
        </w:tc>
        <w:tc>
          <w:tcPr>
            <w:tcW w:w="752" w:type="dxa"/>
          </w:tcPr>
          <w:p w14:paraId="6CB1C7DF" w14:textId="77777777" w:rsidR="00AA22E7" w:rsidRDefault="00AA22E7" w:rsidP="00AA22E7"/>
        </w:tc>
        <w:tc>
          <w:tcPr>
            <w:tcW w:w="2321" w:type="dxa"/>
          </w:tcPr>
          <w:p w14:paraId="7B4DB5E9" w14:textId="77777777" w:rsidR="00AA22E7" w:rsidRDefault="00AA22E7" w:rsidP="00AA22E7"/>
        </w:tc>
        <w:tc>
          <w:tcPr>
            <w:tcW w:w="1565" w:type="dxa"/>
          </w:tcPr>
          <w:p w14:paraId="6F48AE3E" w14:textId="77777777" w:rsidR="00AA22E7" w:rsidRDefault="00AA22E7" w:rsidP="00AA22E7"/>
        </w:tc>
        <w:tc>
          <w:tcPr>
            <w:tcW w:w="655" w:type="dxa"/>
          </w:tcPr>
          <w:p w14:paraId="52517171" w14:textId="77777777" w:rsidR="00AA22E7" w:rsidRDefault="00AA22E7" w:rsidP="00AA22E7"/>
        </w:tc>
        <w:tc>
          <w:tcPr>
            <w:tcW w:w="963" w:type="dxa"/>
          </w:tcPr>
          <w:p w14:paraId="1979CBB4" w14:textId="77777777" w:rsidR="00AA22E7" w:rsidRDefault="00AA22E7" w:rsidP="00AA22E7"/>
        </w:tc>
        <w:tc>
          <w:tcPr>
            <w:tcW w:w="834" w:type="dxa"/>
          </w:tcPr>
          <w:p w14:paraId="70886F16" w14:textId="77777777" w:rsidR="00AA22E7" w:rsidRDefault="00AA22E7" w:rsidP="00AA22E7"/>
        </w:tc>
        <w:tc>
          <w:tcPr>
            <w:tcW w:w="1080" w:type="dxa"/>
          </w:tcPr>
          <w:p w14:paraId="3D1A8FC3" w14:textId="77777777" w:rsidR="00AA22E7" w:rsidRDefault="00AA22E7" w:rsidP="00AA22E7"/>
        </w:tc>
      </w:tr>
      <w:tr w:rsidR="00AA22E7" w14:paraId="043CF2AC" w14:textId="77777777" w:rsidTr="00AA22E7">
        <w:tc>
          <w:tcPr>
            <w:tcW w:w="460" w:type="dxa"/>
          </w:tcPr>
          <w:p w14:paraId="25F6013F" w14:textId="4DC314DF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14</w:t>
            </w:r>
          </w:p>
        </w:tc>
        <w:tc>
          <w:tcPr>
            <w:tcW w:w="752" w:type="dxa"/>
          </w:tcPr>
          <w:p w14:paraId="699A9212" w14:textId="77777777" w:rsidR="00AA22E7" w:rsidRDefault="00AA22E7" w:rsidP="00AA22E7"/>
        </w:tc>
        <w:tc>
          <w:tcPr>
            <w:tcW w:w="2321" w:type="dxa"/>
          </w:tcPr>
          <w:p w14:paraId="69E2A19D" w14:textId="77777777" w:rsidR="00AA22E7" w:rsidRDefault="00AA22E7" w:rsidP="00AA22E7"/>
        </w:tc>
        <w:tc>
          <w:tcPr>
            <w:tcW w:w="1565" w:type="dxa"/>
          </w:tcPr>
          <w:p w14:paraId="365F0583" w14:textId="77777777" w:rsidR="00AA22E7" w:rsidRDefault="00AA22E7" w:rsidP="00AA22E7"/>
        </w:tc>
        <w:tc>
          <w:tcPr>
            <w:tcW w:w="655" w:type="dxa"/>
          </w:tcPr>
          <w:p w14:paraId="766347A1" w14:textId="77777777" w:rsidR="00AA22E7" w:rsidRDefault="00AA22E7" w:rsidP="00AA22E7"/>
        </w:tc>
        <w:tc>
          <w:tcPr>
            <w:tcW w:w="963" w:type="dxa"/>
          </w:tcPr>
          <w:p w14:paraId="59BFF1E9" w14:textId="77777777" w:rsidR="00AA22E7" w:rsidRDefault="00AA22E7" w:rsidP="00AA22E7"/>
        </w:tc>
        <w:tc>
          <w:tcPr>
            <w:tcW w:w="834" w:type="dxa"/>
          </w:tcPr>
          <w:p w14:paraId="33B04C64" w14:textId="77777777" w:rsidR="00AA22E7" w:rsidRDefault="00AA22E7" w:rsidP="00AA22E7"/>
        </w:tc>
        <w:tc>
          <w:tcPr>
            <w:tcW w:w="1080" w:type="dxa"/>
          </w:tcPr>
          <w:p w14:paraId="0D6F5C84" w14:textId="77777777" w:rsidR="00AA22E7" w:rsidRDefault="00AA22E7" w:rsidP="00AA22E7"/>
        </w:tc>
      </w:tr>
      <w:tr w:rsidR="00AA22E7" w14:paraId="3A186D0B" w14:textId="77777777" w:rsidTr="00AA22E7">
        <w:tc>
          <w:tcPr>
            <w:tcW w:w="460" w:type="dxa"/>
          </w:tcPr>
          <w:p w14:paraId="212A99C9" w14:textId="5A2DD76A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15</w:t>
            </w:r>
          </w:p>
        </w:tc>
        <w:tc>
          <w:tcPr>
            <w:tcW w:w="752" w:type="dxa"/>
          </w:tcPr>
          <w:p w14:paraId="7A5A7355" w14:textId="77777777" w:rsidR="00AA22E7" w:rsidRDefault="00AA22E7" w:rsidP="00AA22E7"/>
        </w:tc>
        <w:tc>
          <w:tcPr>
            <w:tcW w:w="2321" w:type="dxa"/>
          </w:tcPr>
          <w:p w14:paraId="7B07705F" w14:textId="77777777" w:rsidR="00AA22E7" w:rsidRDefault="00AA22E7" w:rsidP="00AA22E7"/>
        </w:tc>
        <w:tc>
          <w:tcPr>
            <w:tcW w:w="1565" w:type="dxa"/>
          </w:tcPr>
          <w:p w14:paraId="676EED50" w14:textId="77777777" w:rsidR="00AA22E7" w:rsidRDefault="00AA22E7" w:rsidP="00AA22E7"/>
        </w:tc>
        <w:tc>
          <w:tcPr>
            <w:tcW w:w="655" w:type="dxa"/>
          </w:tcPr>
          <w:p w14:paraId="2592F932" w14:textId="77777777" w:rsidR="00AA22E7" w:rsidRDefault="00AA22E7" w:rsidP="00AA22E7"/>
        </w:tc>
        <w:tc>
          <w:tcPr>
            <w:tcW w:w="963" w:type="dxa"/>
          </w:tcPr>
          <w:p w14:paraId="126EB28E" w14:textId="77777777" w:rsidR="00AA22E7" w:rsidRDefault="00AA22E7" w:rsidP="00AA22E7"/>
        </w:tc>
        <w:tc>
          <w:tcPr>
            <w:tcW w:w="834" w:type="dxa"/>
          </w:tcPr>
          <w:p w14:paraId="3BC4BEB0" w14:textId="77777777" w:rsidR="00AA22E7" w:rsidRDefault="00AA22E7" w:rsidP="00AA22E7"/>
        </w:tc>
        <w:tc>
          <w:tcPr>
            <w:tcW w:w="1080" w:type="dxa"/>
          </w:tcPr>
          <w:p w14:paraId="05D43C42" w14:textId="77777777" w:rsidR="00AA22E7" w:rsidRDefault="00AA22E7" w:rsidP="00AA22E7"/>
        </w:tc>
      </w:tr>
      <w:tr w:rsidR="00AA22E7" w14:paraId="1BDE96B4" w14:textId="77777777" w:rsidTr="00AA22E7">
        <w:tc>
          <w:tcPr>
            <w:tcW w:w="460" w:type="dxa"/>
          </w:tcPr>
          <w:p w14:paraId="7D83CDB8" w14:textId="4BDCCCF2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16</w:t>
            </w:r>
          </w:p>
        </w:tc>
        <w:tc>
          <w:tcPr>
            <w:tcW w:w="752" w:type="dxa"/>
          </w:tcPr>
          <w:p w14:paraId="44780B12" w14:textId="77777777" w:rsidR="00AA22E7" w:rsidRDefault="00AA22E7" w:rsidP="00AA22E7"/>
        </w:tc>
        <w:tc>
          <w:tcPr>
            <w:tcW w:w="2321" w:type="dxa"/>
          </w:tcPr>
          <w:p w14:paraId="4C4D9BDD" w14:textId="77777777" w:rsidR="00AA22E7" w:rsidRDefault="00AA22E7" w:rsidP="00AA22E7"/>
        </w:tc>
        <w:tc>
          <w:tcPr>
            <w:tcW w:w="1565" w:type="dxa"/>
          </w:tcPr>
          <w:p w14:paraId="58613D75" w14:textId="77777777" w:rsidR="00AA22E7" w:rsidRDefault="00AA22E7" w:rsidP="00AA22E7"/>
        </w:tc>
        <w:tc>
          <w:tcPr>
            <w:tcW w:w="655" w:type="dxa"/>
          </w:tcPr>
          <w:p w14:paraId="257F98FB" w14:textId="77777777" w:rsidR="00AA22E7" w:rsidRDefault="00AA22E7" w:rsidP="00AA22E7"/>
        </w:tc>
        <w:tc>
          <w:tcPr>
            <w:tcW w:w="963" w:type="dxa"/>
          </w:tcPr>
          <w:p w14:paraId="2B1CA91B" w14:textId="77777777" w:rsidR="00AA22E7" w:rsidRDefault="00AA22E7" w:rsidP="00AA22E7"/>
        </w:tc>
        <w:tc>
          <w:tcPr>
            <w:tcW w:w="834" w:type="dxa"/>
          </w:tcPr>
          <w:p w14:paraId="05903512" w14:textId="77777777" w:rsidR="00AA22E7" w:rsidRDefault="00AA22E7" w:rsidP="00AA22E7"/>
        </w:tc>
        <w:tc>
          <w:tcPr>
            <w:tcW w:w="1080" w:type="dxa"/>
          </w:tcPr>
          <w:p w14:paraId="0850B93A" w14:textId="77777777" w:rsidR="00AA22E7" w:rsidRDefault="00AA22E7" w:rsidP="00AA22E7"/>
        </w:tc>
      </w:tr>
      <w:tr w:rsidR="00AA22E7" w14:paraId="7F86DDF7" w14:textId="77777777" w:rsidTr="00AA22E7">
        <w:tc>
          <w:tcPr>
            <w:tcW w:w="460" w:type="dxa"/>
          </w:tcPr>
          <w:p w14:paraId="1B81E0CE" w14:textId="0DC5ED19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17</w:t>
            </w:r>
          </w:p>
        </w:tc>
        <w:tc>
          <w:tcPr>
            <w:tcW w:w="752" w:type="dxa"/>
          </w:tcPr>
          <w:p w14:paraId="6099F635" w14:textId="77777777" w:rsidR="00AA22E7" w:rsidRDefault="00AA22E7" w:rsidP="00AA22E7"/>
        </w:tc>
        <w:tc>
          <w:tcPr>
            <w:tcW w:w="2321" w:type="dxa"/>
          </w:tcPr>
          <w:p w14:paraId="0D873203" w14:textId="77777777" w:rsidR="00AA22E7" w:rsidRDefault="00AA22E7" w:rsidP="00AA22E7"/>
        </w:tc>
        <w:tc>
          <w:tcPr>
            <w:tcW w:w="1565" w:type="dxa"/>
          </w:tcPr>
          <w:p w14:paraId="16966001" w14:textId="77777777" w:rsidR="00AA22E7" w:rsidRDefault="00AA22E7" w:rsidP="00AA22E7"/>
        </w:tc>
        <w:tc>
          <w:tcPr>
            <w:tcW w:w="655" w:type="dxa"/>
          </w:tcPr>
          <w:p w14:paraId="21EDC1B5" w14:textId="77777777" w:rsidR="00AA22E7" w:rsidRDefault="00AA22E7" w:rsidP="00AA22E7"/>
        </w:tc>
        <w:tc>
          <w:tcPr>
            <w:tcW w:w="963" w:type="dxa"/>
          </w:tcPr>
          <w:p w14:paraId="392D1133" w14:textId="77777777" w:rsidR="00AA22E7" w:rsidRDefault="00AA22E7" w:rsidP="00AA22E7"/>
        </w:tc>
        <w:tc>
          <w:tcPr>
            <w:tcW w:w="834" w:type="dxa"/>
          </w:tcPr>
          <w:p w14:paraId="10F9A035" w14:textId="77777777" w:rsidR="00AA22E7" w:rsidRDefault="00AA22E7" w:rsidP="00AA22E7"/>
        </w:tc>
        <w:tc>
          <w:tcPr>
            <w:tcW w:w="1080" w:type="dxa"/>
          </w:tcPr>
          <w:p w14:paraId="5383BA17" w14:textId="77777777" w:rsidR="00AA22E7" w:rsidRDefault="00AA22E7" w:rsidP="00AA22E7"/>
        </w:tc>
      </w:tr>
      <w:tr w:rsidR="00AA22E7" w14:paraId="612A1DA4" w14:textId="77777777" w:rsidTr="00AA22E7">
        <w:tc>
          <w:tcPr>
            <w:tcW w:w="460" w:type="dxa"/>
          </w:tcPr>
          <w:p w14:paraId="0ED6605B" w14:textId="25EEAD09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18</w:t>
            </w:r>
          </w:p>
        </w:tc>
        <w:tc>
          <w:tcPr>
            <w:tcW w:w="752" w:type="dxa"/>
          </w:tcPr>
          <w:p w14:paraId="513B2CCB" w14:textId="77777777" w:rsidR="00AA22E7" w:rsidRDefault="00AA22E7" w:rsidP="00AA22E7"/>
        </w:tc>
        <w:tc>
          <w:tcPr>
            <w:tcW w:w="2321" w:type="dxa"/>
          </w:tcPr>
          <w:p w14:paraId="66324840" w14:textId="77777777" w:rsidR="00AA22E7" w:rsidRDefault="00AA22E7" w:rsidP="00AA22E7"/>
        </w:tc>
        <w:tc>
          <w:tcPr>
            <w:tcW w:w="1565" w:type="dxa"/>
          </w:tcPr>
          <w:p w14:paraId="320ABDA8" w14:textId="77777777" w:rsidR="00AA22E7" w:rsidRDefault="00AA22E7" w:rsidP="00AA22E7"/>
        </w:tc>
        <w:tc>
          <w:tcPr>
            <w:tcW w:w="655" w:type="dxa"/>
          </w:tcPr>
          <w:p w14:paraId="611A99EA" w14:textId="77777777" w:rsidR="00AA22E7" w:rsidRDefault="00AA22E7" w:rsidP="00AA22E7"/>
        </w:tc>
        <w:tc>
          <w:tcPr>
            <w:tcW w:w="963" w:type="dxa"/>
          </w:tcPr>
          <w:p w14:paraId="548F9593" w14:textId="77777777" w:rsidR="00AA22E7" w:rsidRDefault="00AA22E7" w:rsidP="00AA22E7"/>
        </w:tc>
        <w:tc>
          <w:tcPr>
            <w:tcW w:w="834" w:type="dxa"/>
          </w:tcPr>
          <w:p w14:paraId="236A1400" w14:textId="77777777" w:rsidR="00AA22E7" w:rsidRDefault="00AA22E7" w:rsidP="00AA22E7"/>
        </w:tc>
        <w:tc>
          <w:tcPr>
            <w:tcW w:w="1080" w:type="dxa"/>
          </w:tcPr>
          <w:p w14:paraId="378E178C" w14:textId="77777777" w:rsidR="00AA22E7" w:rsidRDefault="00AA22E7" w:rsidP="00AA22E7"/>
        </w:tc>
      </w:tr>
      <w:tr w:rsidR="00AA22E7" w14:paraId="1734F2F2" w14:textId="77777777" w:rsidTr="00AA22E7">
        <w:tc>
          <w:tcPr>
            <w:tcW w:w="460" w:type="dxa"/>
          </w:tcPr>
          <w:p w14:paraId="2EEE8214" w14:textId="185E08B7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19</w:t>
            </w:r>
          </w:p>
        </w:tc>
        <w:tc>
          <w:tcPr>
            <w:tcW w:w="752" w:type="dxa"/>
          </w:tcPr>
          <w:p w14:paraId="0F00FF41" w14:textId="77777777" w:rsidR="00AA22E7" w:rsidRDefault="00AA22E7" w:rsidP="00AA22E7"/>
        </w:tc>
        <w:tc>
          <w:tcPr>
            <w:tcW w:w="2321" w:type="dxa"/>
          </w:tcPr>
          <w:p w14:paraId="344D06C1" w14:textId="77777777" w:rsidR="00AA22E7" w:rsidRDefault="00AA22E7" w:rsidP="00AA22E7"/>
        </w:tc>
        <w:tc>
          <w:tcPr>
            <w:tcW w:w="1565" w:type="dxa"/>
          </w:tcPr>
          <w:p w14:paraId="0A08DF0D" w14:textId="77777777" w:rsidR="00AA22E7" w:rsidRDefault="00AA22E7" w:rsidP="00AA22E7"/>
        </w:tc>
        <w:tc>
          <w:tcPr>
            <w:tcW w:w="655" w:type="dxa"/>
          </w:tcPr>
          <w:p w14:paraId="1161AD66" w14:textId="77777777" w:rsidR="00AA22E7" w:rsidRDefault="00AA22E7" w:rsidP="00AA22E7"/>
        </w:tc>
        <w:tc>
          <w:tcPr>
            <w:tcW w:w="963" w:type="dxa"/>
          </w:tcPr>
          <w:p w14:paraId="6B45D3F4" w14:textId="77777777" w:rsidR="00AA22E7" w:rsidRDefault="00AA22E7" w:rsidP="00AA22E7"/>
        </w:tc>
        <w:tc>
          <w:tcPr>
            <w:tcW w:w="834" w:type="dxa"/>
          </w:tcPr>
          <w:p w14:paraId="70E136CB" w14:textId="77777777" w:rsidR="00AA22E7" w:rsidRDefault="00AA22E7" w:rsidP="00AA22E7"/>
        </w:tc>
        <w:tc>
          <w:tcPr>
            <w:tcW w:w="1080" w:type="dxa"/>
          </w:tcPr>
          <w:p w14:paraId="0AFFED08" w14:textId="77777777" w:rsidR="00AA22E7" w:rsidRDefault="00AA22E7" w:rsidP="00AA22E7"/>
        </w:tc>
      </w:tr>
      <w:tr w:rsidR="00AA22E7" w14:paraId="204D08D4" w14:textId="77777777" w:rsidTr="00AA22E7">
        <w:tc>
          <w:tcPr>
            <w:tcW w:w="460" w:type="dxa"/>
          </w:tcPr>
          <w:p w14:paraId="3E8C58CC" w14:textId="72B95812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20</w:t>
            </w:r>
          </w:p>
        </w:tc>
        <w:tc>
          <w:tcPr>
            <w:tcW w:w="752" w:type="dxa"/>
          </w:tcPr>
          <w:p w14:paraId="2937727C" w14:textId="77777777" w:rsidR="00AA22E7" w:rsidRDefault="00AA22E7" w:rsidP="00AA22E7"/>
        </w:tc>
        <w:tc>
          <w:tcPr>
            <w:tcW w:w="2321" w:type="dxa"/>
          </w:tcPr>
          <w:p w14:paraId="4F2FD9DC" w14:textId="77777777" w:rsidR="00AA22E7" w:rsidRDefault="00AA22E7" w:rsidP="00AA22E7"/>
        </w:tc>
        <w:tc>
          <w:tcPr>
            <w:tcW w:w="1565" w:type="dxa"/>
          </w:tcPr>
          <w:p w14:paraId="79C5AC74" w14:textId="77777777" w:rsidR="00AA22E7" w:rsidRDefault="00AA22E7" w:rsidP="00AA22E7"/>
        </w:tc>
        <w:tc>
          <w:tcPr>
            <w:tcW w:w="655" w:type="dxa"/>
          </w:tcPr>
          <w:p w14:paraId="2F75CEAF" w14:textId="77777777" w:rsidR="00AA22E7" w:rsidRDefault="00AA22E7" w:rsidP="00AA22E7"/>
        </w:tc>
        <w:tc>
          <w:tcPr>
            <w:tcW w:w="963" w:type="dxa"/>
          </w:tcPr>
          <w:p w14:paraId="5586E2D2" w14:textId="77777777" w:rsidR="00AA22E7" w:rsidRDefault="00AA22E7" w:rsidP="00AA22E7"/>
        </w:tc>
        <w:tc>
          <w:tcPr>
            <w:tcW w:w="834" w:type="dxa"/>
          </w:tcPr>
          <w:p w14:paraId="32B86490" w14:textId="77777777" w:rsidR="00AA22E7" w:rsidRDefault="00AA22E7" w:rsidP="00AA22E7"/>
        </w:tc>
        <w:tc>
          <w:tcPr>
            <w:tcW w:w="1080" w:type="dxa"/>
          </w:tcPr>
          <w:p w14:paraId="66F6ACB8" w14:textId="77777777" w:rsidR="00AA22E7" w:rsidRDefault="00AA22E7" w:rsidP="00AA22E7"/>
        </w:tc>
      </w:tr>
      <w:tr w:rsidR="00AA22E7" w14:paraId="73AD992B" w14:textId="77777777" w:rsidTr="00AA22E7">
        <w:tc>
          <w:tcPr>
            <w:tcW w:w="460" w:type="dxa"/>
          </w:tcPr>
          <w:p w14:paraId="604FFDAF" w14:textId="53B62491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21</w:t>
            </w:r>
          </w:p>
        </w:tc>
        <w:tc>
          <w:tcPr>
            <w:tcW w:w="752" w:type="dxa"/>
          </w:tcPr>
          <w:p w14:paraId="77C4168F" w14:textId="77777777" w:rsidR="00AA22E7" w:rsidRDefault="00AA22E7" w:rsidP="00AA22E7"/>
        </w:tc>
        <w:tc>
          <w:tcPr>
            <w:tcW w:w="2321" w:type="dxa"/>
          </w:tcPr>
          <w:p w14:paraId="38A2730C" w14:textId="77777777" w:rsidR="00AA22E7" w:rsidRDefault="00AA22E7" w:rsidP="00AA22E7"/>
        </w:tc>
        <w:tc>
          <w:tcPr>
            <w:tcW w:w="1565" w:type="dxa"/>
          </w:tcPr>
          <w:p w14:paraId="4B245A04" w14:textId="77777777" w:rsidR="00AA22E7" w:rsidRDefault="00AA22E7" w:rsidP="00AA22E7"/>
        </w:tc>
        <w:tc>
          <w:tcPr>
            <w:tcW w:w="655" w:type="dxa"/>
          </w:tcPr>
          <w:p w14:paraId="4C9E304E" w14:textId="77777777" w:rsidR="00AA22E7" w:rsidRDefault="00AA22E7" w:rsidP="00AA22E7"/>
        </w:tc>
        <w:tc>
          <w:tcPr>
            <w:tcW w:w="963" w:type="dxa"/>
          </w:tcPr>
          <w:p w14:paraId="6BB00CE8" w14:textId="77777777" w:rsidR="00AA22E7" w:rsidRDefault="00AA22E7" w:rsidP="00AA22E7"/>
        </w:tc>
        <w:tc>
          <w:tcPr>
            <w:tcW w:w="834" w:type="dxa"/>
          </w:tcPr>
          <w:p w14:paraId="5BEC01B0" w14:textId="77777777" w:rsidR="00AA22E7" w:rsidRDefault="00AA22E7" w:rsidP="00AA22E7"/>
        </w:tc>
        <w:tc>
          <w:tcPr>
            <w:tcW w:w="1080" w:type="dxa"/>
          </w:tcPr>
          <w:p w14:paraId="08099BE0" w14:textId="77777777" w:rsidR="00AA22E7" w:rsidRDefault="00AA22E7" w:rsidP="00AA22E7"/>
        </w:tc>
      </w:tr>
      <w:tr w:rsidR="00AA22E7" w14:paraId="47AA111E" w14:textId="77777777" w:rsidTr="00AA22E7">
        <w:tc>
          <w:tcPr>
            <w:tcW w:w="460" w:type="dxa"/>
          </w:tcPr>
          <w:p w14:paraId="044C07CF" w14:textId="26DFC5E5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22</w:t>
            </w:r>
          </w:p>
        </w:tc>
        <w:tc>
          <w:tcPr>
            <w:tcW w:w="752" w:type="dxa"/>
          </w:tcPr>
          <w:p w14:paraId="73D43E34" w14:textId="77777777" w:rsidR="00AA22E7" w:rsidRDefault="00AA22E7" w:rsidP="00AA22E7"/>
        </w:tc>
        <w:tc>
          <w:tcPr>
            <w:tcW w:w="2321" w:type="dxa"/>
          </w:tcPr>
          <w:p w14:paraId="30633EF6" w14:textId="77777777" w:rsidR="00AA22E7" w:rsidRDefault="00AA22E7" w:rsidP="00AA22E7"/>
        </w:tc>
        <w:tc>
          <w:tcPr>
            <w:tcW w:w="1565" w:type="dxa"/>
          </w:tcPr>
          <w:p w14:paraId="6A7336C3" w14:textId="77777777" w:rsidR="00AA22E7" w:rsidRDefault="00AA22E7" w:rsidP="00AA22E7"/>
        </w:tc>
        <w:tc>
          <w:tcPr>
            <w:tcW w:w="655" w:type="dxa"/>
          </w:tcPr>
          <w:p w14:paraId="6108B70C" w14:textId="77777777" w:rsidR="00AA22E7" w:rsidRDefault="00AA22E7" w:rsidP="00AA22E7"/>
        </w:tc>
        <w:tc>
          <w:tcPr>
            <w:tcW w:w="963" w:type="dxa"/>
          </w:tcPr>
          <w:p w14:paraId="266329E4" w14:textId="77777777" w:rsidR="00AA22E7" w:rsidRDefault="00AA22E7" w:rsidP="00AA22E7"/>
        </w:tc>
        <w:tc>
          <w:tcPr>
            <w:tcW w:w="834" w:type="dxa"/>
          </w:tcPr>
          <w:p w14:paraId="454AE433" w14:textId="77777777" w:rsidR="00AA22E7" w:rsidRDefault="00AA22E7" w:rsidP="00AA22E7"/>
        </w:tc>
        <w:tc>
          <w:tcPr>
            <w:tcW w:w="1080" w:type="dxa"/>
          </w:tcPr>
          <w:p w14:paraId="6521403B" w14:textId="77777777" w:rsidR="00AA22E7" w:rsidRDefault="00AA22E7" w:rsidP="00AA22E7"/>
        </w:tc>
      </w:tr>
      <w:tr w:rsidR="00AA22E7" w14:paraId="167EBD04" w14:textId="77777777" w:rsidTr="00AA22E7">
        <w:tc>
          <w:tcPr>
            <w:tcW w:w="460" w:type="dxa"/>
          </w:tcPr>
          <w:p w14:paraId="7E4F0A14" w14:textId="2E064F7D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23</w:t>
            </w:r>
          </w:p>
        </w:tc>
        <w:tc>
          <w:tcPr>
            <w:tcW w:w="752" w:type="dxa"/>
          </w:tcPr>
          <w:p w14:paraId="39428F56" w14:textId="77777777" w:rsidR="00AA22E7" w:rsidRDefault="00AA22E7" w:rsidP="00AA22E7"/>
        </w:tc>
        <w:tc>
          <w:tcPr>
            <w:tcW w:w="2321" w:type="dxa"/>
          </w:tcPr>
          <w:p w14:paraId="4981A9A3" w14:textId="77777777" w:rsidR="00AA22E7" w:rsidRDefault="00AA22E7" w:rsidP="00AA22E7"/>
        </w:tc>
        <w:tc>
          <w:tcPr>
            <w:tcW w:w="1565" w:type="dxa"/>
          </w:tcPr>
          <w:p w14:paraId="0E55B26D" w14:textId="77777777" w:rsidR="00AA22E7" w:rsidRDefault="00AA22E7" w:rsidP="00AA22E7"/>
        </w:tc>
        <w:tc>
          <w:tcPr>
            <w:tcW w:w="655" w:type="dxa"/>
          </w:tcPr>
          <w:p w14:paraId="08AABBC5" w14:textId="77777777" w:rsidR="00AA22E7" w:rsidRDefault="00AA22E7" w:rsidP="00AA22E7"/>
        </w:tc>
        <w:tc>
          <w:tcPr>
            <w:tcW w:w="963" w:type="dxa"/>
          </w:tcPr>
          <w:p w14:paraId="18F22293" w14:textId="77777777" w:rsidR="00AA22E7" w:rsidRDefault="00AA22E7" w:rsidP="00AA22E7"/>
        </w:tc>
        <w:tc>
          <w:tcPr>
            <w:tcW w:w="834" w:type="dxa"/>
          </w:tcPr>
          <w:p w14:paraId="1C25291C" w14:textId="77777777" w:rsidR="00AA22E7" w:rsidRDefault="00AA22E7" w:rsidP="00AA22E7"/>
        </w:tc>
        <w:tc>
          <w:tcPr>
            <w:tcW w:w="1080" w:type="dxa"/>
          </w:tcPr>
          <w:p w14:paraId="58A6EA7E" w14:textId="77777777" w:rsidR="00AA22E7" w:rsidRDefault="00AA22E7" w:rsidP="00AA22E7"/>
        </w:tc>
      </w:tr>
      <w:tr w:rsidR="00AA22E7" w14:paraId="61D10AE2" w14:textId="77777777" w:rsidTr="00AA22E7">
        <w:tc>
          <w:tcPr>
            <w:tcW w:w="460" w:type="dxa"/>
          </w:tcPr>
          <w:p w14:paraId="11F27CE4" w14:textId="6006272A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24</w:t>
            </w:r>
          </w:p>
        </w:tc>
        <w:tc>
          <w:tcPr>
            <w:tcW w:w="752" w:type="dxa"/>
          </w:tcPr>
          <w:p w14:paraId="1EADF206" w14:textId="77777777" w:rsidR="00AA22E7" w:rsidRDefault="00AA22E7" w:rsidP="00AA22E7"/>
        </w:tc>
        <w:tc>
          <w:tcPr>
            <w:tcW w:w="2321" w:type="dxa"/>
          </w:tcPr>
          <w:p w14:paraId="122A96B1" w14:textId="77777777" w:rsidR="00AA22E7" w:rsidRDefault="00AA22E7" w:rsidP="00AA22E7"/>
        </w:tc>
        <w:tc>
          <w:tcPr>
            <w:tcW w:w="1565" w:type="dxa"/>
          </w:tcPr>
          <w:p w14:paraId="06E3B4DC" w14:textId="77777777" w:rsidR="00AA22E7" w:rsidRDefault="00AA22E7" w:rsidP="00AA22E7"/>
        </w:tc>
        <w:tc>
          <w:tcPr>
            <w:tcW w:w="655" w:type="dxa"/>
          </w:tcPr>
          <w:p w14:paraId="689E0402" w14:textId="77777777" w:rsidR="00AA22E7" w:rsidRDefault="00AA22E7" w:rsidP="00AA22E7"/>
        </w:tc>
        <w:tc>
          <w:tcPr>
            <w:tcW w:w="963" w:type="dxa"/>
          </w:tcPr>
          <w:p w14:paraId="110CA163" w14:textId="77777777" w:rsidR="00AA22E7" w:rsidRDefault="00AA22E7" w:rsidP="00AA22E7"/>
        </w:tc>
        <w:tc>
          <w:tcPr>
            <w:tcW w:w="834" w:type="dxa"/>
          </w:tcPr>
          <w:p w14:paraId="2C981295" w14:textId="77777777" w:rsidR="00AA22E7" w:rsidRDefault="00AA22E7" w:rsidP="00AA22E7"/>
        </w:tc>
        <w:tc>
          <w:tcPr>
            <w:tcW w:w="1080" w:type="dxa"/>
          </w:tcPr>
          <w:p w14:paraId="610D99C5" w14:textId="77777777" w:rsidR="00AA22E7" w:rsidRDefault="00AA22E7" w:rsidP="00AA22E7"/>
        </w:tc>
      </w:tr>
      <w:tr w:rsidR="00AA22E7" w14:paraId="1C146C80" w14:textId="77777777" w:rsidTr="00AA22E7">
        <w:tc>
          <w:tcPr>
            <w:tcW w:w="460" w:type="dxa"/>
          </w:tcPr>
          <w:p w14:paraId="5959B393" w14:textId="53AF147B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25</w:t>
            </w:r>
          </w:p>
        </w:tc>
        <w:tc>
          <w:tcPr>
            <w:tcW w:w="752" w:type="dxa"/>
          </w:tcPr>
          <w:p w14:paraId="614AF9C6" w14:textId="77777777" w:rsidR="00AA22E7" w:rsidRDefault="00AA22E7" w:rsidP="00AA22E7"/>
        </w:tc>
        <w:tc>
          <w:tcPr>
            <w:tcW w:w="2321" w:type="dxa"/>
          </w:tcPr>
          <w:p w14:paraId="145D05F0" w14:textId="77777777" w:rsidR="00AA22E7" w:rsidRDefault="00AA22E7" w:rsidP="00AA22E7"/>
        </w:tc>
        <w:tc>
          <w:tcPr>
            <w:tcW w:w="1565" w:type="dxa"/>
          </w:tcPr>
          <w:p w14:paraId="4FB975F8" w14:textId="77777777" w:rsidR="00AA22E7" w:rsidRDefault="00AA22E7" w:rsidP="00AA22E7"/>
        </w:tc>
        <w:tc>
          <w:tcPr>
            <w:tcW w:w="655" w:type="dxa"/>
          </w:tcPr>
          <w:p w14:paraId="18EF8443" w14:textId="77777777" w:rsidR="00AA22E7" w:rsidRDefault="00AA22E7" w:rsidP="00AA22E7"/>
        </w:tc>
        <w:tc>
          <w:tcPr>
            <w:tcW w:w="963" w:type="dxa"/>
          </w:tcPr>
          <w:p w14:paraId="37B1B7A9" w14:textId="77777777" w:rsidR="00AA22E7" w:rsidRDefault="00AA22E7" w:rsidP="00AA22E7"/>
        </w:tc>
        <w:tc>
          <w:tcPr>
            <w:tcW w:w="834" w:type="dxa"/>
          </w:tcPr>
          <w:p w14:paraId="37DFA683" w14:textId="77777777" w:rsidR="00AA22E7" w:rsidRDefault="00AA22E7" w:rsidP="00AA22E7"/>
        </w:tc>
        <w:tc>
          <w:tcPr>
            <w:tcW w:w="1080" w:type="dxa"/>
          </w:tcPr>
          <w:p w14:paraId="1A03BA72" w14:textId="77777777" w:rsidR="00AA22E7" w:rsidRDefault="00AA22E7" w:rsidP="00AA22E7"/>
        </w:tc>
      </w:tr>
      <w:tr w:rsidR="00AA22E7" w14:paraId="29988DDF" w14:textId="77777777" w:rsidTr="001D6BE5">
        <w:tc>
          <w:tcPr>
            <w:tcW w:w="460" w:type="dxa"/>
            <w:shd w:val="clear" w:color="auto" w:fill="92D050"/>
          </w:tcPr>
          <w:p w14:paraId="147D56CC" w14:textId="77777777" w:rsidR="00AA22E7" w:rsidRDefault="00AA22E7" w:rsidP="001D6BE5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lastRenderedPageBreak/>
              <w:t>N.</w:t>
            </w:r>
          </w:p>
        </w:tc>
        <w:tc>
          <w:tcPr>
            <w:tcW w:w="752" w:type="dxa"/>
            <w:shd w:val="clear" w:color="auto" w:fill="92D050"/>
          </w:tcPr>
          <w:p w14:paraId="277799EA" w14:textId="77777777" w:rsidR="00AA22E7" w:rsidRDefault="00AA22E7" w:rsidP="001D6BE5">
            <w:pPr>
              <w:jc w:val="center"/>
              <w:rPr>
                <w:lang w:val="it-IT"/>
              </w:rPr>
            </w:pPr>
            <w:r>
              <w:t>Data</w:t>
            </w:r>
          </w:p>
        </w:tc>
        <w:tc>
          <w:tcPr>
            <w:tcW w:w="2321" w:type="dxa"/>
            <w:shd w:val="clear" w:color="auto" w:fill="92D050"/>
          </w:tcPr>
          <w:p w14:paraId="32587CA0" w14:textId="77777777" w:rsidR="00AA22E7" w:rsidRDefault="00AA22E7" w:rsidP="001D6BE5">
            <w:pPr>
              <w:jc w:val="center"/>
              <w:rPr>
                <w:lang w:val="it-IT"/>
              </w:rPr>
            </w:pPr>
            <w:r>
              <w:t>Manifestazione/Gara</w:t>
            </w:r>
          </w:p>
        </w:tc>
        <w:tc>
          <w:tcPr>
            <w:tcW w:w="1565" w:type="dxa"/>
            <w:shd w:val="clear" w:color="auto" w:fill="92D050"/>
          </w:tcPr>
          <w:p w14:paraId="07B1DF12" w14:textId="77777777" w:rsidR="00AA22E7" w:rsidRDefault="00AA22E7" w:rsidP="001D6BE5">
            <w:pPr>
              <w:jc w:val="center"/>
              <w:rPr>
                <w:lang w:val="it-IT"/>
              </w:rPr>
            </w:pPr>
            <w:r>
              <w:t>Località</w:t>
            </w:r>
          </w:p>
        </w:tc>
        <w:tc>
          <w:tcPr>
            <w:tcW w:w="655" w:type="dxa"/>
            <w:shd w:val="clear" w:color="auto" w:fill="92D050"/>
          </w:tcPr>
          <w:p w14:paraId="4DC759F4" w14:textId="77777777" w:rsidR="00AA22E7" w:rsidRDefault="00AA22E7" w:rsidP="001D6BE5">
            <w:pPr>
              <w:jc w:val="center"/>
              <w:rPr>
                <w:lang w:val="it-IT"/>
              </w:rPr>
            </w:pPr>
            <w:r>
              <w:t>Km A/R</w:t>
            </w:r>
          </w:p>
        </w:tc>
        <w:tc>
          <w:tcPr>
            <w:tcW w:w="963" w:type="dxa"/>
            <w:shd w:val="clear" w:color="auto" w:fill="92D050"/>
          </w:tcPr>
          <w:p w14:paraId="73D2CA1E" w14:textId="77777777" w:rsidR="00AA22E7" w:rsidRPr="00AA22E7" w:rsidRDefault="00AA22E7" w:rsidP="001D6BE5">
            <w:pPr>
              <w:jc w:val="center"/>
              <w:rPr>
                <w:sz w:val="20"/>
                <w:szCs w:val="20"/>
                <w:lang w:val="it-IT"/>
              </w:rPr>
            </w:pPr>
            <w:r w:rsidRPr="00AA22E7">
              <w:rPr>
                <w:sz w:val="20"/>
                <w:szCs w:val="20"/>
              </w:rPr>
              <w:t>N. Mezzi utilizzati</w:t>
            </w:r>
          </w:p>
        </w:tc>
        <w:tc>
          <w:tcPr>
            <w:tcW w:w="834" w:type="dxa"/>
            <w:shd w:val="clear" w:color="auto" w:fill="92D050"/>
          </w:tcPr>
          <w:p w14:paraId="78A0D0FD" w14:textId="77777777" w:rsidR="00AA22E7" w:rsidRPr="00AA22E7" w:rsidRDefault="00AA22E7" w:rsidP="001D6BE5">
            <w:pPr>
              <w:jc w:val="center"/>
              <w:rPr>
                <w:sz w:val="20"/>
                <w:szCs w:val="20"/>
                <w:lang w:val="it-IT"/>
              </w:rPr>
            </w:pPr>
            <w:r w:rsidRPr="00AA22E7">
              <w:rPr>
                <w:sz w:val="20"/>
                <w:szCs w:val="20"/>
              </w:rPr>
              <w:t>N.atleti</w:t>
            </w:r>
          </w:p>
        </w:tc>
        <w:tc>
          <w:tcPr>
            <w:tcW w:w="1080" w:type="dxa"/>
            <w:shd w:val="clear" w:color="auto" w:fill="92D050"/>
          </w:tcPr>
          <w:p w14:paraId="4C7E6FEC" w14:textId="77777777" w:rsidR="00AA22E7" w:rsidRPr="00AA22E7" w:rsidRDefault="00AA22E7" w:rsidP="001D6BE5">
            <w:pPr>
              <w:jc w:val="center"/>
              <w:rPr>
                <w:sz w:val="20"/>
                <w:szCs w:val="20"/>
              </w:rPr>
            </w:pPr>
            <w:r w:rsidRPr="00AA22E7">
              <w:rPr>
                <w:sz w:val="20"/>
                <w:szCs w:val="20"/>
              </w:rPr>
              <w:t>Importo totale (€)</w:t>
            </w:r>
          </w:p>
        </w:tc>
      </w:tr>
      <w:tr w:rsidR="00AA22E7" w14:paraId="6C10EC79" w14:textId="77777777" w:rsidTr="00AA22E7">
        <w:tc>
          <w:tcPr>
            <w:tcW w:w="460" w:type="dxa"/>
          </w:tcPr>
          <w:p w14:paraId="02364C91" w14:textId="7D2399F1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26</w:t>
            </w:r>
          </w:p>
        </w:tc>
        <w:tc>
          <w:tcPr>
            <w:tcW w:w="752" w:type="dxa"/>
          </w:tcPr>
          <w:p w14:paraId="78241863" w14:textId="77777777" w:rsidR="00AA22E7" w:rsidRDefault="00AA22E7" w:rsidP="00AA22E7"/>
        </w:tc>
        <w:tc>
          <w:tcPr>
            <w:tcW w:w="2321" w:type="dxa"/>
          </w:tcPr>
          <w:p w14:paraId="1BC87346" w14:textId="77777777" w:rsidR="00AA22E7" w:rsidRDefault="00AA22E7" w:rsidP="00AA22E7"/>
        </w:tc>
        <w:tc>
          <w:tcPr>
            <w:tcW w:w="1565" w:type="dxa"/>
          </w:tcPr>
          <w:p w14:paraId="73FAFECC" w14:textId="77777777" w:rsidR="00AA22E7" w:rsidRDefault="00AA22E7" w:rsidP="00AA22E7"/>
        </w:tc>
        <w:tc>
          <w:tcPr>
            <w:tcW w:w="655" w:type="dxa"/>
          </w:tcPr>
          <w:p w14:paraId="7F0DC50D" w14:textId="77777777" w:rsidR="00AA22E7" w:rsidRDefault="00AA22E7" w:rsidP="00AA22E7"/>
        </w:tc>
        <w:tc>
          <w:tcPr>
            <w:tcW w:w="963" w:type="dxa"/>
          </w:tcPr>
          <w:p w14:paraId="4E4D881F" w14:textId="77777777" w:rsidR="00AA22E7" w:rsidRDefault="00AA22E7" w:rsidP="00AA22E7"/>
        </w:tc>
        <w:tc>
          <w:tcPr>
            <w:tcW w:w="834" w:type="dxa"/>
          </w:tcPr>
          <w:p w14:paraId="0F6BE59B" w14:textId="77777777" w:rsidR="00AA22E7" w:rsidRDefault="00AA22E7" w:rsidP="00AA22E7"/>
        </w:tc>
        <w:tc>
          <w:tcPr>
            <w:tcW w:w="1080" w:type="dxa"/>
          </w:tcPr>
          <w:p w14:paraId="395424B4" w14:textId="77777777" w:rsidR="00AA22E7" w:rsidRDefault="00AA22E7" w:rsidP="00AA22E7"/>
        </w:tc>
      </w:tr>
      <w:tr w:rsidR="00AA22E7" w14:paraId="141EEC02" w14:textId="77777777" w:rsidTr="00AA22E7">
        <w:tc>
          <w:tcPr>
            <w:tcW w:w="460" w:type="dxa"/>
          </w:tcPr>
          <w:p w14:paraId="646128E3" w14:textId="7642E757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27</w:t>
            </w:r>
          </w:p>
        </w:tc>
        <w:tc>
          <w:tcPr>
            <w:tcW w:w="752" w:type="dxa"/>
          </w:tcPr>
          <w:p w14:paraId="7E6A80FA" w14:textId="77777777" w:rsidR="00AA22E7" w:rsidRDefault="00AA22E7" w:rsidP="00AA22E7"/>
        </w:tc>
        <w:tc>
          <w:tcPr>
            <w:tcW w:w="2321" w:type="dxa"/>
          </w:tcPr>
          <w:p w14:paraId="56E2E1F7" w14:textId="77777777" w:rsidR="00AA22E7" w:rsidRDefault="00AA22E7" w:rsidP="00AA22E7"/>
        </w:tc>
        <w:tc>
          <w:tcPr>
            <w:tcW w:w="1565" w:type="dxa"/>
          </w:tcPr>
          <w:p w14:paraId="5903B757" w14:textId="77777777" w:rsidR="00AA22E7" w:rsidRDefault="00AA22E7" w:rsidP="00AA22E7"/>
        </w:tc>
        <w:tc>
          <w:tcPr>
            <w:tcW w:w="655" w:type="dxa"/>
          </w:tcPr>
          <w:p w14:paraId="7E9D730C" w14:textId="77777777" w:rsidR="00AA22E7" w:rsidRDefault="00AA22E7" w:rsidP="00AA22E7"/>
        </w:tc>
        <w:tc>
          <w:tcPr>
            <w:tcW w:w="963" w:type="dxa"/>
          </w:tcPr>
          <w:p w14:paraId="79538985" w14:textId="77777777" w:rsidR="00AA22E7" w:rsidRDefault="00AA22E7" w:rsidP="00AA22E7"/>
        </w:tc>
        <w:tc>
          <w:tcPr>
            <w:tcW w:w="834" w:type="dxa"/>
          </w:tcPr>
          <w:p w14:paraId="14CF9E64" w14:textId="77777777" w:rsidR="00AA22E7" w:rsidRDefault="00AA22E7" w:rsidP="00AA22E7"/>
        </w:tc>
        <w:tc>
          <w:tcPr>
            <w:tcW w:w="1080" w:type="dxa"/>
          </w:tcPr>
          <w:p w14:paraId="7BFC2B88" w14:textId="77777777" w:rsidR="00AA22E7" w:rsidRDefault="00AA22E7" w:rsidP="00AA22E7"/>
        </w:tc>
      </w:tr>
      <w:tr w:rsidR="00AA22E7" w14:paraId="676F3C21" w14:textId="77777777" w:rsidTr="00AA22E7">
        <w:tc>
          <w:tcPr>
            <w:tcW w:w="460" w:type="dxa"/>
          </w:tcPr>
          <w:p w14:paraId="3E95A23A" w14:textId="678B2C38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28</w:t>
            </w:r>
          </w:p>
        </w:tc>
        <w:tc>
          <w:tcPr>
            <w:tcW w:w="752" w:type="dxa"/>
          </w:tcPr>
          <w:p w14:paraId="0D7D55B4" w14:textId="77777777" w:rsidR="00AA22E7" w:rsidRDefault="00AA22E7" w:rsidP="00AA22E7"/>
        </w:tc>
        <w:tc>
          <w:tcPr>
            <w:tcW w:w="2321" w:type="dxa"/>
          </w:tcPr>
          <w:p w14:paraId="1C4D8A92" w14:textId="77777777" w:rsidR="00AA22E7" w:rsidRDefault="00AA22E7" w:rsidP="00AA22E7"/>
        </w:tc>
        <w:tc>
          <w:tcPr>
            <w:tcW w:w="1565" w:type="dxa"/>
          </w:tcPr>
          <w:p w14:paraId="65C9D502" w14:textId="77777777" w:rsidR="00AA22E7" w:rsidRDefault="00AA22E7" w:rsidP="00AA22E7"/>
        </w:tc>
        <w:tc>
          <w:tcPr>
            <w:tcW w:w="655" w:type="dxa"/>
          </w:tcPr>
          <w:p w14:paraId="0AFDA2FE" w14:textId="77777777" w:rsidR="00AA22E7" w:rsidRDefault="00AA22E7" w:rsidP="00AA22E7"/>
        </w:tc>
        <w:tc>
          <w:tcPr>
            <w:tcW w:w="963" w:type="dxa"/>
          </w:tcPr>
          <w:p w14:paraId="3F62A804" w14:textId="77777777" w:rsidR="00AA22E7" w:rsidRDefault="00AA22E7" w:rsidP="00AA22E7"/>
        </w:tc>
        <w:tc>
          <w:tcPr>
            <w:tcW w:w="834" w:type="dxa"/>
          </w:tcPr>
          <w:p w14:paraId="46D46EB4" w14:textId="77777777" w:rsidR="00AA22E7" w:rsidRDefault="00AA22E7" w:rsidP="00AA22E7"/>
        </w:tc>
        <w:tc>
          <w:tcPr>
            <w:tcW w:w="1080" w:type="dxa"/>
          </w:tcPr>
          <w:p w14:paraId="5EA7D3A5" w14:textId="77777777" w:rsidR="00AA22E7" w:rsidRDefault="00AA22E7" w:rsidP="00AA22E7"/>
        </w:tc>
      </w:tr>
      <w:tr w:rsidR="00AA22E7" w14:paraId="2F1F6CE6" w14:textId="77777777" w:rsidTr="00AA22E7">
        <w:tc>
          <w:tcPr>
            <w:tcW w:w="460" w:type="dxa"/>
          </w:tcPr>
          <w:p w14:paraId="3D016A33" w14:textId="7C6FC453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29</w:t>
            </w:r>
          </w:p>
        </w:tc>
        <w:tc>
          <w:tcPr>
            <w:tcW w:w="752" w:type="dxa"/>
          </w:tcPr>
          <w:p w14:paraId="7A53EC35" w14:textId="77777777" w:rsidR="00AA22E7" w:rsidRDefault="00AA22E7" w:rsidP="00AA22E7"/>
        </w:tc>
        <w:tc>
          <w:tcPr>
            <w:tcW w:w="2321" w:type="dxa"/>
          </w:tcPr>
          <w:p w14:paraId="0099AA9D" w14:textId="77777777" w:rsidR="00AA22E7" w:rsidRDefault="00AA22E7" w:rsidP="00AA22E7"/>
        </w:tc>
        <w:tc>
          <w:tcPr>
            <w:tcW w:w="1565" w:type="dxa"/>
          </w:tcPr>
          <w:p w14:paraId="2232F82B" w14:textId="77777777" w:rsidR="00AA22E7" w:rsidRDefault="00AA22E7" w:rsidP="00AA22E7"/>
        </w:tc>
        <w:tc>
          <w:tcPr>
            <w:tcW w:w="655" w:type="dxa"/>
          </w:tcPr>
          <w:p w14:paraId="186746C4" w14:textId="77777777" w:rsidR="00AA22E7" w:rsidRDefault="00AA22E7" w:rsidP="00AA22E7"/>
        </w:tc>
        <w:tc>
          <w:tcPr>
            <w:tcW w:w="963" w:type="dxa"/>
          </w:tcPr>
          <w:p w14:paraId="4D129492" w14:textId="77777777" w:rsidR="00AA22E7" w:rsidRDefault="00AA22E7" w:rsidP="00AA22E7"/>
        </w:tc>
        <w:tc>
          <w:tcPr>
            <w:tcW w:w="834" w:type="dxa"/>
          </w:tcPr>
          <w:p w14:paraId="5CDA928C" w14:textId="77777777" w:rsidR="00AA22E7" w:rsidRDefault="00AA22E7" w:rsidP="00AA22E7"/>
        </w:tc>
        <w:tc>
          <w:tcPr>
            <w:tcW w:w="1080" w:type="dxa"/>
          </w:tcPr>
          <w:p w14:paraId="4834DD6D" w14:textId="77777777" w:rsidR="00AA22E7" w:rsidRDefault="00AA22E7" w:rsidP="00AA22E7"/>
        </w:tc>
      </w:tr>
      <w:tr w:rsidR="00AA22E7" w14:paraId="7DE2BBFD" w14:textId="77777777" w:rsidTr="00AA22E7">
        <w:tc>
          <w:tcPr>
            <w:tcW w:w="460" w:type="dxa"/>
          </w:tcPr>
          <w:p w14:paraId="17C26CD0" w14:textId="2C02D91A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30</w:t>
            </w:r>
          </w:p>
        </w:tc>
        <w:tc>
          <w:tcPr>
            <w:tcW w:w="752" w:type="dxa"/>
          </w:tcPr>
          <w:p w14:paraId="18D51785" w14:textId="77777777" w:rsidR="00AA22E7" w:rsidRDefault="00AA22E7" w:rsidP="00AA22E7"/>
        </w:tc>
        <w:tc>
          <w:tcPr>
            <w:tcW w:w="2321" w:type="dxa"/>
          </w:tcPr>
          <w:p w14:paraId="41F40662" w14:textId="77777777" w:rsidR="00AA22E7" w:rsidRDefault="00AA22E7" w:rsidP="00AA22E7"/>
        </w:tc>
        <w:tc>
          <w:tcPr>
            <w:tcW w:w="1565" w:type="dxa"/>
          </w:tcPr>
          <w:p w14:paraId="49A5B8DD" w14:textId="77777777" w:rsidR="00AA22E7" w:rsidRDefault="00AA22E7" w:rsidP="00AA22E7"/>
        </w:tc>
        <w:tc>
          <w:tcPr>
            <w:tcW w:w="655" w:type="dxa"/>
          </w:tcPr>
          <w:p w14:paraId="75B1D943" w14:textId="77777777" w:rsidR="00AA22E7" w:rsidRDefault="00AA22E7" w:rsidP="00AA22E7"/>
        </w:tc>
        <w:tc>
          <w:tcPr>
            <w:tcW w:w="963" w:type="dxa"/>
          </w:tcPr>
          <w:p w14:paraId="42E8DD85" w14:textId="77777777" w:rsidR="00AA22E7" w:rsidRDefault="00AA22E7" w:rsidP="00AA22E7"/>
        </w:tc>
        <w:tc>
          <w:tcPr>
            <w:tcW w:w="834" w:type="dxa"/>
          </w:tcPr>
          <w:p w14:paraId="7A870CA8" w14:textId="77777777" w:rsidR="00AA22E7" w:rsidRDefault="00AA22E7" w:rsidP="00AA22E7"/>
        </w:tc>
        <w:tc>
          <w:tcPr>
            <w:tcW w:w="1080" w:type="dxa"/>
          </w:tcPr>
          <w:p w14:paraId="29FD84F7" w14:textId="77777777" w:rsidR="00AA22E7" w:rsidRDefault="00AA22E7" w:rsidP="00AA22E7"/>
        </w:tc>
      </w:tr>
      <w:tr w:rsidR="00AA22E7" w14:paraId="7D3B796E" w14:textId="77777777" w:rsidTr="00AA22E7">
        <w:tc>
          <w:tcPr>
            <w:tcW w:w="460" w:type="dxa"/>
          </w:tcPr>
          <w:p w14:paraId="0DF63587" w14:textId="7A4679B7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31</w:t>
            </w:r>
          </w:p>
        </w:tc>
        <w:tc>
          <w:tcPr>
            <w:tcW w:w="752" w:type="dxa"/>
          </w:tcPr>
          <w:p w14:paraId="39702687" w14:textId="77777777" w:rsidR="00AA22E7" w:rsidRDefault="00AA22E7" w:rsidP="00AA22E7"/>
        </w:tc>
        <w:tc>
          <w:tcPr>
            <w:tcW w:w="2321" w:type="dxa"/>
          </w:tcPr>
          <w:p w14:paraId="1E82E282" w14:textId="77777777" w:rsidR="00AA22E7" w:rsidRDefault="00AA22E7" w:rsidP="00AA22E7"/>
        </w:tc>
        <w:tc>
          <w:tcPr>
            <w:tcW w:w="1565" w:type="dxa"/>
          </w:tcPr>
          <w:p w14:paraId="1E386A6C" w14:textId="77777777" w:rsidR="00AA22E7" w:rsidRDefault="00AA22E7" w:rsidP="00AA22E7"/>
        </w:tc>
        <w:tc>
          <w:tcPr>
            <w:tcW w:w="655" w:type="dxa"/>
          </w:tcPr>
          <w:p w14:paraId="755778DD" w14:textId="77777777" w:rsidR="00AA22E7" w:rsidRDefault="00AA22E7" w:rsidP="00AA22E7"/>
        </w:tc>
        <w:tc>
          <w:tcPr>
            <w:tcW w:w="963" w:type="dxa"/>
          </w:tcPr>
          <w:p w14:paraId="37C4A900" w14:textId="77777777" w:rsidR="00AA22E7" w:rsidRDefault="00AA22E7" w:rsidP="00AA22E7"/>
        </w:tc>
        <w:tc>
          <w:tcPr>
            <w:tcW w:w="834" w:type="dxa"/>
          </w:tcPr>
          <w:p w14:paraId="0E944270" w14:textId="77777777" w:rsidR="00AA22E7" w:rsidRDefault="00AA22E7" w:rsidP="00AA22E7"/>
        </w:tc>
        <w:tc>
          <w:tcPr>
            <w:tcW w:w="1080" w:type="dxa"/>
          </w:tcPr>
          <w:p w14:paraId="68C58991" w14:textId="77777777" w:rsidR="00AA22E7" w:rsidRDefault="00AA22E7" w:rsidP="00AA22E7"/>
        </w:tc>
      </w:tr>
      <w:tr w:rsidR="00AA22E7" w14:paraId="0CC6423B" w14:textId="77777777" w:rsidTr="00AA22E7">
        <w:tc>
          <w:tcPr>
            <w:tcW w:w="460" w:type="dxa"/>
          </w:tcPr>
          <w:p w14:paraId="176CFF2B" w14:textId="49BBDA8F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32</w:t>
            </w:r>
          </w:p>
        </w:tc>
        <w:tc>
          <w:tcPr>
            <w:tcW w:w="752" w:type="dxa"/>
          </w:tcPr>
          <w:p w14:paraId="4B85D030" w14:textId="77777777" w:rsidR="00AA22E7" w:rsidRDefault="00AA22E7" w:rsidP="00AA22E7"/>
        </w:tc>
        <w:tc>
          <w:tcPr>
            <w:tcW w:w="2321" w:type="dxa"/>
          </w:tcPr>
          <w:p w14:paraId="6790AAC9" w14:textId="77777777" w:rsidR="00AA22E7" w:rsidRDefault="00AA22E7" w:rsidP="00AA22E7"/>
        </w:tc>
        <w:tc>
          <w:tcPr>
            <w:tcW w:w="1565" w:type="dxa"/>
          </w:tcPr>
          <w:p w14:paraId="33F4C9B2" w14:textId="77777777" w:rsidR="00AA22E7" w:rsidRDefault="00AA22E7" w:rsidP="00AA22E7"/>
        </w:tc>
        <w:tc>
          <w:tcPr>
            <w:tcW w:w="655" w:type="dxa"/>
          </w:tcPr>
          <w:p w14:paraId="50EA81FD" w14:textId="77777777" w:rsidR="00AA22E7" w:rsidRDefault="00AA22E7" w:rsidP="00AA22E7"/>
        </w:tc>
        <w:tc>
          <w:tcPr>
            <w:tcW w:w="963" w:type="dxa"/>
          </w:tcPr>
          <w:p w14:paraId="4F8995F5" w14:textId="77777777" w:rsidR="00AA22E7" w:rsidRDefault="00AA22E7" w:rsidP="00AA22E7"/>
        </w:tc>
        <w:tc>
          <w:tcPr>
            <w:tcW w:w="834" w:type="dxa"/>
          </w:tcPr>
          <w:p w14:paraId="6C4ACA0B" w14:textId="77777777" w:rsidR="00AA22E7" w:rsidRDefault="00AA22E7" w:rsidP="00AA22E7"/>
        </w:tc>
        <w:tc>
          <w:tcPr>
            <w:tcW w:w="1080" w:type="dxa"/>
          </w:tcPr>
          <w:p w14:paraId="0C35F35F" w14:textId="77777777" w:rsidR="00AA22E7" w:rsidRDefault="00AA22E7" w:rsidP="00AA22E7"/>
        </w:tc>
      </w:tr>
      <w:tr w:rsidR="00AA22E7" w14:paraId="0C74E2B8" w14:textId="77777777" w:rsidTr="00AA22E7">
        <w:tc>
          <w:tcPr>
            <w:tcW w:w="460" w:type="dxa"/>
          </w:tcPr>
          <w:p w14:paraId="515911C0" w14:textId="46CA155E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33</w:t>
            </w:r>
          </w:p>
        </w:tc>
        <w:tc>
          <w:tcPr>
            <w:tcW w:w="752" w:type="dxa"/>
          </w:tcPr>
          <w:p w14:paraId="610AD042" w14:textId="77777777" w:rsidR="00AA22E7" w:rsidRDefault="00AA22E7" w:rsidP="00AA22E7"/>
        </w:tc>
        <w:tc>
          <w:tcPr>
            <w:tcW w:w="2321" w:type="dxa"/>
          </w:tcPr>
          <w:p w14:paraId="76E46830" w14:textId="77777777" w:rsidR="00AA22E7" w:rsidRDefault="00AA22E7" w:rsidP="00AA22E7"/>
        </w:tc>
        <w:tc>
          <w:tcPr>
            <w:tcW w:w="1565" w:type="dxa"/>
          </w:tcPr>
          <w:p w14:paraId="337DEF13" w14:textId="77777777" w:rsidR="00AA22E7" w:rsidRDefault="00AA22E7" w:rsidP="00AA22E7"/>
        </w:tc>
        <w:tc>
          <w:tcPr>
            <w:tcW w:w="655" w:type="dxa"/>
          </w:tcPr>
          <w:p w14:paraId="01498CA4" w14:textId="77777777" w:rsidR="00AA22E7" w:rsidRDefault="00AA22E7" w:rsidP="00AA22E7"/>
        </w:tc>
        <w:tc>
          <w:tcPr>
            <w:tcW w:w="963" w:type="dxa"/>
          </w:tcPr>
          <w:p w14:paraId="7DA50FCB" w14:textId="77777777" w:rsidR="00AA22E7" w:rsidRDefault="00AA22E7" w:rsidP="00AA22E7"/>
        </w:tc>
        <w:tc>
          <w:tcPr>
            <w:tcW w:w="834" w:type="dxa"/>
          </w:tcPr>
          <w:p w14:paraId="405BE2FF" w14:textId="77777777" w:rsidR="00AA22E7" w:rsidRDefault="00AA22E7" w:rsidP="00AA22E7"/>
        </w:tc>
        <w:tc>
          <w:tcPr>
            <w:tcW w:w="1080" w:type="dxa"/>
          </w:tcPr>
          <w:p w14:paraId="20202695" w14:textId="77777777" w:rsidR="00AA22E7" w:rsidRDefault="00AA22E7" w:rsidP="00AA22E7"/>
        </w:tc>
      </w:tr>
      <w:tr w:rsidR="00AA22E7" w14:paraId="4BC9C4AB" w14:textId="77777777" w:rsidTr="00AA22E7">
        <w:tc>
          <w:tcPr>
            <w:tcW w:w="460" w:type="dxa"/>
          </w:tcPr>
          <w:p w14:paraId="0F84D26F" w14:textId="6308DDF2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34</w:t>
            </w:r>
          </w:p>
        </w:tc>
        <w:tc>
          <w:tcPr>
            <w:tcW w:w="752" w:type="dxa"/>
          </w:tcPr>
          <w:p w14:paraId="7589A51E" w14:textId="77777777" w:rsidR="00AA22E7" w:rsidRDefault="00AA22E7" w:rsidP="00AA22E7"/>
        </w:tc>
        <w:tc>
          <w:tcPr>
            <w:tcW w:w="2321" w:type="dxa"/>
          </w:tcPr>
          <w:p w14:paraId="3C9063F7" w14:textId="77777777" w:rsidR="00AA22E7" w:rsidRDefault="00AA22E7" w:rsidP="00AA22E7"/>
        </w:tc>
        <w:tc>
          <w:tcPr>
            <w:tcW w:w="1565" w:type="dxa"/>
          </w:tcPr>
          <w:p w14:paraId="0A57BC25" w14:textId="77777777" w:rsidR="00AA22E7" w:rsidRDefault="00AA22E7" w:rsidP="00AA22E7"/>
        </w:tc>
        <w:tc>
          <w:tcPr>
            <w:tcW w:w="655" w:type="dxa"/>
          </w:tcPr>
          <w:p w14:paraId="62D9A0DF" w14:textId="77777777" w:rsidR="00AA22E7" w:rsidRDefault="00AA22E7" w:rsidP="00AA22E7"/>
        </w:tc>
        <w:tc>
          <w:tcPr>
            <w:tcW w:w="963" w:type="dxa"/>
          </w:tcPr>
          <w:p w14:paraId="51FD6526" w14:textId="77777777" w:rsidR="00AA22E7" w:rsidRDefault="00AA22E7" w:rsidP="00AA22E7"/>
        </w:tc>
        <w:tc>
          <w:tcPr>
            <w:tcW w:w="834" w:type="dxa"/>
          </w:tcPr>
          <w:p w14:paraId="011E505B" w14:textId="77777777" w:rsidR="00AA22E7" w:rsidRDefault="00AA22E7" w:rsidP="00AA22E7"/>
        </w:tc>
        <w:tc>
          <w:tcPr>
            <w:tcW w:w="1080" w:type="dxa"/>
          </w:tcPr>
          <w:p w14:paraId="02FD559B" w14:textId="77777777" w:rsidR="00AA22E7" w:rsidRDefault="00AA22E7" w:rsidP="00AA22E7"/>
        </w:tc>
      </w:tr>
      <w:tr w:rsidR="00AA22E7" w14:paraId="339B0736" w14:textId="77777777" w:rsidTr="00AA22E7">
        <w:tc>
          <w:tcPr>
            <w:tcW w:w="460" w:type="dxa"/>
          </w:tcPr>
          <w:p w14:paraId="52DF83D3" w14:textId="77D23BBF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35</w:t>
            </w:r>
          </w:p>
        </w:tc>
        <w:tc>
          <w:tcPr>
            <w:tcW w:w="752" w:type="dxa"/>
          </w:tcPr>
          <w:p w14:paraId="63D1266B" w14:textId="77777777" w:rsidR="00AA22E7" w:rsidRDefault="00AA22E7" w:rsidP="00AA22E7"/>
        </w:tc>
        <w:tc>
          <w:tcPr>
            <w:tcW w:w="2321" w:type="dxa"/>
          </w:tcPr>
          <w:p w14:paraId="69BBBEDF" w14:textId="77777777" w:rsidR="00AA22E7" w:rsidRDefault="00AA22E7" w:rsidP="00AA22E7"/>
        </w:tc>
        <w:tc>
          <w:tcPr>
            <w:tcW w:w="1565" w:type="dxa"/>
          </w:tcPr>
          <w:p w14:paraId="62964F58" w14:textId="77777777" w:rsidR="00AA22E7" w:rsidRDefault="00AA22E7" w:rsidP="00AA22E7"/>
        </w:tc>
        <w:tc>
          <w:tcPr>
            <w:tcW w:w="655" w:type="dxa"/>
          </w:tcPr>
          <w:p w14:paraId="3B6ED71C" w14:textId="77777777" w:rsidR="00AA22E7" w:rsidRDefault="00AA22E7" w:rsidP="00AA22E7"/>
        </w:tc>
        <w:tc>
          <w:tcPr>
            <w:tcW w:w="963" w:type="dxa"/>
          </w:tcPr>
          <w:p w14:paraId="263F157B" w14:textId="77777777" w:rsidR="00AA22E7" w:rsidRDefault="00AA22E7" w:rsidP="00AA22E7"/>
        </w:tc>
        <w:tc>
          <w:tcPr>
            <w:tcW w:w="834" w:type="dxa"/>
          </w:tcPr>
          <w:p w14:paraId="5D27CE06" w14:textId="77777777" w:rsidR="00AA22E7" w:rsidRDefault="00AA22E7" w:rsidP="00AA22E7"/>
        </w:tc>
        <w:tc>
          <w:tcPr>
            <w:tcW w:w="1080" w:type="dxa"/>
          </w:tcPr>
          <w:p w14:paraId="5B179AD0" w14:textId="77777777" w:rsidR="00AA22E7" w:rsidRDefault="00AA22E7" w:rsidP="00AA22E7"/>
        </w:tc>
      </w:tr>
      <w:tr w:rsidR="00AA22E7" w14:paraId="0E57FA1D" w14:textId="77777777" w:rsidTr="00AA22E7">
        <w:tc>
          <w:tcPr>
            <w:tcW w:w="460" w:type="dxa"/>
          </w:tcPr>
          <w:p w14:paraId="19D3F62D" w14:textId="7392DE96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36</w:t>
            </w:r>
          </w:p>
        </w:tc>
        <w:tc>
          <w:tcPr>
            <w:tcW w:w="752" w:type="dxa"/>
          </w:tcPr>
          <w:p w14:paraId="7397D01F" w14:textId="77777777" w:rsidR="00AA22E7" w:rsidRDefault="00AA22E7" w:rsidP="00AA22E7"/>
        </w:tc>
        <w:tc>
          <w:tcPr>
            <w:tcW w:w="2321" w:type="dxa"/>
          </w:tcPr>
          <w:p w14:paraId="221822CF" w14:textId="77777777" w:rsidR="00AA22E7" w:rsidRDefault="00AA22E7" w:rsidP="00AA22E7"/>
        </w:tc>
        <w:tc>
          <w:tcPr>
            <w:tcW w:w="1565" w:type="dxa"/>
          </w:tcPr>
          <w:p w14:paraId="12FC2842" w14:textId="77777777" w:rsidR="00AA22E7" w:rsidRDefault="00AA22E7" w:rsidP="00AA22E7"/>
        </w:tc>
        <w:tc>
          <w:tcPr>
            <w:tcW w:w="655" w:type="dxa"/>
          </w:tcPr>
          <w:p w14:paraId="6EA12345" w14:textId="77777777" w:rsidR="00AA22E7" w:rsidRDefault="00AA22E7" w:rsidP="00AA22E7"/>
        </w:tc>
        <w:tc>
          <w:tcPr>
            <w:tcW w:w="963" w:type="dxa"/>
          </w:tcPr>
          <w:p w14:paraId="36D31038" w14:textId="77777777" w:rsidR="00AA22E7" w:rsidRDefault="00AA22E7" w:rsidP="00AA22E7"/>
        </w:tc>
        <w:tc>
          <w:tcPr>
            <w:tcW w:w="834" w:type="dxa"/>
          </w:tcPr>
          <w:p w14:paraId="5A21FB73" w14:textId="77777777" w:rsidR="00AA22E7" w:rsidRDefault="00AA22E7" w:rsidP="00AA22E7"/>
        </w:tc>
        <w:tc>
          <w:tcPr>
            <w:tcW w:w="1080" w:type="dxa"/>
          </w:tcPr>
          <w:p w14:paraId="64B85313" w14:textId="77777777" w:rsidR="00AA22E7" w:rsidRDefault="00AA22E7" w:rsidP="00AA22E7"/>
        </w:tc>
      </w:tr>
      <w:tr w:rsidR="00AA22E7" w14:paraId="7630196D" w14:textId="77777777" w:rsidTr="00AA22E7">
        <w:tc>
          <w:tcPr>
            <w:tcW w:w="460" w:type="dxa"/>
          </w:tcPr>
          <w:p w14:paraId="4C50878D" w14:textId="0618A3F9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37</w:t>
            </w:r>
          </w:p>
        </w:tc>
        <w:tc>
          <w:tcPr>
            <w:tcW w:w="752" w:type="dxa"/>
          </w:tcPr>
          <w:p w14:paraId="486D1918" w14:textId="77777777" w:rsidR="00AA22E7" w:rsidRDefault="00AA22E7" w:rsidP="00AA22E7"/>
        </w:tc>
        <w:tc>
          <w:tcPr>
            <w:tcW w:w="2321" w:type="dxa"/>
          </w:tcPr>
          <w:p w14:paraId="1C6884A3" w14:textId="77777777" w:rsidR="00AA22E7" w:rsidRDefault="00AA22E7" w:rsidP="00AA22E7"/>
        </w:tc>
        <w:tc>
          <w:tcPr>
            <w:tcW w:w="1565" w:type="dxa"/>
          </w:tcPr>
          <w:p w14:paraId="70B52FAA" w14:textId="77777777" w:rsidR="00AA22E7" w:rsidRDefault="00AA22E7" w:rsidP="00AA22E7"/>
        </w:tc>
        <w:tc>
          <w:tcPr>
            <w:tcW w:w="655" w:type="dxa"/>
          </w:tcPr>
          <w:p w14:paraId="71F26D6A" w14:textId="77777777" w:rsidR="00AA22E7" w:rsidRDefault="00AA22E7" w:rsidP="00AA22E7"/>
        </w:tc>
        <w:tc>
          <w:tcPr>
            <w:tcW w:w="963" w:type="dxa"/>
          </w:tcPr>
          <w:p w14:paraId="7C5C61A2" w14:textId="77777777" w:rsidR="00AA22E7" w:rsidRDefault="00AA22E7" w:rsidP="00AA22E7"/>
        </w:tc>
        <w:tc>
          <w:tcPr>
            <w:tcW w:w="834" w:type="dxa"/>
          </w:tcPr>
          <w:p w14:paraId="7F1A73DE" w14:textId="77777777" w:rsidR="00AA22E7" w:rsidRDefault="00AA22E7" w:rsidP="00AA22E7"/>
        </w:tc>
        <w:tc>
          <w:tcPr>
            <w:tcW w:w="1080" w:type="dxa"/>
          </w:tcPr>
          <w:p w14:paraId="34DBFAC5" w14:textId="77777777" w:rsidR="00AA22E7" w:rsidRDefault="00AA22E7" w:rsidP="00AA22E7"/>
        </w:tc>
      </w:tr>
      <w:tr w:rsidR="00AA22E7" w14:paraId="50B878EE" w14:textId="77777777" w:rsidTr="00AA22E7">
        <w:tc>
          <w:tcPr>
            <w:tcW w:w="460" w:type="dxa"/>
          </w:tcPr>
          <w:p w14:paraId="350A8E54" w14:textId="00E9C413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38</w:t>
            </w:r>
          </w:p>
        </w:tc>
        <w:tc>
          <w:tcPr>
            <w:tcW w:w="752" w:type="dxa"/>
          </w:tcPr>
          <w:p w14:paraId="7103072D" w14:textId="77777777" w:rsidR="00AA22E7" w:rsidRDefault="00AA22E7" w:rsidP="00AA22E7"/>
        </w:tc>
        <w:tc>
          <w:tcPr>
            <w:tcW w:w="2321" w:type="dxa"/>
          </w:tcPr>
          <w:p w14:paraId="1C37414F" w14:textId="77777777" w:rsidR="00AA22E7" w:rsidRDefault="00AA22E7" w:rsidP="00AA22E7"/>
        </w:tc>
        <w:tc>
          <w:tcPr>
            <w:tcW w:w="1565" w:type="dxa"/>
          </w:tcPr>
          <w:p w14:paraId="0ED14633" w14:textId="77777777" w:rsidR="00AA22E7" w:rsidRDefault="00AA22E7" w:rsidP="00AA22E7"/>
        </w:tc>
        <w:tc>
          <w:tcPr>
            <w:tcW w:w="655" w:type="dxa"/>
          </w:tcPr>
          <w:p w14:paraId="0D7EC57B" w14:textId="77777777" w:rsidR="00AA22E7" w:rsidRDefault="00AA22E7" w:rsidP="00AA22E7"/>
        </w:tc>
        <w:tc>
          <w:tcPr>
            <w:tcW w:w="963" w:type="dxa"/>
          </w:tcPr>
          <w:p w14:paraId="536AC6F1" w14:textId="77777777" w:rsidR="00AA22E7" w:rsidRDefault="00AA22E7" w:rsidP="00AA22E7"/>
        </w:tc>
        <w:tc>
          <w:tcPr>
            <w:tcW w:w="834" w:type="dxa"/>
          </w:tcPr>
          <w:p w14:paraId="425EDB6D" w14:textId="77777777" w:rsidR="00AA22E7" w:rsidRDefault="00AA22E7" w:rsidP="00AA22E7"/>
        </w:tc>
        <w:tc>
          <w:tcPr>
            <w:tcW w:w="1080" w:type="dxa"/>
          </w:tcPr>
          <w:p w14:paraId="4C14B033" w14:textId="77777777" w:rsidR="00AA22E7" w:rsidRDefault="00AA22E7" w:rsidP="00AA22E7"/>
        </w:tc>
      </w:tr>
      <w:tr w:rsidR="00AA22E7" w14:paraId="6AE003CC" w14:textId="77777777" w:rsidTr="00AA22E7">
        <w:tc>
          <w:tcPr>
            <w:tcW w:w="460" w:type="dxa"/>
          </w:tcPr>
          <w:p w14:paraId="3E7D44FA" w14:textId="49C7C3E4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39</w:t>
            </w:r>
          </w:p>
        </w:tc>
        <w:tc>
          <w:tcPr>
            <w:tcW w:w="752" w:type="dxa"/>
          </w:tcPr>
          <w:p w14:paraId="66CBEDBB" w14:textId="77777777" w:rsidR="00AA22E7" w:rsidRDefault="00AA22E7" w:rsidP="00AA22E7"/>
        </w:tc>
        <w:tc>
          <w:tcPr>
            <w:tcW w:w="2321" w:type="dxa"/>
          </w:tcPr>
          <w:p w14:paraId="386C00A4" w14:textId="77777777" w:rsidR="00AA22E7" w:rsidRDefault="00AA22E7" w:rsidP="00AA22E7"/>
        </w:tc>
        <w:tc>
          <w:tcPr>
            <w:tcW w:w="1565" w:type="dxa"/>
          </w:tcPr>
          <w:p w14:paraId="22616806" w14:textId="77777777" w:rsidR="00AA22E7" w:rsidRDefault="00AA22E7" w:rsidP="00AA22E7"/>
        </w:tc>
        <w:tc>
          <w:tcPr>
            <w:tcW w:w="655" w:type="dxa"/>
          </w:tcPr>
          <w:p w14:paraId="0DE07CDC" w14:textId="77777777" w:rsidR="00AA22E7" w:rsidRDefault="00AA22E7" w:rsidP="00AA22E7"/>
        </w:tc>
        <w:tc>
          <w:tcPr>
            <w:tcW w:w="963" w:type="dxa"/>
          </w:tcPr>
          <w:p w14:paraId="7822ACC1" w14:textId="77777777" w:rsidR="00AA22E7" w:rsidRDefault="00AA22E7" w:rsidP="00AA22E7"/>
        </w:tc>
        <w:tc>
          <w:tcPr>
            <w:tcW w:w="834" w:type="dxa"/>
          </w:tcPr>
          <w:p w14:paraId="654A6817" w14:textId="77777777" w:rsidR="00AA22E7" w:rsidRDefault="00AA22E7" w:rsidP="00AA22E7"/>
        </w:tc>
        <w:tc>
          <w:tcPr>
            <w:tcW w:w="1080" w:type="dxa"/>
          </w:tcPr>
          <w:p w14:paraId="72881D7C" w14:textId="77777777" w:rsidR="00AA22E7" w:rsidRDefault="00AA22E7" w:rsidP="00AA22E7"/>
        </w:tc>
      </w:tr>
      <w:tr w:rsidR="00AA22E7" w14:paraId="399B9751" w14:textId="77777777" w:rsidTr="00AA22E7">
        <w:tc>
          <w:tcPr>
            <w:tcW w:w="460" w:type="dxa"/>
          </w:tcPr>
          <w:p w14:paraId="15A4B0D6" w14:textId="5C97C5C6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40</w:t>
            </w:r>
          </w:p>
        </w:tc>
        <w:tc>
          <w:tcPr>
            <w:tcW w:w="752" w:type="dxa"/>
          </w:tcPr>
          <w:p w14:paraId="6A20CB52" w14:textId="77777777" w:rsidR="00AA22E7" w:rsidRDefault="00AA22E7" w:rsidP="00AA22E7"/>
        </w:tc>
        <w:tc>
          <w:tcPr>
            <w:tcW w:w="2321" w:type="dxa"/>
          </w:tcPr>
          <w:p w14:paraId="0724F0DE" w14:textId="77777777" w:rsidR="00AA22E7" w:rsidRDefault="00AA22E7" w:rsidP="00AA22E7"/>
        </w:tc>
        <w:tc>
          <w:tcPr>
            <w:tcW w:w="1565" w:type="dxa"/>
          </w:tcPr>
          <w:p w14:paraId="2F393397" w14:textId="77777777" w:rsidR="00AA22E7" w:rsidRDefault="00AA22E7" w:rsidP="00AA22E7"/>
        </w:tc>
        <w:tc>
          <w:tcPr>
            <w:tcW w:w="655" w:type="dxa"/>
          </w:tcPr>
          <w:p w14:paraId="407CF183" w14:textId="77777777" w:rsidR="00AA22E7" w:rsidRDefault="00AA22E7" w:rsidP="00AA22E7"/>
        </w:tc>
        <w:tc>
          <w:tcPr>
            <w:tcW w:w="963" w:type="dxa"/>
          </w:tcPr>
          <w:p w14:paraId="1449F746" w14:textId="77777777" w:rsidR="00AA22E7" w:rsidRDefault="00AA22E7" w:rsidP="00AA22E7"/>
        </w:tc>
        <w:tc>
          <w:tcPr>
            <w:tcW w:w="834" w:type="dxa"/>
          </w:tcPr>
          <w:p w14:paraId="749FF33F" w14:textId="77777777" w:rsidR="00AA22E7" w:rsidRDefault="00AA22E7" w:rsidP="00AA22E7"/>
        </w:tc>
        <w:tc>
          <w:tcPr>
            <w:tcW w:w="1080" w:type="dxa"/>
          </w:tcPr>
          <w:p w14:paraId="3743A848" w14:textId="77777777" w:rsidR="00AA22E7" w:rsidRDefault="00AA22E7" w:rsidP="00AA22E7"/>
        </w:tc>
      </w:tr>
      <w:tr w:rsidR="00AA22E7" w14:paraId="422FDC01" w14:textId="77777777" w:rsidTr="00AA22E7">
        <w:tc>
          <w:tcPr>
            <w:tcW w:w="460" w:type="dxa"/>
          </w:tcPr>
          <w:p w14:paraId="04FB16A3" w14:textId="035A1C3A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41</w:t>
            </w:r>
          </w:p>
        </w:tc>
        <w:tc>
          <w:tcPr>
            <w:tcW w:w="752" w:type="dxa"/>
          </w:tcPr>
          <w:p w14:paraId="2FA01DA5" w14:textId="77777777" w:rsidR="00AA22E7" w:rsidRDefault="00AA22E7" w:rsidP="00AA22E7"/>
        </w:tc>
        <w:tc>
          <w:tcPr>
            <w:tcW w:w="2321" w:type="dxa"/>
          </w:tcPr>
          <w:p w14:paraId="2C9DFFC9" w14:textId="77777777" w:rsidR="00AA22E7" w:rsidRDefault="00AA22E7" w:rsidP="00AA22E7"/>
        </w:tc>
        <w:tc>
          <w:tcPr>
            <w:tcW w:w="1565" w:type="dxa"/>
          </w:tcPr>
          <w:p w14:paraId="446A8861" w14:textId="77777777" w:rsidR="00AA22E7" w:rsidRDefault="00AA22E7" w:rsidP="00AA22E7"/>
        </w:tc>
        <w:tc>
          <w:tcPr>
            <w:tcW w:w="655" w:type="dxa"/>
          </w:tcPr>
          <w:p w14:paraId="45FEBA38" w14:textId="77777777" w:rsidR="00AA22E7" w:rsidRDefault="00AA22E7" w:rsidP="00AA22E7"/>
        </w:tc>
        <w:tc>
          <w:tcPr>
            <w:tcW w:w="963" w:type="dxa"/>
          </w:tcPr>
          <w:p w14:paraId="583ACD09" w14:textId="77777777" w:rsidR="00AA22E7" w:rsidRDefault="00AA22E7" w:rsidP="00AA22E7"/>
        </w:tc>
        <w:tc>
          <w:tcPr>
            <w:tcW w:w="834" w:type="dxa"/>
          </w:tcPr>
          <w:p w14:paraId="62D8B22D" w14:textId="77777777" w:rsidR="00AA22E7" w:rsidRDefault="00AA22E7" w:rsidP="00AA22E7"/>
        </w:tc>
        <w:tc>
          <w:tcPr>
            <w:tcW w:w="1080" w:type="dxa"/>
          </w:tcPr>
          <w:p w14:paraId="2E38555F" w14:textId="77777777" w:rsidR="00AA22E7" w:rsidRDefault="00AA22E7" w:rsidP="00AA22E7"/>
        </w:tc>
      </w:tr>
      <w:tr w:rsidR="00AA22E7" w14:paraId="13C89BD3" w14:textId="77777777" w:rsidTr="00AA22E7">
        <w:tc>
          <w:tcPr>
            <w:tcW w:w="460" w:type="dxa"/>
          </w:tcPr>
          <w:p w14:paraId="14838C53" w14:textId="29F4AA80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42</w:t>
            </w:r>
          </w:p>
        </w:tc>
        <w:tc>
          <w:tcPr>
            <w:tcW w:w="752" w:type="dxa"/>
          </w:tcPr>
          <w:p w14:paraId="15AB13B6" w14:textId="77777777" w:rsidR="00AA22E7" w:rsidRDefault="00AA22E7" w:rsidP="00AA22E7"/>
        </w:tc>
        <w:tc>
          <w:tcPr>
            <w:tcW w:w="2321" w:type="dxa"/>
          </w:tcPr>
          <w:p w14:paraId="5F1FF280" w14:textId="77777777" w:rsidR="00AA22E7" w:rsidRDefault="00AA22E7" w:rsidP="00AA22E7"/>
        </w:tc>
        <w:tc>
          <w:tcPr>
            <w:tcW w:w="1565" w:type="dxa"/>
          </w:tcPr>
          <w:p w14:paraId="67A6F9FB" w14:textId="77777777" w:rsidR="00AA22E7" w:rsidRDefault="00AA22E7" w:rsidP="00AA22E7"/>
        </w:tc>
        <w:tc>
          <w:tcPr>
            <w:tcW w:w="655" w:type="dxa"/>
          </w:tcPr>
          <w:p w14:paraId="0BD0F817" w14:textId="77777777" w:rsidR="00AA22E7" w:rsidRDefault="00AA22E7" w:rsidP="00AA22E7"/>
        </w:tc>
        <w:tc>
          <w:tcPr>
            <w:tcW w:w="963" w:type="dxa"/>
          </w:tcPr>
          <w:p w14:paraId="6ACA3F07" w14:textId="77777777" w:rsidR="00AA22E7" w:rsidRDefault="00AA22E7" w:rsidP="00AA22E7"/>
        </w:tc>
        <w:tc>
          <w:tcPr>
            <w:tcW w:w="834" w:type="dxa"/>
          </w:tcPr>
          <w:p w14:paraId="6BE0E3FB" w14:textId="77777777" w:rsidR="00AA22E7" w:rsidRDefault="00AA22E7" w:rsidP="00AA22E7"/>
        </w:tc>
        <w:tc>
          <w:tcPr>
            <w:tcW w:w="1080" w:type="dxa"/>
          </w:tcPr>
          <w:p w14:paraId="2D96F884" w14:textId="77777777" w:rsidR="00AA22E7" w:rsidRDefault="00AA22E7" w:rsidP="00AA22E7"/>
        </w:tc>
      </w:tr>
      <w:tr w:rsidR="00AA22E7" w14:paraId="300DAF37" w14:textId="77777777" w:rsidTr="00AA22E7">
        <w:tc>
          <w:tcPr>
            <w:tcW w:w="460" w:type="dxa"/>
          </w:tcPr>
          <w:p w14:paraId="68ADA489" w14:textId="1D2C9870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43</w:t>
            </w:r>
          </w:p>
        </w:tc>
        <w:tc>
          <w:tcPr>
            <w:tcW w:w="752" w:type="dxa"/>
          </w:tcPr>
          <w:p w14:paraId="688E13CD" w14:textId="77777777" w:rsidR="00AA22E7" w:rsidRDefault="00AA22E7" w:rsidP="00AA22E7"/>
        </w:tc>
        <w:tc>
          <w:tcPr>
            <w:tcW w:w="2321" w:type="dxa"/>
          </w:tcPr>
          <w:p w14:paraId="2D9A9F3A" w14:textId="77777777" w:rsidR="00AA22E7" w:rsidRDefault="00AA22E7" w:rsidP="00AA22E7"/>
        </w:tc>
        <w:tc>
          <w:tcPr>
            <w:tcW w:w="1565" w:type="dxa"/>
          </w:tcPr>
          <w:p w14:paraId="1FDB424C" w14:textId="77777777" w:rsidR="00AA22E7" w:rsidRDefault="00AA22E7" w:rsidP="00AA22E7"/>
        </w:tc>
        <w:tc>
          <w:tcPr>
            <w:tcW w:w="655" w:type="dxa"/>
          </w:tcPr>
          <w:p w14:paraId="398B295D" w14:textId="77777777" w:rsidR="00AA22E7" w:rsidRDefault="00AA22E7" w:rsidP="00AA22E7"/>
        </w:tc>
        <w:tc>
          <w:tcPr>
            <w:tcW w:w="963" w:type="dxa"/>
          </w:tcPr>
          <w:p w14:paraId="2ABEA0C4" w14:textId="77777777" w:rsidR="00AA22E7" w:rsidRDefault="00AA22E7" w:rsidP="00AA22E7"/>
        </w:tc>
        <w:tc>
          <w:tcPr>
            <w:tcW w:w="834" w:type="dxa"/>
          </w:tcPr>
          <w:p w14:paraId="6E2A39B8" w14:textId="77777777" w:rsidR="00AA22E7" w:rsidRDefault="00AA22E7" w:rsidP="00AA22E7"/>
        </w:tc>
        <w:tc>
          <w:tcPr>
            <w:tcW w:w="1080" w:type="dxa"/>
          </w:tcPr>
          <w:p w14:paraId="64F542B9" w14:textId="77777777" w:rsidR="00AA22E7" w:rsidRDefault="00AA22E7" w:rsidP="00AA22E7"/>
        </w:tc>
      </w:tr>
      <w:tr w:rsidR="00AA22E7" w14:paraId="2186EE03" w14:textId="77777777" w:rsidTr="00AA22E7">
        <w:tc>
          <w:tcPr>
            <w:tcW w:w="460" w:type="dxa"/>
          </w:tcPr>
          <w:p w14:paraId="21D367C0" w14:textId="14915CB9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44</w:t>
            </w:r>
          </w:p>
        </w:tc>
        <w:tc>
          <w:tcPr>
            <w:tcW w:w="752" w:type="dxa"/>
          </w:tcPr>
          <w:p w14:paraId="463FE55A" w14:textId="77777777" w:rsidR="00AA22E7" w:rsidRDefault="00AA22E7" w:rsidP="00AA22E7"/>
        </w:tc>
        <w:tc>
          <w:tcPr>
            <w:tcW w:w="2321" w:type="dxa"/>
          </w:tcPr>
          <w:p w14:paraId="1C4E74CE" w14:textId="77777777" w:rsidR="00AA22E7" w:rsidRDefault="00AA22E7" w:rsidP="00AA22E7"/>
        </w:tc>
        <w:tc>
          <w:tcPr>
            <w:tcW w:w="1565" w:type="dxa"/>
          </w:tcPr>
          <w:p w14:paraId="08E3C4C7" w14:textId="77777777" w:rsidR="00AA22E7" w:rsidRDefault="00AA22E7" w:rsidP="00AA22E7"/>
        </w:tc>
        <w:tc>
          <w:tcPr>
            <w:tcW w:w="655" w:type="dxa"/>
          </w:tcPr>
          <w:p w14:paraId="2500B3C7" w14:textId="77777777" w:rsidR="00AA22E7" w:rsidRDefault="00AA22E7" w:rsidP="00AA22E7"/>
        </w:tc>
        <w:tc>
          <w:tcPr>
            <w:tcW w:w="963" w:type="dxa"/>
          </w:tcPr>
          <w:p w14:paraId="26FD9696" w14:textId="77777777" w:rsidR="00AA22E7" w:rsidRDefault="00AA22E7" w:rsidP="00AA22E7"/>
        </w:tc>
        <w:tc>
          <w:tcPr>
            <w:tcW w:w="834" w:type="dxa"/>
          </w:tcPr>
          <w:p w14:paraId="6986C24B" w14:textId="77777777" w:rsidR="00AA22E7" w:rsidRDefault="00AA22E7" w:rsidP="00AA22E7"/>
        </w:tc>
        <w:tc>
          <w:tcPr>
            <w:tcW w:w="1080" w:type="dxa"/>
          </w:tcPr>
          <w:p w14:paraId="71D8B439" w14:textId="77777777" w:rsidR="00AA22E7" w:rsidRDefault="00AA22E7" w:rsidP="00AA22E7"/>
        </w:tc>
      </w:tr>
      <w:tr w:rsidR="00AA22E7" w14:paraId="1AAC9428" w14:textId="77777777" w:rsidTr="00AA22E7">
        <w:tc>
          <w:tcPr>
            <w:tcW w:w="460" w:type="dxa"/>
          </w:tcPr>
          <w:p w14:paraId="6CF0EC97" w14:textId="13674933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45</w:t>
            </w:r>
          </w:p>
        </w:tc>
        <w:tc>
          <w:tcPr>
            <w:tcW w:w="752" w:type="dxa"/>
          </w:tcPr>
          <w:p w14:paraId="71B14DD8" w14:textId="77777777" w:rsidR="00AA22E7" w:rsidRDefault="00AA22E7" w:rsidP="00AA22E7"/>
        </w:tc>
        <w:tc>
          <w:tcPr>
            <w:tcW w:w="2321" w:type="dxa"/>
          </w:tcPr>
          <w:p w14:paraId="3A045460" w14:textId="77777777" w:rsidR="00AA22E7" w:rsidRDefault="00AA22E7" w:rsidP="00AA22E7"/>
        </w:tc>
        <w:tc>
          <w:tcPr>
            <w:tcW w:w="1565" w:type="dxa"/>
          </w:tcPr>
          <w:p w14:paraId="5325B8EC" w14:textId="77777777" w:rsidR="00AA22E7" w:rsidRDefault="00AA22E7" w:rsidP="00AA22E7"/>
        </w:tc>
        <w:tc>
          <w:tcPr>
            <w:tcW w:w="655" w:type="dxa"/>
          </w:tcPr>
          <w:p w14:paraId="69340B9A" w14:textId="77777777" w:rsidR="00AA22E7" w:rsidRDefault="00AA22E7" w:rsidP="00AA22E7"/>
        </w:tc>
        <w:tc>
          <w:tcPr>
            <w:tcW w:w="963" w:type="dxa"/>
          </w:tcPr>
          <w:p w14:paraId="0CADF2EF" w14:textId="77777777" w:rsidR="00AA22E7" w:rsidRDefault="00AA22E7" w:rsidP="00AA22E7"/>
        </w:tc>
        <w:tc>
          <w:tcPr>
            <w:tcW w:w="834" w:type="dxa"/>
          </w:tcPr>
          <w:p w14:paraId="084D6217" w14:textId="77777777" w:rsidR="00AA22E7" w:rsidRDefault="00AA22E7" w:rsidP="00AA22E7"/>
        </w:tc>
        <w:tc>
          <w:tcPr>
            <w:tcW w:w="1080" w:type="dxa"/>
          </w:tcPr>
          <w:p w14:paraId="1BB8C6BA" w14:textId="77777777" w:rsidR="00AA22E7" w:rsidRDefault="00AA22E7" w:rsidP="00AA22E7"/>
        </w:tc>
      </w:tr>
      <w:tr w:rsidR="00AA22E7" w14:paraId="4902A5B2" w14:textId="77777777" w:rsidTr="00AA22E7">
        <w:tc>
          <w:tcPr>
            <w:tcW w:w="460" w:type="dxa"/>
          </w:tcPr>
          <w:p w14:paraId="5197DC19" w14:textId="6A16C5B0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46</w:t>
            </w:r>
          </w:p>
        </w:tc>
        <w:tc>
          <w:tcPr>
            <w:tcW w:w="752" w:type="dxa"/>
          </w:tcPr>
          <w:p w14:paraId="49E39687" w14:textId="77777777" w:rsidR="00AA22E7" w:rsidRDefault="00AA22E7" w:rsidP="00AA22E7"/>
        </w:tc>
        <w:tc>
          <w:tcPr>
            <w:tcW w:w="2321" w:type="dxa"/>
          </w:tcPr>
          <w:p w14:paraId="3B12A504" w14:textId="77777777" w:rsidR="00AA22E7" w:rsidRDefault="00AA22E7" w:rsidP="00AA22E7"/>
        </w:tc>
        <w:tc>
          <w:tcPr>
            <w:tcW w:w="1565" w:type="dxa"/>
          </w:tcPr>
          <w:p w14:paraId="55515A7A" w14:textId="77777777" w:rsidR="00AA22E7" w:rsidRDefault="00AA22E7" w:rsidP="00AA22E7"/>
        </w:tc>
        <w:tc>
          <w:tcPr>
            <w:tcW w:w="655" w:type="dxa"/>
          </w:tcPr>
          <w:p w14:paraId="2D08D3DC" w14:textId="77777777" w:rsidR="00AA22E7" w:rsidRDefault="00AA22E7" w:rsidP="00AA22E7"/>
        </w:tc>
        <w:tc>
          <w:tcPr>
            <w:tcW w:w="963" w:type="dxa"/>
          </w:tcPr>
          <w:p w14:paraId="46B47B15" w14:textId="77777777" w:rsidR="00AA22E7" w:rsidRDefault="00AA22E7" w:rsidP="00AA22E7"/>
        </w:tc>
        <w:tc>
          <w:tcPr>
            <w:tcW w:w="834" w:type="dxa"/>
          </w:tcPr>
          <w:p w14:paraId="14E2BE81" w14:textId="77777777" w:rsidR="00AA22E7" w:rsidRDefault="00AA22E7" w:rsidP="00AA22E7"/>
        </w:tc>
        <w:tc>
          <w:tcPr>
            <w:tcW w:w="1080" w:type="dxa"/>
          </w:tcPr>
          <w:p w14:paraId="59B32797" w14:textId="77777777" w:rsidR="00AA22E7" w:rsidRDefault="00AA22E7" w:rsidP="00AA22E7"/>
        </w:tc>
      </w:tr>
      <w:tr w:rsidR="00AA22E7" w14:paraId="0B07D108" w14:textId="77777777" w:rsidTr="00AA22E7">
        <w:tc>
          <w:tcPr>
            <w:tcW w:w="460" w:type="dxa"/>
          </w:tcPr>
          <w:p w14:paraId="60BBA510" w14:textId="6622CD0F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47</w:t>
            </w:r>
          </w:p>
        </w:tc>
        <w:tc>
          <w:tcPr>
            <w:tcW w:w="752" w:type="dxa"/>
          </w:tcPr>
          <w:p w14:paraId="19B82EC8" w14:textId="77777777" w:rsidR="00AA22E7" w:rsidRDefault="00AA22E7" w:rsidP="00AA22E7"/>
        </w:tc>
        <w:tc>
          <w:tcPr>
            <w:tcW w:w="2321" w:type="dxa"/>
          </w:tcPr>
          <w:p w14:paraId="49E76B93" w14:textId="77777777" w:rsidR="00AA22E7" w:rsidRDefault="00AA22E7" w:rsidP="00AA22E7"/>
        </w:tc>
        <w:tc>
          <w:tcPr>
            <w:tcW w:w="1565" w:type="dxa"/>
          </w:tcPr>
          <w:p w14:paraId="4E16B3BA" w14:textId="77777777" w:rsidR="00AA22E7" w:rsidRDefault="00AA22E7" w:rsidP="00AA22E7"/>
        </w:tc>
        <w:tc>
          <w:tcPr>
            <w:tcW w:w="655" w:type="dxa"/>
          </w:tcPr>
          <w:p w14:paraId="57F9D1CB" w14:textId="77777777" w:rsidR="00AA22E7" w:rsidRDefault="00AA22E7" w:rsidP="00AA22E7"/>
        </w:tc>
        <w:tc>
          <w:tcPr>
            <w:tcW w:w="963" w:type="dxa"/>
          </w:tcPr>
          <w:p w14:paraId="25F22FD1" w14:textId="77777777" w:rsidR="00AA22E7" w:rsidRDefault="00AA22E7" w:rsidP="00AA22E7"/>
        </w:tc>
        <w:tc>
          <w:tcPr>
            <w:tcW w:w="834" w:type="dxa"/>
          </w:tcPr>
          <w:p w14:paraId="57211AF3" w14:textId="77777777" w:rsidR="00AA22E7" w:rsidRDefault="00AA22E7" w:rsidP="00AA22E7"/>
        </w:tc>
        <w:tc>
          <w:tcPr>
            <w:tcW w:w="1080" w:type="dxa"/>
          </w:tcPr>
          <w:p w14:paraId="2C13B4B2" w14:textId="77777777" w:rsidR="00AA22E7" w:rsidRDefault="00AA22E7" w:rsidP="00AA22E7"/>
        </w:tc>
      </w:tr>
      <w:tr w:rsidR="00AA22E7" w14:paraId="736E8E2C" w14:textId="77777777" w:rsidTr="00AA22E7">
        <w:tc>
          <w:tcPr>
            <w:tcW w:w="460" w:type="dxa"/>
          </w:tcPr>
          <w:p w14:paraId="63D374C5" w14:textId="071D82B5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48</w:t>
            </w:r>
          </w:p>
        </w:tc>
        <w:tc>
          <w:tcPr>
            <w:tcW w:w="752" w:type="dxa"/>
          </w:tcPr>
          <w:p w14:paraId="42339B88" w14:textId="77777777" w:rsidR="00AA22E7" w:rsidRDefault="00AA22E7" w:rsidP="00AA22E7"/>
        </w:tc>
        <w:tc>
          <w:tcPr>
            <w:tcW w:w="2321" w:type="dxa"/>
          </w:tcPr>
          <w:p w14:paraId="50E294CF" w14:textId="77777777" w:rsidR="00AA22E7" w:rsidRDefault="00AA22E7" w:rsidP="00AA22E7"/>
        </w:tc>
        <w:tc>
          <w:tcPr>
            <w:tcW w:w="1565" w:type="dxa"/>
          </w:tcPr>
          <w:p w14:paraId="1F73B253" w14:textId="77777777" w:rsidR="00AA22E7" w:rsidRDefault="00AA22E7" w:rsidP="00AA22E7"/>
        </w:tc>
        <w:tc>
          <w:tcPr>
            <w:tcW w:w="655" w:type="dxa"/>
          </w:tcPr>
          <w:p w14:paraId="348CEDEC" w14:textId="77777777" w:rsidR="00AA22E7" w:rsidRDefault="00AA22E7" w:rsidP="00AA22E7"/>
        </w:tc>
        <w:tc>
          <w:tcPr>
            <w:tcW w:w="963" w:type="dxa"/>
          </w:tcPr>
          <w:p w14:paraId="1D90536C" w14:textId="77777777" w:rsidR="00AA22E7" w:rsidRDefault="00AA22E7" w:rsidP="00AA22E7"/>
        </w:tc>
        <w:tc>
          <w:tcPr>
            <w:tcW w:w="834" w:type="dxa"/>
          </w:tcPr>
          <w:p w14:paraId="44DD2429" w14:textId="77777777" w:rsidR="00AA22E7" w:rsidRDefault="00AA22E7" w:rsidP="00AA22E7"/>
        </w:tc>
        <w:tc>
          <w:tcPr>
            <w:tcW w:w="1080" w:type="dxa"/>
          </w:tcPr>
          <w:p w14:paraId="72C10F22" w14:textId="77777777" w:rsidR="00AA22E7" w:rsidRDefault="00AA22E7" w:rsidP="00AA22E7"/>
        </w:tc>
      </w:tr>
      <w:tr w:rsidR="00AA22E7" w14:paraId="67F22703" w14:textId="77777777" w:rsidTr="00AA22E7">
        <w:tc>
          <w:tcPr>
            <w:tcW w:w="460" w:type="dxa"/>
          </w:tcPr>
          <w:p w14:paraId="3C4F3058" w14:textId="4068D212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49</w:t>
            </w:r>
          </w:p>
        </w:tc>
        <w:tc>
          <w:tcPr>
            <w:tcW w:w="752" w:type="dxa"/>
          </w:tcPr>
          <w:p w14:paraId="44FE6F65" w14:textId="77777777" w:rsidR="00AA22E7" w:rsidRDefault="00AA22E7" w:rsidP="00AA22E7"/>
        </w:tc>
        <w:tc>
          <w:tcPr>
            <w:tcW w:w="2321" w:type="dxa"/>
          </w:tcPr>
          <w:p w14:paraId="70043DD8" w14:textId="77777777" w:rsidR="00AA22E7" w:rsidRDefault="00AA22E7" w:rsidP="00AA22E7"/>
        </w:tc>
        <w:tc>
          <w:tcPr>
            <w:tcW w:w="1565" w:type="dxa"/>
          </w:tcPr>
          <w:p w14:paraId="6DC58499" w14:textId="77777777" w:rsidR="00AA22E7" w:rsidRDefault="00AA22E7" w:rsidP="00AA22E7"/>
        </w:tc>
        <w:tc>
          <w:tcPr>
            <w:tcW w:w="655" w:type="dxa"/>
          </w:tcPr>
          <w:p w14:paraId="4D7CC89C" w14:textId="77777777" w:rsidR="00AA22E7" w:rsidRDefault="00AA22E7" w:rsidP="00AA22E7"/>
        </w:tc>
        <w:tc>
          <w:tcPr>
            <w:tcW w:w="963" w:type="dxa"/>
          </w:tcPr>
          <w:p w14:paraId="4728D938" w14:textId="77777777" w:rsidR="00AA22E7" w:rsidRDefault="00AA22E7" w:rsidP="00AA22E7"/>
        </w:tc>
        <w:tc>
          <w:tcPr>
            <w:tcW w:w="834" w:type="dxa"/>
          </w:tcPr>
          <w:p w14:paraId="05221D4D" w14:textId="77777777" w:rsidR="00AA22E7" w:rsidRDefault="00AA22E7" w:rsidP="00AA22E7"/>
        </w:tc>
        <w:tc>
          <w:tcPr>
            <w:tcW w:w="1080" w:type="dxa"/>
          </w:tcPr>
          <w:p w14:paraId="08CAD24A" w14:textId="77777777" w:rsidR="00AA22E7" w:rsidRDefault="00AA22E7" w:rsidP="00AA22E7"/>
        </w:tc>
      </w:tr>
      <w:tr w:rsidR="00AA22E7" w14:paraId="156F5810" w14:textId="77777777" w:rsidTr="00AA22E7">
        <w:tc>
          <w:tcPr>
            <w:tcW w:w="460" w:type="dxa"/>
          </w:tcPr>
          <w:p w14:paraId="7DD7A640" w14:textId="147DF107" w:rsidR="00AA22E7" w:rsidRDefault="00AA22E7" w:rsidP="00AA22E7">
            <w:pPr>
              <w:rPr>
                <w:lang w:val="it-IT"/>
              </w:rPr>
            </w:pPr>
            <w:r>
              <w:rPr>
                <w:lang w:val="it-IT"/>
              </w:rPr>
              <w:t>50</w:t>
            </w:r>
          </w:p>
        </w:tc>
        <w:tc>
          <w:tcPr>
            <w:tcW w:w="752" w:type="dxa"/>
          </w:tcPr>
          <w:p w14:paraId="5511DA10" w14:textId="77777777" w:rsidR="00AA22E7" w:rsidRDefault="00AA22E7" w:rsidP="00AA22E7"/>
        </w:tc>
        <w:tc>
          <w:tcPr>
            <w:tcW w:w="2321" w:type="dxa"/>
          </w:tcPr>
          <w:p w14:paraId="28E7788C" w14:textId="77777777" w:rsidR="00AA22E7" w:rsidRDefault="00AA22E7" w:rsidP="00AA22E7"/>
        </w:tc>
        <w:tc>
          <w:tcPr>
            <w:tcW w:w="1565" w:type="dxa"/>
          </w:tcPr>
          <w:p w14:paraId="53085971" w14:textId="77777777" w:rsidR="00AA22E7" w:rsidRDefault="00AA22E7" w:rsidP="00AA22E7"/>
        </w:tc>
        <w:tc>
          <w:tcPr>
            <w:tcW w:w="655" w:type="dxa"/>
          </w:tcPr>
          <w:p w14:paraId="025C21F1" w14:textId="77777777" w:rsidR="00AA22E7" w:rsidRDefault="00AA22E7" w:rsidP="00AA22E7"/>
        </w:tc>
        <w:tc>
          <w:tcPr>
            <w:tcW w:w="963" w:type="dxa"/>
          </w:tcPr>
          <w:p w14:paraId="238EBE85" w14:textId="77777777" w:rsidR="00AA22E7" w:rsidRDefault="00AA22E7" w:rsidP="00AA22E7"/>
        </w:tc>
        <w:tc>
          <w:tcPr>
            <w:tcW w:w="834" w:type="dxa"/>
          </w:tcPr>
          <w:p w14:paraId="362FAEFD" w14:textId="77777777" w:rsidR="00AA22E7" w:rsidRDefault="00AA22E7" w:rsidP="00AA22E7"/>
        </w:tc>
        <w:tc>
          <w:tcPr>
            <w:tcW w:w="1080" w:type="dxa"/>
          </w:tcPr>
          <w:p w14:paraId="5E58F301" w14:textId="77777777" w:rsidR="00AA22E7" w:rsidRDefault="00AA22E7" w:rsidP="00AA22E7"/>
        </w:tc>
      </w:tr>
    </w:tbl>
    <w:p w14:paraId="46B22FBF" w14:textId="5504B7BF" w:rsidR="00CC1504" w:rsidRDefault="00CC1504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In caso di utilizzo di mezzi pubblici o a noleggio allegare copia dei documenti fiscali intestate al beneficiario del contributo e compilare la seguente tabella riepilogativa dei suddetti documenti allegati:</w:t>
      </w:r>
    </w:p>
    <w:p w14:paraId="68946817" w14:textId="77777777" w:rsidR="00CC1504" w:rsidRPr="00CC1504" w:rsidRDefault="00CC1504" w:rsidP="00CC1504">
      <w:pPr>
        <w:rPr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61"/>
        <w:gridCol w:w="1265"/>
        <w:gridCol w:w="2406"/>
        <w:gridCol w:w="1549"/>
        <w:gridCol w:w="1800"/>
        <w:gridCol w:w="1149"/>
      </w:tblGrid>
      <w:tr w:rsidR="00CC1504" w14:paraId="6B0082E8" w14:textId="0D2E82D4" w:rsidTr="00CC1504">
        <w:trPr>
          <w:jc w:val="center"/>
        </w:trPr>
        <w:tc>
          <w:tcPr>
            <w:tcW w:w="461" w:type="dxa"/>
            <w:shd w:val="clear" w:color="auto" w:fill="92D050"/>
          </w:tcPr>
          <w:p w14:paraId="1C7A41A0" w14:textId="72D456BD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1265" w:type="dxa"/>
            <w:shd w:val="clear" w:color="auto" w:fill="92D050"/>
          </w:tcPr>
          <w:p w14:paraId="193460A2" w14:textId="510F6989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 xml:space="preserve">Data </w:t>
            </w:r>
          </w:p>
        </w:tc>
        <w:tc>
          <w:tcPr>
            <w:tcW w:w="2406" w:type="dxa"/>
            <w:shd w:val="clear" w:color="auto" w:fill="92D050"/>
          </w:tcPr>
          <w:p w14:paraId="096BE199" w14:textId="4A56BD2B" w:rsidR="00CC1504" w:rsidRDefault="00CC1504" w:rsidP="00CC1504">
            <w:pPr>
              <w:rPr>
                <w:lang w:val="it-IT"/>
              </w:rPr>
            </w:pPr>
            <w:r>
              <w:t>Manifestazione/Gara</w:t>
            </w:r>
          </w:p>
        </w:tc>
        <w:tc>
          <w:tcPr>
            <w:tcW w:w="1549" w:type="dxa"/>
            <w:shd w:val="clear" w:color="auto" w:fill="92D050"/>
          </w:tcPr>
          <w:p w14:paraId="0ABA6DA5" w14:textId="1B9FCC6D" w:rsidR="00CC1504" w:rsidRDefault="00CC1504" w:rsidP="00CC1504">
            <w:pPr>
              <w:rPr>
                <w:lang w:val="it-IT"/>
              </w:rPr>
            </w:pPr>
            <w:r>
              <w:t>Località</w:t>
            </w:r>
          </w:p>
        </w:tc>
        <w:tc>
          <w:tcPr>
            <w:tcW w:w="1800" w:type="dxa"/>
            <w:shd w:val="clear" w:color="auto" w:fill="92D050"/>
          </w:tcPr>
          <w:p w14:paraId="2D0D1C39" w14:textId="5F6A80A8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 xml:space="preserve">Tipo mezzo utilizzato </w:t>
            </w:r>
          </w:p>
        </w:tc>
        <w:tc>
          <w:tcPr>
            <w:tcW w:w="1149" w:type="dxa"/>
            <w:shd w:val="clear" w:color="auto" w:fill="92D050"/>
          </w:tcPr>
          <w:p w14:paraId="4C5DB7BC" w14:textId="5163A394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  <w:r w:rsidRPr="00CC1504">
              <w:rPr>
                <w:sz w:val="20"/>
                <w:szCs w:val="20"/>
                <w:lang w:val="it-IT"/>
              </w:rPr>
              <w:t>Importo €</w:t>
            </w:r>
          </w:p>
        </w:tc>
      </w:tr>
      <w:tr w:rsidR="00CC1504" w14:paraId="6A80E3E1" w14:textId="77777777" w:rsidTr="00CC1504">
        <w:trPr>
          <w:jc w:val="center"/>
        </w:trPr>
        <w:tc>
          <w:tcPr>
            <w:tcW w:w="461" w:type="dxa"/>
          </w:tcPr>
          <w:p w14:paraId="5CD8D0C5" w14:textId="5F77EDEB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265" w:type="dxa"/>
          </w:tcPr>
          <w:p w14:paraId="04CDF089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2406" w:type="dxa"/>
          </w:tcPr>
          <w:p w14:paraId="6B915883" w14:textId="77777777" w:rsidR="00CC1504" w:rsidRDefault="00CC1504" w:rsidP="00CC1504"/>
        </w:tc>
        <w:tc>
          <w:tcPr>
            <w:tcW w:w="1549" w:type="dxa"/>
          </w:tcPr>
          <w:p w14:paraId="41FD81E4" w14:textId="77777777" w:rsidR="00CC1504" w:rsidRDefault="00CC1504" w:rsidP="00CC1504"/>
        </w:tc>
        <w:tc>
          <w:tcPr>
            <w:tcW w:w="1800" w:type="dxa"/>
          </w:tcPr>
          <w:p w14:paraId="356CDBAD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1149" w:type="dxa"/>
          </w:tcPr>
          <w:p w14:paraId="2C343924" w14:textId="77777777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</w:p>
        </w:tc>
      </w:tr>
      <w:tr w:rsidR="00CC1504" w14:paraId="295E0F0E" w14:textId="77777777" w:rsidTr="00CC1504">
        <w:trPr>
          <w:jc w:val="center"/>
        </w:trPr>
        <w:tc>
          <w:tcPr>
            <w:tcW w:w="461" w:type="dxa"/>
          </w:tcPr>
          <w:p w14:paraId="0AE8EEEC" w14:textId="16EF40C4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265" w:type="dxa"/>
          </w:tcPr>
          <w:p w14:paraId="25229CCB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2406" w:type="dxa"/>
          </w:tcPr>
          <w:p w14:paraId="3BE5CF0B" w14:textId="77777777" w:rsidR="00CC1504" w:rsidRDefault="00CC1504" w:rsidP="00CC1504"/>
        </w:tc>
        <w:tc>
          <w:tcPr>
            <w:tcW w:w="1549" w:type="dxa"/>
          </w:tcPr>
          <w:p w14:paraId="7A44B4C8" w14:textId="77777777" w:rsidR="00CC1504" w:rsidRDefault="00CC1504" w:rsidP="00CC1504"/>
        </w:tc>
        <w:tc>
          <w:tcPr>
            <w:tcW w:w="1800" w:type="dxa"/>
          </w:tcPr>
          <w:p w14:paraId="38D84A0D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1149" w:type="dxa"/>
          </w:tcPr>
          <w:p w14:paraId="5C9DB60E" w14:textId="77777777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</w:p>
        </w:tc>
      </w:tr>
      <w:tr w:rsidR="00CC1504" w14:paraId="6D9653E3" w14:textId="77777777" w:rsidTr="00CC1504">
        <w:trPr>
          <w:jc w:val="center"/>
        </w:trPr>
        <w:tc>
          <w:tcPr>
            <w:tcW w:w="461" w:type="dxa"/>
          </w:tcPr>
          <w:p w14:paraId="03A6675E" w14:textId="7394645C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1265" w:type="dxa"/>
          </w:tcPr>
          <w:p w14:paraId="21D8402A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2406" w:type="dxa"/>
          </w:tcPr>
          <w:p w14:paraId="00225BE3" w14:textId="77777777" w:rsidR="00CC1504" w:rsidRDefault="00CC1504" w:rsidP="00CC1504"/>
        </w:tc>
        <w:tc>
          <w:tcPr>
            <w:tcW w:w="1549" w:type="dxa"/>
          </w:tcPr>
          <w:p w14:paraId="412BB1A9" w14:textId="77777777" w:rsidR="00CC1504" w:rsidRDefault="00CC1504" w:rsidP="00CC1504"/>
        </w:tc>
        <w:tc>
          <w:tcPr>
            <w:tcW w:w="1800" w:type="dxa"/>
          </w:tcPr>
          <w:p w14:paraId="444B81F4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1149" w:type="dxa"/>
          </w:tcPr>
          <w:p w14:paraId="1FC54289" w14:textId="77777777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</w:p>
        </w:tc>
      </w:tr>
      <w:tr w:rsidR="00CC1504" w14:paraId="78556D0F" w14:textId="77777777" w:rsidTr="00CC1504">
        <w:trPr>
          <w:jc w:val="center"/>
        </w:trPr>
        <w:tc>
          <w:tcPr>
            <w:tcW w:w="461" w:type="dxa"/>
          </w:tcPr>
          <w:p w14:paraId="34D68EE0" w14:textId="1EDB105D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1265" w:type="dxa"/>
          </w:tcPr>
          <w:p w14:paraId="26340783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2406" w:type="dxa"/>
          </w:tcPr>
          <w:p w14:paraId="3510E1CA" w14:textId="77777777" w:rsidR="00CC1504" w:rsidRDefault="00CC1504" w:rsidP="00CC1504"/>
        </w:tc>
        <w:tc>
          <w:tcPr>
            <w:tcW w:w="1549" w:type="dxa"/>
          </w:tcPr>
          <w:p w14:paraId="63B2DADF" w14:textId="77777777" w:rsidR="00CC1504" w:rsidRDefault="00CC1504" w:rsidP="00CC1504"/>
        </w:tc>
        <w:tc>
          <w:tcPr>
            <w:tcW w:w="1800" w:type="dxa"/>
          </w:tcPr>
          <w:p w14:paraId="5F838AB5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1149" w:type="dxa"/>
          </w:tcPr>
          <w:p w14:paraId="546D1898" w14:textId="77777777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</w:p>
        </w:tc>
      </w:tr>
      <w:tr w:rsidR="00CC1504" w14:paraId="18E12AD9" w14:textId="77777777" w:rsidTr="00CC1504">
        <w:trPr>
          <w:jc w:val="center"/>
        </w:trPr>
        <w:tc>
          <w:tcPr>
            <w:tcW w:w="461" w:type="dxa"/>
          </w:tcPr>
          <w:p w14:paraId="3746F67B" w14:textId="550F8BD6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1265" w:type="dxa"/>
          </w:tcPr>
          <w:p w14:paraId="386AAE9E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2406" w:type="dxa"/>
          </w:tcPr>
          <w:p w14:paraId="6FB9A662" w14:textId="77777777" w:rsidR="00CC1504" w:rsidRDefault="00CC1504" w:rsidP="00CC1504"/>
        </w:tc>
        <w:tc>
          <w:tcPr>
            <w:tcW w:w="1549" w:type="dxa"/>
          </w:tcPr>
          <w:p w14:paraId="4030E647" w14:textId="77777777" w:rsidR="00CC1504" w:rsidRDefault="00CC1504" w:rsidP="00CC1504"/>
        </w:tc>
        <w:tc>
          <w:tcPr>
            <w:tcW w:w="1800" w:type="dxa"/>
          </w:tcPr>
          <w:p w14:paraId="2EFF0231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1149" w:type="dxa"/>
          </w:tcPr>
          <w:p w14:paraId="0803E7D2" w14:textId="77777777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</w:p>
        </w:tc>
      </w:tr>
      <w:tr w:rsidR="00CC1504" w14:paraId="7567603B" w14:textId="77777777" w:rsidTr="00CC1504">
        <w:trPr>
          <w:jc w:val="center"/>
        </w:trPr>
        <w:tc>
          <w:tcPr>
            <w:tcW w:w="461" w:type="dxa"/>
          </w:tcPr>
          <w:p w14:paraId="33AC2F48" w14:textId="50747898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1265" w:type="dxa"/>
          </w:tcPr>
          <w:p w14:paraId="6F9EB964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2406" w:type="dxa"/>
          </w:tcPr>
          <w:p w14:paraId="373B222C" w14:textId="77777777" w:rsidR="00CC1504" w:rsidRDefault="00CC1504" w:rsidP="00CC1504"/>
        </w:tc>
        <w:tc>
          <w:tcPr>
            <w:tcW w:w="1549" w:type="dxa"/>
          </w:tcPr>
          <w:p w14:paraId="729ABABD" w14:textId="77777777" w:rsidR="00CC1504" w:rsidRDefault="00CC1504" w:rsidP="00CC1504"/>
        </w:tc>
        <w:tc>
          <w:tcPr>
            <w:tcW w:w="1800" w:type="dxa"/>
          </w:tcPr>
          <w:p w14:paraId="34FACCD0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1149" w:type="dxa"/>
          </w:tcPr>
          <w:p w14:paraId="14900DA0" w14:textId="77777777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</w:p>
        </w:tc>
      </w:tr>
      <w:tr w:rsidR="00CC1504" w14:paraId="74895951" w14:textId="77777777" w:rsidTr="00CC1504">
        <w:trPr>
          <w:jc w:val="center"/>
        </w:trPr>
        <w:tc>
          <w:tcPr>
            <w:tcW w:w="461" w:type="dxa"/>
          </w:tcPr>
          <w:p w14:paraId="4A36EBED" w14:textId="1F432F9E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1265" w:type="dxa"/>
          </w:tcPr>
          <w:p w14:paraId="3805BE70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2406" w:type="dxa"/>
          </w:tcPr>
          <w:p w14:paraId="4F679246" w14:textId="77777777" w:rsidR="00CC1504" w:rsidRDefault="00CC1504" w:rsidP="00CC1504"/>
        </w:tc>
        <w:tc>
          <w:tcPr>
            <w:tcW w:w="1549" w:type="dxa"/>
          </w:tcPr>
          <w:p w14:paraId="53635B20" w14:textId="77777777" w:rsidR="00CC1504" w:rsidRDefault="00CC1504" w:rsidP="00CC1504"/>
        </w:tc>
        <w:tc>
          <w:tcPr>
            <w:tcW w:w="1800" w:type="dxa"/>
          </w:tcPr>
          <w:p w14:paraId="25ABB058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1149" w:type="dxa"/>
          </w:tcPr>
          <w:p w14:paraId="4698F204" w14:textId="77777777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</w:p>
        </w:tc>
      </w:tr>
      <w:tr w:rsidR="00CC1504" w14:paraId="7207CA46" w14:textId="77777777" w:rsidTr="00CC1504">
        <w:trPr>
          <w:jc w:val="center"/>
        </w:trPr>
        <w:tc>
          <w:tcPr>
            <w:tcW w:w="461" w:type="dxa"/>
          </w:tcPr>
          <w:p w14:paraId="5A7EB59A" w14:textId="6F86966A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1265" w:type="dxa"/>
          </w:tcPr>
          <w:p w14:paraId="4A09C291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2406" w:type="dxa"/>
          </w:tcPr>
          <w:p w14:paraId="737A048C" w14:textId="77777777" w:rsidR="00CC1504" w:rsidRDefault="00CC1504" w:rsidP="00CC1504"/>
        </w:tc>
        <w:tc>
          <w:tcPr>
            <w:tcW w:w="1549" w:type="dxa"/>
          </w:tcPr>
          <w:p w14:paraId="2B0D60D4" w14:textId="77777777" w:rsidR="00CC1504" w:rsidRDefault="00CC1504" w:rsidP="00CC1504"/>
        </w:tc>
        <w:tc>
          <w:tcPr>
            <w:tcW w:w="1800" w:type="dxa"/>
          </w:tcPr>
          <w:p w14:paraId="3B486322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1149" w:type="dxa"/>
          </w:tcPr>
          <w:p w14:paraId="630FD914" w14:textId="77777777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</w:p>
        </w:tc>
      </w:tr>
      <w:tr w:rsidR="00CC1504" w14:paraId="1673972E" w14:textId="77777777" w:rsidTr="00CC1504">
        <w:trPr>
          <w:jc w:val="center"/>
        </w:trPr>
        <w:tc>
          <w:tcPr>
            <w:tcW w:w="461" w:type="dxa"/>
          </w:tcPr>
          <w:p w14:paraId="7783C45C" w14:textId="19454E6E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9</w:t>
            </w:r>
          </w:p>
        </w:tc>
        <w:tc>
          <w:tcPr>
            <w:tcW w:w="1265" w:type="dxa"/>
          </w:tcPr>
          <w:p w14:paraId="1510EFC4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2406" w:type="dxa"/>
          </w:tcPr>
          <w:p w14:paraId="45CAECDF" w14:textId="77777777" w:rsidR="00CC1504" w:rsidRDefault="00CC1504" w:rsidP="00CC1504"/>
        </w:tc>
        <w:tc>
          <w:tcPr>
            <w:tcW w:w="1549" w:type="dxa"/>
          </w:tcPr>
          <w:p w14:paraId="14EE0978" w14:textId="77777777" w:rsidR="00CC1504" w:rsidRDefault="00CC1504" w:rsidP="00CC1504"/>
        </w:tc>
        <w:tc>
          <w:tcPr>
            <w:tcW w:w="1800" w:type="dxa"/>
          </w:tcPr>
          <w:p w14:paraId="0AEE0E00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1149" w:type="dxa"/>
          </w:tcPr>
          <w:p w14:paraId="699BBB76" w14:textId="77777777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</w:p>
        </w:tc>
      </w:tr>
      <w:tr w:rsidR="00CC1504" w14:paraId="2F2CDD0E" w14:textId="77777777" w:rsidTr="00CC1504">
        <w:trPr>
          <w:jc w:val="center"/>
        </w:trPr>
        <w:tc>
          <w:tcPr>
            <w:tcW w:w="461" w:type="dxa"/>
          </w:tcPr>
          <w:p w14:paraId="7EFB91CD" w14:textId="0063CC53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1265" w:type="dxa"/>
          </w:tcPr>
          <w:p w14:paraId="14155472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2406" w:type="dxa"/>
          </w:tcPr>
          <w:p w14:paraId="11554D58" w14:textId="77777777" w:rsidR="00CC1504" w:rsidRDefault="00CC1504" w:rsidP="00CC1504"/>
        </w:tc>
        <w:tc>
          <w:tcPr>
            <w:tcW w:w="1549" w:type="dxa"/>
          </w:tcPr>
          <w:p w14:paraId="1084D7BA" w14:textId="77777777" w:rsidR="00CC1504" w:rsidRDefault="00CC1504" w:rsidP="00CC1504"/>
        </w:tc>
        <w:tc>
          <w:tcPr>
            <w:tcW w:w="1800" w:type="dxa"/>
          </w:tcPr>
          <w:p w14:paraId="5354BB3C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1149" w:type="dxa"/>
          </w:tcPr>
          <w:p w14:paraId="749FBD44" w14:textId="77777777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</w:p>
        </w:tc>
      </w:tr>
      <w:tr w:rsidR="00CC1504" w14:paraId="5D8F59E1" w14:textId="77777777" w:rsidTr="00CC1504">
        <w:trPr>
          <w:jc w:val="center"/>
        </w:trPr>
        <w:tc>
          <w:tcPr>
            <w:tcW w:w="461" w:type="dxa"/>
            <w:shd w:val="clear" w:color="auto" w:fill="92D050"/>
          </w:tcPr>
          <w:p w14:paraId="33EECDBF" w14:textId="77777777" w:rsidR="00CC1504" w:rsidRDefault="00CC1504" w:rsidP="001D6BE5">
            <w:pPr>
              <w:rPr>
                <w:lang w:val="it-IT"/>
              </w:rPr>
            </w:pPr>
            <w:r>
              <w:rPr>
                <w:lang w:val="it-IT"/>
              </w:rPr>
              <w:lastRenderedPageBreak/>
              <w:t>N.</w:t>
            </w:r>
          </w:p>
        </w:tc>
        <w:tc>
          <w:tcPr>
            <w:tcW w:w="1265" w:type="dxa"/>
            <w:shd w:val="clear" w:color="auto" w:fill="92D050"/>
          </w:tcPr>
          <w:p w14:paraId="6B57F572" w14:textId="77777777" w:rsidR="00CC1504" w:rsidRDefault="00CC1504" w:rsidP="001D6BE5">
            <w:pPr>
              <w:rPr>
                <w:lang w:val="it-IT"/>
              </w:rPr>
            </w:pPr>
            <w:r>
              <w:rPr>
                <w:lang w:val="it-IT"/>
              </w:rPr>
              <w:t xml:space="preserve">Data </w:t>
            </w:r>
          </w:p>
        </w:tc>
        <w:tc>
          <w:tcPr>
            <w:tcW w:w="2406" w:type="dxa"/>
            <w:shd w:val="clear" w:color="auto" w:fill="92D050"/>
          </w:tcPr>
          <w:p w14:paraId="2870072F" w14:textId="77777777" w:rsidR="00CC1504" w:rsidRDefault="00CC1504" w:rsidP="001D6BE5">
            <w:pPr>
              <w:rPr>
                <w:lang w:val="it-IT"/>
              </w:rPr>
            </w:pPr>
            <w:r>
              <w:t>Manifestazione/Gara</w:t>
            </w:r>
          </w:p>
        </w:tc>
        <w:tc>
          <w:tcPr>
            <w:tcW w:w="1549" w:type="dxa"/>
            <w:shd w:val="clear" w:color="auto" w:fill="92D050"/>
          </w:tcPr>
          <w:p w14:paraId="6CD057C9" w14:textId="77777777" w:rsidR="00CC1504" w:rsidRDefault="00CC1504" w:rsidP="001D6BE5">
            <w:pPr>
              <w:rPr>
                <w:lang w:val="it-IT"/>
              </w:rPr>
            </w:pPr>
            <w:r>
              <w:t>Località</w:t>
            </w:r>
          </w:p>
        </w:tc>
        <w:tc>
          <w:tcPr>
            <w:tcW w:w="1800" w:type="dxa"/>
            <w:shd w:val="clear" w:color="auto" w:fill="92D050"/>
          </w:tcPr>
          <w:p w14:paraId="0FC49F53" w14:textId="77777777" w:rsidR="00CC1504" w:rsidRDefault="00CC1504" w:rsidP="001D6BE5">
            <w:pPr>
              <w:rPr>
                <w:lang w:val="it-IT"/>
              </w:rPr>
            </w:pPr>
            <w:r>
              <w:rPr>
                <w:lang w:val="it-IT"/>
              </w:rPr>
              <w:t xml:space="preserve">Tipo mezzo utilizzato </w:t>
            </w:r>
          </w:p>
        </w:tc>
        <w:tc>
          <w:tcPr>
            <w:tcW w:w="1149" w:type="dxa"/>
            <w:shd w:val="clear" w:color="auto" w:fill="92D050"/>
          </w:tcPr>
          <w:p w14:paraId="0520FCD0" w14:textId="77777777" w:rsidR="00CC1504" w:rsidRPr="00CC1504" w:rsidRDefault="00CC1504" w:rsidP="001D6BE5">
            <w:pPr>
              <w:rPr>
                <w:sz w:val="20"/>
                <w:szCs w:val="20"/>
                <w:lang w:val="it-IT"/>
              </w:rPr>
            </w:pPr>
            <w:r w:rsidRPr="00CC1504">
              <w:rPr>
                <w:sz w:val="20"/>
                <w:szCs w:val="20"/>
                <w:lang w:val="it-IT"/>
              </w:rPr>
              <w:t>Importo €</w:t>
            </w:r>
          </w:p>
        </w:tc>
      </w:tr>
      <w:tr w:rsidR="00CC1504" w14:paraId="48CD7129" w14:textId="77777777" w:rsidTr="00CC1504">
        <w:trPr>
          <w:jc w:val="center"/>
        </w:trPr>
        <w:tc>
          <w:tcPr>
            <w:tcW w:w="461" w:type="dxa"/>
          </w:tcPr>
          <w:p w14:paraId="7B0B4F5A" w14:textId="5FA08774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11</w:t>
            </w:r>
          </w:p>
        </w:tc>
        <w:tc>
          <w:tcPr>
            <w:tcW w:w="1265" w:type="dxa"/>
          </w:tcPr>
          <w:p w14:paraId="7BF02C86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2406" w:type="dxa"/>
          </w:tcPr>
          <w:p w14:paraId="47E90232" w14:textId="77777777" w:rsidR="00CC1504" w:rsidRDefault="00CC1504" w:rsidP="00CC1504"/>
        </w:tc>
        <w:tc>
          <w:tcPr>
            <w:tcW w:w="1549" w:type="dxa"/>
          </w:tcPr>
          <w:p w14:paraId="51061932" w14:textId="77777777" w:rsidR="00CC1504" w:rsidRDefault="00CC1504" w:rsidP="00CC1504"/>
        </w:tc>
        <w:tc>
          <w:tcPr>
            <w:tcW w:w="1800" w:type="dxa"/>
          </w:tcPr>
          <w:p w14:paraId="7201759E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1149" w:type="dxa"/>
          </w:tcPr>
          <w:p w14:paraId="3D0A222A" w14:textId="77777777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</w:p>
        </w:tc>
      </w:tr>
      <w:tr w:rsidR="00CC1504" w14:paraId="35F7E75A" w14:textId="77777777" w:rsidTr="00CC1504">
        <w:trPr>
          <w:jc w:val="center"/>
        </w:trPr>
        <w:tc>
          <w:tcPr>
            <w:tcW w:w="461" w:type="dxa"/>
          </w:tcPr>
          <w:p w14:paraId="37908651" w14:textId="4381A675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12</w:t>
            </w:r>
          </w:p>
        </w:tc>
        <w:tc>
          <w:tcPr>
            <w:tcW w:w="1265" w:type="dxa"/>
          </w:tcPr>
          <w:p w14:paraId="3E7D99F5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2406" w:type="dxa"/>
          </w:tcPr>
          <w:p w14:paraId="73881F3F" w14:textId="77777777" w:rsidR="00CC1504" w:rsidRDefault="00CC1504" w:rsidP="00CC1504"/>
        </w:tc>
        <w:tc>
          <w:tcPr>
            <w:tcW w:w="1549" w:type="dxa"/>
          </w:tcPr>
          <w:p w14:paraId="4823AC85" w14:textId="77777777" w:rsidR="00CC1504" w:rsidRDefault="00CC1504" w:rsidP="00CC1504"/>
        </w:tc>
        <w:tc>
          <w:tcPr>
            <w:tcW w:w="1800" w:type="dxa"/>
          </w:tcPr>
          <w:p w14:paraId="1B9E553E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1149" w:type="dxa"/>
          </w:tcPr>
          <w:p w14:paraId="2438E6B8" w14:textId="77777777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</w:p>
        </w:tc>
      </w:tr>
      <w:tr w:rsidR="00CC1504" w14:paraId="07A59BB7" w14:textId="77777777" w:rsidTr="00CC1504">
        <w:trPr>
          <w:jc w:val="center"/>
        </w:trPr>
        <w:tc>
          <w:tcPr>
            <w:tcW w:w="461" w:type="dxa"/>
          </w:tcPr>
          <w:p w14:paraId="7CEA2028" w14:textId="0C0B7A7F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13</w:t>
            </w:r>
          </w:p>
        </w:tc>
        <w:tc>
          <w:tcPr>
            <w:tcW w:w="1265" w:type="dxa"/>
          </w:tcPr>
          <w:p w14:paraId="3CE0A21B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2406" w:type="dxa"/>
          </w:tcPr>
          <w:p w14:paraId="10B7BE27" w14:textId="77777777" w:rsidR="00CC1504" w:rsidRDefault="00CC1504" w:rsidP="00CC1504"/>
        </w:tc>
        <w:tc>
          <w:tcPr>
            <w:tcW w:w="1549" w:type="dxa"/>
          </w:tcPr>
          <w:p w14:paraId="7406978F" w14:textId="77777777" w:rsidR="00CC1504" w:rsidRDefault="00CC1504" w:rsidP="00CC1504"/>
        </w:tc>
        <w:tc>
          <w:tcPr>
            <w:tcW w:w="1800" w:type="dxa"/>
          </w:tcPr>
          <w:p w14:paraId="3BF14E66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1149" w:type="dxa"/>
          </w:tcPr>
          <w:p w14:paraId="335965DD" w14:textId="77777777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</w:p>
        </w:tc>
      </w:tr>
      <w:tr w:rsidR="00CC1504" w14:paraId="3EEF11C8" w14:textId="77777777" w:rsidTr="00CC1504">
        <w:trPr>
          <w:jc w:val="center"/>
        </w:trPr>
        <w:tc>
          <w:tcPr>
            <w:tcW w:w="461" w:type="dxa"/>
          </w:tcPr>
          <w:p w14:paraId="1917D77E" w14:textId="1E20819E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14</w:t>
            </w:r>
          </w:p>
        </w:tc>
        <w:tc>
          <w:tcPr>
            <w:tcW w:w="1265" w:type="dxa"/>
          </w:tcPr>
          <w:p w14:paraId="42B2AE3A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2406" w:type="dxa"/>
          </w:tcPr>
          <w:p w14:paraId="5BD2BC6A" w14:textId="77777777" w:rsidR="00CC1504" w:rsidRDefault="00CC1504" w:rsidP="00CC1504"/>
        </w:tc>
        <w:tc>
          <w:tcPr>
            <w:tcW w:w="1549" w:type="dxa"/>
          </w:tcPr>
          <w:p w14:paraId="3E930414" w14:textId="77777777" w:rsidR="00CC1504" w:rsidRDefault="00CC1504" w:rsidP="00CC1504"/>
        </w:tc>
        <w:tc>
          <w:tcPr>
            <w:tcW w:w="1800" w:type="dxa"/>
          </w:tcPr>
          <w:p w14:paraId="29103761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1149" w:type="dxa"/>
          </w:tcPr>
          <w:p w14:paraId="6E293BFC" w14:textId="77777777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</w:p>
        </w:tc>
      </w:tr>
      <w:tr w:rsidR="00CC1504" w14:paraId="08CFF3B9" w14:textId="77777777" w:rsidTr="00CC1504">
        <w:trPr>
          <w:jc w:val="center"/>
        </w:trPr>
        <w:tc>
          <w:tcPr>
            <w:tcW w:w="461" w:type="dxa"/>
          </w:tcPr>
          <w:p w14:paraId="4120ADC2" w14:textId="448F9EBA" w:rsidR="00CC1504" w:rsidRDefault="00CC1504" w:rsidP="00CC1504">
            <w:pPr>
              <w:rPr>
                <w:lang w:val="it-IT"/>
              </w:rPr>
            </w:pPr>
            <w:r>
              <w:rPr>
                <w:lang w:val="it-IT"/>
              </w:rPr>
              <w:t>15</w:t>
            </w:r>
          </w:p>
        </w:tc>
        <w:tc>
          <w:tcPr>
            <w:tcW w:w="1265" w:type="dxa"/>
          </w:tcPr>
          <w:p w14:paraId="1DB6D4C1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2406" w:type="dxa"/>
          </w:tcPr>
          <w:p w14:paraId="0A0CAB76" w14:textId="77777777" w:rsidR="00CC1504" w:rsidRDefault="00CC1504" w:rsidP="00CC1504"/>
        </w:tc>
        <w:tc>
          <w:tcPr>
            <w:tcW w:w="1549" w:type="dxa"/>
          </w:tcPr>
          <w:p w14:paraId="231A7BF3" w14:textId="77777777" w:rsidR="00CC1504" w:rsidRDefault="00CC1504" w:rsidP="00CC1504"/>
        </w:tc>
        <w:tc>
          <w:tcPr>
            <w:tcW w:w="1800" w:type="dxa"/>
          </w:tcPr>
          <w:p w14:paraId="4A11E7F4" w14:textId="77777777" w:rsidR="00CC1504" w:rsidRDefault="00CC1504" w:rsidP="00CC1504">
            <w:pPr>
              <w:rPr>
                <w:lang w:val="it-IT"/>
              </w:rPr>
            </w:pPr>
          </w:p>
        </w:tc>
        <w:tc>
          <w:tcPr>
            <w:tcW w:w="1149" w:type="dxa"/>
          </w:tcPr>
          <w:p w14:paraId="2BFC4AD7" w14:textId="77777777" w:rsidR="00CC1504" w:rsidRPr="00CC1504" w:rsidRDefault="00CC1504" w:rsidP="00CC1504">
            <w:pPr>
              <w:rPr>
                <w:sz w:val="20"/>
                <w:szCs w:val="20"/>
                <w:lang w:val="it-IT"/>
              </w:rPr>
            </w:pPr>
          </w:p>
        </w:tc>
      </w:tr>
    </w:tbl>
    <w:p w14:paraId="611C7DD2" w14:textId="77777777" w:rsidR="00CC1504" w:rsidRPr="00CC1504" w:rsidRDefault="00CC1504" w:rsidP="00CC1504">
      <w:pPr>
        <w:rPr>
          <w:lang w:val="it-IT"/>
        </w:rPr>
      </w:pPr>
    </w:p>
    <w:p w14:paraId="12837214" w14:textId="30B5BA20" w:rsidR="00787619" w:rsidRPr="00AA22E7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AA22E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DICHIARAZIONI</w:t>
      </w:r>
    </w:p>
    <w:p w14:paraId="57BC1BFE" w14:textId="77777777" w:rsidR="00787619" w:rsidRPr="001D3D18" w:rsidRDefault="00000000">
      <w:pPr>
        <w:rPr>
          <w:lang w:val="it-IT"/>
        </w:rPr>
      </w:pPr>
      <w:r w:rsidRPr="001D3D18">
        <w:rPr>
          <w:lang w:val="it-IT"/>
        </w:rPr>
        <w:t>☐ Le trasferte sono riferite esclusivamente a gare, campionati o manifestazioni ufficiali.</w:t>
      </w:r>
    </w:p>
    <w:p w14:paraId="668AB7FD" w14:textId="62961C74" w:rsidR="00787619" w:rsidRPr="001D3D18" w:rsidRDefault="00000000">
      <w:pPr>
        <w:rPr>
          <w:lang w:val="it-IT"/>
        </w:rPr>
      </w:pPr>
      <w:r w:rsidRPr="001D3D18">
        <w:rPr>
          <w:lang w:val="it-IT"/>
        </w:rPr>
        <w:t>☐ Le spese sono documentate mediante idonei giustificativi.</w:t>
      </w:r>
    </w:p>
    <w:p w14:paraId="72C14125" w14:textId="77777777" w:rsidR="00787619" w:rsidRPr="001D3D18" w:rsidRDefault="00000000">
      <w:pPr>
        <w:rPr>
          <w:lang w:val="it-IT"/>
        </w:rPr>
      </w:pPr>
      <w:r w:rsidRPr="001D3D18">
        <w:rPr>
          <w:lang w:val="it-IT"/>
        </w:rPr>
        <w:t>☐ Le spese richieste sono conformi ai limiti e ai criteri previsti dal Regolamento comunale.</w:t>
      </w:r>
    </w:p>
    <w:p w14:paraId="7AED1948" w14:textId="77777777" w:rsidR="00787619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AA22E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RIEPILOGO</w:t>
      </w:r>
    </w:p>
    <w:p w14:paraId="74EFCE46" w14:textId="35B7FA68" w:rsidR="00787619" w:rsidRPr="001D3D18" w:rsidRDefault="00000000">
      <w:pPr>
        <w:rPr>
          <w:lang w:val="it-IT"/>
        </w:rPr>
      </w:pPr>
      <w:r w:rsidRPr="001D3D18">
        <w:rPr>
          <w:lang w:val="it-IT"/>
        </w:rPr>
        <w:t xml:space="preserve">Totale spese </w:t>
      </w:r>
      <w:r w:rsidR="00CC1504">
        <w:rPr>
          <w:lang w:val="it-IT"/>
        </w:rPr>
        <w:t>per trasferta</w:t>
      </w:r>
      <w:r w:rsidRPr="001D3D18">
        <w:rPr>
          <w:lang w:val="it-IT"/>
        </w:rPr>
        <w:t>: __________________ €</w:t>
      </w:r>
    </w:p>
    <w:p w14:paraId="64A242F0" w14:textId="58EED57B" w:rsidR="00787619" w:rsidRPr="001D3D18" w:rsidRDefault="00000000">
      <w:pPr>
        <w:rPr>
          <w:lang w:val="it-IT"/>
        </w:rPr>
      </w:pPr>
      <w:r w:rsidRPr="001D3D18">
        <w:rPr>
          <w:lang w:val="it-IT"/>
        </w:rPr>
        <w:t>Luogo e data _______</w:t>
      </w:r>
      <w:r w:rsidR="00AA22E7">
        <w:rPr>
          <w:lang w:val="it-IT"/>
        </w:rPr>
        <w:t>___</w:t>
      </w:r>
      <w:r w:rsidRPr="001D3D18">
        <w:rPr>
          <w:lang w:val="it-IT"/>
        </w:rPr>
        <w:t>_______________________</w:t>
      </w:r>
    </w:p>
    <w:p w14:paraId="3FEEEED8" w14:textId="77777777" w:rsidR="00787619" w:rsidRDefault="00000000" w:rsidP="00AA22E7">
      <w:pPr>
        <w:ind w:left="2880"/>
        <w:rPr>
          <w:lang w:val="it-IT"/>
        </w:rPr>
      </w:pPr>
      <w:r w:rsidRPr="001D3D18">
        <w:rPr>
          <w:lang w:val="it-IT"/>
        </w:rPr>
        <w:t>Firma del Legale Rappresentante ______________________________</w:t>
      </w:r>
    </w:p>
    <w:sectPr w:rsidR="0078761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B5B1442"/>
    <w:multiLevelType w:val="multilevel"/>
    <w:tmpl w:val="B876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213736">
    <w:abstractNumId w:val="8"/>
  </w:num>
  <w:num w:numId="2" w16cid:durableId="1738625952">
    <w:abstractNumId w:val="6"/>
  </w:num>
  <w:num w:numId="3" w16cid:durableId="279609064">
    <w:abstractNumId w:val="5"/>
  </w:num>
  <w:num w:numId="4" w16cid:durableId="1463425038">
    <w:abstractNumId w:val="4"/>
  </w:num>
  <w:num w:numId="5" w16cid:durableId="1892644084">
    <w:abstractNumId w:val="7"/>
  </w:num>
  <w:num w:numId="6" w16cid:durableId="1791389596">
    <w:abstractNumId w:val="3"/>
  </w:num>
  <w:num w:numId="7" w16cid:durableId="1407144080">
    <w:abstractNumId w:val="2"/>
  </w:num>
  <w:num w:numId="8" w16cid:durableId="1579826622">
    <w:abstractNumId w:val="1"/>
  </w:num>
  <w:num w:numId="9" w16cid:durableId="604263805">
    <w:abstractNumId w:val="0"/>
  </w:num>
  <w:num w:numId="10" w16cid:durableId="20118308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3D18"/>
    <w:rsid w:val="0029639D"/>
    <w:rsid w:val="00326F90"/>
    <w:rsid w:val="006404EC"/>
    <w:rsid w:val="00787619"/>
    <w:rsid w:val="007F5E64"/>
    <w:rsid w:val="00946B0C"/>
    <w:rsid w:val="00970739"/>
    <w:rsid w:val="00AA1D8D"/>
    <w:rsid w:val="00AA22E7"/>
    <w:rsid w:val="00AF79DD"/>
    <w:rsid w:val="00B47730"/>
    <w:rsid w:val="00C7450C"/>
    <w:rsid w:val="00CB0664"/>
    <w:rsid w:val="00CC1504"/>
    <w:rsid w:val="00EA76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2E310B"/>
  <w14:defaultImageDpi w14:val="300"/>
  <w15:docId w15:val="{1AC96CE9-014B-4E6E-BEFD-46EDD4A2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Michela Medda</cp:lastModifiedBy>
  <cp:revision>6</cp:revision>
  <dcterms:created xsi:type="dcterms:W3CDTF">2026-07-08T13:55:00Z</dcterms:created>
  <dcterms:modified xsi:type="dcterms:W3CDTF">2026-07-08T15:11:00Z</dcterms:modified>
  <cp:category/>
</cp:coreProperties>
</file>