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39" w:rsidRDefault="00315BA6" w:rsidP="00304EB7">
      <w:pPr>
        <w:rPr>
          <w:b/>
          <w:sz w:val="32"/>
          <w:lang w:val="it-IT"/>
        </w:rPr>
      </w:pPr>
      <w:r w:rsidRPr="00315BA6">
        <w:rPr>
          <w:b/>
          <w:sz w:val="32"/>
          <w:lang w:val="it-IT"/>
        </w:rPr>
        <w:t>ALLEGATO</w:t>
      </w:r>
      <w:r w:rsidRPr="007F11FB">
        <w:rPr>
          <w:b/>
          <w:sz w:val="32"/>
          <w:lang w:val="it-IT"/>
        </w:rPr>
        <w:t xml:space="preserve"> A1 </w:t>
      </w:r>
    </w:p>
    <w:p w:rsidR="00FF50C6" w:rsidRPr="00FF50C6" w:rsidRDefault="00FF50C6" w:rsidP="00FF50C6">
      <w:pPr>
        <w:ind w:left="6521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FF50C6">
        <w:rPr>
          <w:rFonts w:ascii="Cambria" w:hAnsi="Cambria" w:cs="Times New Roman"/>
          <w:b/>
          <w:bCs/>
          <w:sz w:val="24"/>
          <w:szCs w:val="24"/>
        </w:rPr>
        <w:t>All’Ufficio</w:t>
      </w:r>
      <w:proofErr w:type="spellEnd"/>
      <w:r w:rsidRPr="00FF50C6">
        <w:rPr>
          <w:rFonts w:ascii="Cambria" w:hAnsi="Cambria" w:cs="Times New Roman"/>
          <w:b/>
          <w:bCs/>
          <w:sz w:val="24"/>
          <w:szCs w:val="24"/>
        </w:rPr>
        <w:t xml:space="preserve"> Sport </w:t>
      </w:r>
    </w:p>
    <w:p w:rsidR="00FF50C6" w:rsidRPr="00FF50C6" w:rsidRDefault="00FF50C6" w:rsidP="00FF50C6">
      <w:pPr>
        <w:ind w:left="6521"/>
        <w:rPr>
          <w:rFonts w:ascii="Cambria" w:hAnsi="Cambria" w:cs="Times New Roman"/>
          <w:b/>
          <w:bCs/>
          <w:sz w:val="24"/>
          <w:szCs w:val="24"/>
        </w:rPr>
      </w:pPr>
      <w:proofErr w:type="spellStart"/>
      <w:r w:rsidRPr="00FF50C6">
        <w:rPr>
          <w:rFonts w:ascii="Cambria" w:hAnsi="Cambria" w:cs="Times New Roman"/>
          <w:b/>
          <w:bCs/>
          <w:sz w:val="24"/>
          <w:szCs w:val="24"/>
        </w:rPr>
        <w:t>All’assessorato</w:t>
      </w:r>
      <w:proofErr w:type="spellEnd"/>
      <w:r w:rsidRPr="00FF50C6">
        <w:rPr>
          <w:rFonts w:ascii="Cambria" w:hAnsi="Cambria" w:cs="Times New Roman"/>
          <w:b/>
          <w:bCs/>
          <w:sz w:val="24"/>
          <w:szCs w:val="24"/>
        </w:rPr>
        <w:t xml:space="preserve"> </w:t>
      </w:r>
      <w:proofErr w:type="spellStart"/>
      <w:r w:rsidRPr="00FF50C6">
        <w:rPr>
          <w:rFonts w:ascii="Cambria" w:hAnsi="Cambria" w:cs="Times New Roman"/>
          <w:b/>
          <w:bCs/>
          <w:sz w:val="24"/>
          <w:szCs w:val="24"/>
        </w:rPr>
        <w:t>allo</w:t>
      </w:r>
      <w:proofErr w:type="spellEnd"/>
      <w:r w:rsidRPr="00FF50C6">
        <w:rPr>
          <w:rFonts w:ascii="Cambria" w:hAnsi="Cambria" w:cs="Times New Roman"/>
          <w:b/>
          <w:bCs/>
          <w:sz w:val="24"/>
          <w:szCs w:val="24"/>
        </w:rPr>
        <w:t xml:space="preserve"> Sport </w:t>
      </w:r>
    </w:p>
    <w:p w:rsidR="00FF50C6" w:rsidRPr="00FF50C6" w:rsidRDefault="00FF50C6" w:rsidP="00FF50C6">
      <w:pPr>
        <w:ind w:left="6521"/>
        <w:rPr>
          <w:rFonts w:ascii="Cambria" w:hAnsi="Cambria" w:cs="Times New Roman"/>
          <w:b/>
          <w:bCs/>
          <w:sz w:val="24"/>
          <w:szCs w:val="24"/>
        </w:rPr>
      </w:pPr>
      <w:r w:rsidRPr="00FF50C6">
        <w:rPr>
          <w:rFonts w:ascii="Cambria" w:hAnsi="Cambria" w:cs="Times New Roman"/>
          <w:b/>
          <w:bCs/>
          <w:sz w:val="24"/>
          <w:szCs w:val="24"/>
        </w:rPr>
        <w:t xml:space="preserve">Al </w:t>
      </w:r>
      <w:proofErr w:type="spellStart"/>
      <w:r w:rsidRPr="00FF50C6">
        <w:rPr>
          <w:rFonts w:ascii="Cambria" w:hAnsi="Cambria" w:cs="Times New Roman"/>
          <w:b/>
          <w:bCs/>
          <w:sz w:val="24"/>
          <w:szCs w:val="24"/>
        </w:rPr>
        <w:t>Sindaco</w:t>
      </w:r>
      <w:proofErr w:type="spellEnd"/>
      <w:r w:rsidRPr="00FF50C6">
        <w:rPr>
          <w:rFonts w:ascii="Cambria" w:hAnsi="Cambria" w:cs="Times New Roman"/>
          <w:b/>
          <w:bCs/>
          <w:sz w:val="24"/>
          <w:szCs w:val="24"/>
        </w:rPr>
        <w:t xml:space="preserve"> </w:t>
      </w:r>
    </w:p>
    <w:p w:rsidR="00784618" w:rsidRPr="007F11FB" w:rsidRDefault="00645203" w:rsidP="00850EDE">
      <w:pPr>
        <w:ind w:right="-7"/>
        <w:jc w:val="both"/>
        <w:rPr>
          <w:lang w:val="it-IT"/>
        </w:rPr>
      </w:pPr>
      <w:r w:rsidRPr="007F11FB">
        <w:rPr>
          <w:b/>
          <w:sz w:val="32"/>
          <w:lang w:val="it-IT"/>
        </w:rPr>
        <w:t xml:space="preserve">DOMANDA </w:t>
      </w:r>
      <w:proofErr w:type="spellStart"/>
      <w:r w:rsidRPr="007F11FB">
        <w:rPr>
          <w:b/>
          <w:sz w:val="32"/>
          <w:lang w:val="it-IT"/>
        </w:rPr>
        <w:t>DI</w:t>
      </w:r>
      <w:proofErr w:type="spellEnd"/>
      <w:r w:rsidRPr="007F11FB">
        <w:rPr>
          <w:b/>
          <w:sz w:val="32"/>
          <w:lang w:val="it-IT"/>
        </w:rPr>
        <w:t xml:space="preserve"> CONCESSIONE DEL</w:t>
      </w:r>
      <w:r>
        <w:rPr>
          <w:b/>
          <w:sz w:val="32"/>
          <w:lang w:val="it-IT"/>
        </w:rPr>
        <w:t xml:space="preserve"> </w:t>
      </w:r>
      <w:r w:rsidRPr="007F11FB">
        <w:rPr>
          <w:b/>
          <w:sz w:val="32"/>
          <w:lang w:val="it-IT"/>
        </w:rPr>
        <w:t>CONTRIBUTO ORDINARIO</w:t>
      </w:r>
      <w:r w:rsidRPr="007F11FB">
        <w:rPr>
          <w:b/>
          <w:sz w:val="32"/>
          <w:lang w:val="it-IT"/>
        </w:rPr>
        <w:br/>
      </w:r>
      <w:r w:rsidR="00304EB7" w:rsidRPr="00304EB7">
        <w:rPr>
          <w:lang w:val="it-IT"/>
        </w:rPr>
        <w:tab/>
      </w:r>
    </w:p>
    <w:p w:rsidR="00784618" w:rsidRDefault="00645203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304EB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DATI DELL'ASSOCIAZIONE</w:t>
      </w:r>
    </w:p>
    <w:tbl>
      <w:tblPr>
        <w:tblStyle w:val="Grigliatabella"/>
        <w:tblW w:w="0" w:type="auto"/>
        <w:tblLook w:val="04A0"/>
      </w:tblPr>
      <w:tblGrid>
        <w:gridCol w:w="3539"/>
        <w:gridCol w:w="5091"/>
      </w:tblGrid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Denominazione Associazione</w:t>
            </w:r>
          </w:p>
          <w:p w:rsidR="00181F4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Codice Fiscale / P. IVA</w:t>
            </w:r>
          </w:p>
          <w:p w:rsidR="00181F4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Sede legale</w:t>
            </w:r>
          </w:p>
          <w:p w:rsidR="00181F4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Legale rappresentante</w:t>
            </w:r>
          </w:p>
          <w:p w:rsidR="00181F4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Telefono</w:t>
            </w:r>
          </w:p>
          <w:p w:rsidR="00181F4B" w:rsidRPr="007F11F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E-mail/PEC</w:t>
            </w:r>
          </w:p>
          <w:p w:rsidR="00181F4B" w:rsidRPr="007F11F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  <w:tr w:rsidR="00304EB7" w:rsidTr="00304EB7">
        <w:tc>
          <w:tcPr>
            <w:tcW w:w="3539" w:type="dxa"/>
          </w:tcPr>
          <w:p w:rsidR="00304EB7" w:rsidRDefault="00304EB7" w:rsidP="00304EB7">
            <w:pPr>
              <w:rPr>
                <w:lang w:val="it-IT"/>
              </w:rPr>
            </w:pPr>
            <w:r w:rsidRPr="007F11FB">
              <w:rPr>
                <w:lang w:val="it-IT"/>
              </w:rPr>
              <w:t>IBAN</w:t>
            </w:r>
          </w:p>
          <w:p w:rsidR="00181F4B" w:rsidRPr="007F11FB" w:rsidRDefault="00181F4B" w:rsidP="00304EB7">
            <w:pPr>
              <w:rPr>
                <w:lang w:val="it-IT"/>
              </w:rPr>
            </w:pPr>
          </w:p>
        </w:tc>
        <w:tc>
          <w:tcPr>
            <w:tcW w:w="5091" w:type="dxa"/>
          </w:tcPr>
          <w:p w:rsidR="00304EB7" w:rsidRDefault="00304EB7" w:rsidP="00304EB7">
            <w:pPr>
              <w:rPr>
                <w:lang w:val="it-IT"/>
              </w:rPr>
            </w:pPr>
          </w:p>
        </w:tc>
      </w:tr>
    </w:tbl>
    <w:p w:rsidR="00304EB7" w:rsidRPr="00304EB7" w:rsidRDefault="00304EB7" w:rsidP="00304EB7">
      <w:pPr>
        <w:rPr>
          <w:lang w:val="it-IT"/>
        </w:rPr>
      </w:pPr>
    </w:p>
    <w:p w:rsidR="00784618" w:rsidRPr="00304EB7" w:rsidRDefault="00645203" w:rsidP="00600CDC">
      <w:pPr>
        <w:pStyle w:val="Titolo2"/>
        <w:ind w:left="14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304EB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CHIEDE</w:t>
      </w:r>
    </w:p>
    <w:p w:rsidR="00784618" w:rsidRPr="007F11FB" w:rsidRDefault="00645203" w:rsidP="00600CDC">
      <w:pPr>
        <w:pStyle w:val="Puntoelenco"/>
        <w:numPr>
          <w:ilvl w:val="0"/>
          <w:numId w:val="0"/>
        </w:numPr>
        <w:ind w:left="142"/>
        <w:jc w:val="both"/>
        <w:rPr>
          <w:lang w:val="it-IT"/>
        </w:rPr>
      </w:pPr>
      <w:r w:rsidRPr="007F11FB">
        <w:rPr>
          <w:lang w:val="it-IT"/>
        </w:rPr>
        <w:t>la concessione del contributo ordinario per l</w:t>
      </w:r>
      <w:r w:rsidR="007F11FB">
        <w:rPr>
          <w:lang w:val="it-IT"/>
        </w:rPr>
        <w:t xml:space="preserve">a stagione </w:t>
      </w:r>
      <w:r w:rsidRPr="007F11FB">
        <w:rPr>
          <w:lang w:val="it-IT"/>
        </w:rPr>
        <w:t xml:space="preserve"> ______</w:t>
      </w:r>
      <w:r w:rsidR="00304EB7">
        <w:rPr>
          <w:lang w:val="it-IT"/>
        </w:rPr>
        <w:t>_____</w:t>
      </w:r>
      <w:r w:rsidRPr="007F11FB">
        <w:rPr>
          <w:lang w:val="it-IT"/>
        </w:rPr>
        <w:t xml:space="preserve">____ ai sensi del </w:t>
      </w:r>
      <w:proofErr w:type="spellStart"/>
      <w:r w:rsidRPr="007F11FB">
        <w:rPr>
          <w:lang w:val="it-IT"/>
        </w:rPr>
        <w:t>Regolamento</w:t>
      </w:r>
      <w:r w:rsidR="00304EB7" w:rsidRPr="00304EB7">
        <w:rPr>
          <w:lang w:val="it-IT"/>
        </w:rPr>
        <w:t>per</w:t>
      </w:r>
      <w:proofErr w:type="spellEnd"/>
      <w:r w:rsidR="00304EB7" w:rsidRPr="00304EB7">
        <w:rPr>
          <w:lang w:val="it-IT"/>
        </w:rPr>
        <w:t xml:space="preserve"> la concessione di contributi economici e del patrocinio alle associazioni sportive del Comune di </w:t>
      </w:r>
      <w:proofErr w:type="spellStart"/>
      <w:r w:rsidR="00304EB7" w:rsidRPr="00304EB7">
        <w:rPr>
          <w:lang w:val="it-IT"/>
        </w:rPr>
        <w:t>Serramanna</w:t>
      </w:r>
      <w:proofErr w:type="spellEnd"/>
      <w:r w:rsidR="00304EB7" w:rsidRPr="00304EB7">
        <w:rPr>
          <w:lang w:val="it-IT"/>
        </w:rPr>
        <w:t xml:space="preserve"> approvato con Delibera del C.C. n. </w:t>
      </w:r>
      <w:proofErr w:type="spellStart"/>
      <w:r w:rsidR="00304EB7">
        <w:rPr>
          <w:lang w:val="it-IT"/>
        </w:rPr>
        <w:t>…………</w:t>
      </w:r>
      <w:proofErr w:type="spellEnd"/>
      <w:r w:rsidR="00304EB7" w:rsidRPr="00304EB7">
        <w:rPr>
          <w:lang w:val="it-IT"/>
        </w:rPr>
        <w:t xml:space="preserve">  del </w:t>
      </w:r>
      <w:proofErr w:type="spellStart"/>
      <w:r w:rsidR="00304EB7" w:rsidRPr="00304EB7">
        <w:rPr>
          <w:lang w:val="it-IT"/>
        </w:rPr>
        <w:t>…</w:t>
      </w:r>
      <w:r w:rsidR="00304EB7">
        <w:rPr>
          <w:lang w:val="it-IT"/>
        </w:rPr>
        <w:t>……….</w:t>
      </w:r>
      <w:r w:rsidR="00304EB7" w:rsidRPr="00304EB7">
        <w:rPr>
          <w:lang w:val="it-IT"/>
        </w:rPr>
        <w:t>…</w:t>
      </w:r>
      <w:proofErr w:type="spellEnd"/>
      <w:r w:rsidR="00304EB7" w:rsidRPr="00304EB7">
        <w:rPr>
          <w:lang w:val="it-IT"/>
        </w:rPr>
        <w:t>..</w:t>
      </w:r>
      <w:r w:rsidR="00600CDC">
        <w:rPr>
          <w:lang w:val="it-IT"/>
        </w:rPr>
        <w:t>(Allegato A1)</w:t>
      </w:r>
    </w:p>
    <w:p w:rsidR="00784618" w:rsidRPr="00304EB7" w:rsidRDefault="00645203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304EB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DICHIARA</w:t>
      </w:r>
    </w:p>
    <w:p w:rsidR="00784618" w:rsidRPr="007F11FB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7F11FB">
        <w:rPr>
          <w:lang w:val="it-IT"/>
        </w:rPr>
        <w:t>☐ di aver preso visione del Regolamento;</w:t>
      </w:r>
    </w:p>
    <w:p w:rsidR="00784618" w:rsidRPr="007F11FB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7F11FB">
        <w:rPr>
          <w:lang w:val="it-IT"/>
        </w:rPr>
        <w:t>☐ che i dati forniti sono veritieri;</w:t>
      </w:r>
    </w:p>
    <w:p w:rsidR="00784618" w:rsidRPr="007F11FB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7F11FB">
        <w:rPr>
          <w:lang w:val="it-IT"/>
        </w:rPr>
        <w:t>☐ di allegare tutta la documentazione richiesta;</w:t>
      </w:r>
    </w:p>
    <w:p w:rsidR="00784618" w:rsidRPr="007F11FB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7F11FB">
        <w:rPr>
          <w:lang w:val="it-IT"/>
        </w:rPr>
        <w:t>☐ di essere in regola con gli obblighi previsti dalla normativa vigente.</w:t>
      </w:r>
    </w:p>
    <w:p w:rsidR="00784618" w:rsidRPr="00304EB7" w:rsidRDefault="00645203">
      <w:pPr>
        <w:pStyle w:val="Titolo2"/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</w:pPr>
      <w:r w:rsidRPr="00304EB7">
        <w:rPr>
          <w:rFonts w:asciiTheme="minorHAnsi" w:eastAsiaTheme="minorEastAsia" w:hAnsiTheme="minorHAnsi" w:cstheme="minorBidi"/>
          <w:bCs w:val="0"/>
          <w:color w:val="auto"/>
          <w:sz w:val="32"/>
          <w:szCs w:val="22"/>
          <w:lang w:val="it-IT"/>
        </w:rPr>
        <w:t>ALLEGATI</w:t>
      </w:r>
    </w:p>
    <w:p w:rsidR="00784618" w:rsidRPr="00304EB7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 xml:space="preserve">☐ </w:t>
      </w:r>
      <w:r w:rsidR="00304EB7" w:rsidRPr="00304EB7">
        <w:rPr>
          <w:lang w:val="it-IT"/>
        </w:rPr>
        <w:t>copia atto costitutivo e d</w:t>
      </w:r>
      <w:r w:rsidR="00304EB7">
        <w:rPr>
          <w:lang w:val="it-IT"/>
        </w:rPr>
        <w:t>ello statuto vigente se non già in possesso del Comune</w:t>
      </w:r>
      <w:r w:rsidR="00850EDE">
        <w:rPr>
          <w:lang w:val="it-IT"/>
        </w:rPr>
        <w:t>;</w:t>
      </w:r>
    </w:p>
    <w:p w:rsidR="00784618" w:rsidRPr="00304EB7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lastRenderedPageBreak/>
        <w:t xml:space="preserve">☐ </w:t>
      </w:r>
      <w:r w:rsidR="00304EB7" w:rsidRPr="00304EB7">
        <w:rPr>
          <w:lang w:val="it-IT"/>
        </w:rPr>
        <w:t>elenco delle vigenti cariche el</w:t>
      </w:r>
      <w:r w:rsidR="00304EB7">
        <w:rPr>
          <w:lang w:val="it-IT"/>
        </w:rPr>
        <w:t>ettive se non già in possesso del Comune</w:t>
      </w:r>
      <w:r w:rsidR="00850EDE">
        <w:rPr>
          <w:lang w:val="it-IT"/>
        </w:rPr>
        <w:t>:</w:t>
      </w:r>
    </w:p>
    <w:p w:rsidR="00784618" w:rsidRPr="00304EB7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 xml:space="preserve">☐ </w:t>
      </w:r>
      <w:r w:rsidR="00304EB7" w:rsidRPr="00304EB7">
        <w:rPr>
          <w:lang w:val="it-IT"/>
        </w:rPr>
        <w:t>relazione dettagliata delle attività d</w:t>
      </w:r>
      <w:r w:rsidR="00304EB7">
        <w:rPr>
          <w:lang w:val="it-IT"/>
        </w:rPr>
        <w:t>a svolgere nell’anno sportivo successivo a quello relativo al contributo richiesto;</w:t>
      </w:r>
      <w:r w:rsidR="00600CDC">
        <w:rPr>
          <w:lang w:val="it-IT"/>
        </w:rPr>
        <w:t xml:space="preserve"> (Allegato A2)</w:t>
      </w:r>
    </w:p>
    <w:p w:rsidR="00784618" w:rsidRPr="00304EB7" w:rsidRDefault="00645203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 xml:space="preserve">☐ </w:t>
      </w:r>
      <w:r w:rsidR="00304EB7" w:rsidRPr="00304EB7">
        <w:rPr>
          <w:lang w:val="it-IT"/>
        </w:rPr>
        <w:t>relazione e bilancio consuntivo d</w:t>
      </w:r>
      <w:r w:rsidR="00304EB7">
        <w:rPr>
          <w:lang w:val="it-IT"/>
        </w:rPr>
        <w:t>ell’attività svolta nella stagione sportiva a cui si riferisce il contributo richiesto;</w:t>
      </w:r>
      <w:r w:rsidR="00600CDC">
        <w:rPr>
          <w:lang w:val="it-IT"/>
        </w:rPr>
        <w:t>(Allegato A2 + A3</w:t>
      </w:r>
      <w:r w:rsidR="008B22A7">
        <w:rPr>
          <w:lang w:val="it-IT"/>
        </w:rPr>
        <w:t xml:space="preserve"> + A4</w:t>
      </w:r>
      <w:r w:rsidR="00600CDC">
        <w:rPr>
          <w:lang w:val="it-IT"/>
        </w:rPr>
        <w:t>)</w:t>
      </w:r>
    </w:p>
    <w:p w:rsidR="00784618" w:rsidRPr="007F11FB" w:rsidRDefault="00645203" w:rsidP="00600CDC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7F11FB">
        <w:rPr>
          <w:lang w:val="it-IT"/>
        </w:rPr>
        <w:t xml:space="preserve">☐ </w:t>
      </w:r>
      <w:r w:rsidR="00304EB7">
        <w:rPr>
          <w:lang w:val="it-IT"/>
        </w:rPr>
        <w:t>tabulato della Federazione o Ente di promozione sportiva con relativa attestazione del numero e nominativo atleti tesserati o iscritti al Centro di avviamento allo sport nel periodo di riferimento</w:t>
      </w:r>
      <w:r w:rsidR="00850EDE">
        <w:rPr>
          <w:lang w:val="it-IT"/>
        </w:rPr>
        <w:t>;</w:t>
      </w:r>
      <w:r w:rsidR="00600CDC">
        <w:rPr>
          <w:lang w:val="it-IT"/>
        </w:rPr>
        <w:t>(Allegato A5)</w:t>
      </w:r>
    </w:p>
    <w:p w:rsidR="00784618" w:rsidRDefault="00645203" w:rsidP="00600CDC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 xml:space="preserve">☐ </w:t>
      </w:r>
      <w:r w:rsidR="00304EB7">
        <w:rPr>
          <w:lang w:val="it-IT"/>
        </w:rPr>
        <w:t>calendari dei campionati o delle singole gare corrispondenti al comunicato ufficiale delle singole Federazioni</w:t>
      </w:r>
      <w:r w:rsidR="00B249CF">
        <w:rPr>
          <w:lang w:val="it-IT"/>
        </w:rPr>
        <w:t xml:space="preserve"> e delle manifestazioni sportive</w:t>
      </w:r>
      <w:r w:rsidR="00850EDE">
        <w:rPr>
          <w:lang w:val="it-IT"/>
        </w:rPr>
        <w:t>;</w:t>
      </w:r>
      <w:r w:rsidR="00600CDC">
        <w:rPr>
          <w:lang w:val="it-IT"/>
        </w:rPr>
        <w:t xml:space="preserve">(Allegato </w:t>
      </w:r>
      <w:r w:rsidR="00803CDE">
        <w:rPr>
          <w:lang w:val="it-IT"/>
        </w:rPr>
        <w:t xml:space="preserve">A6 + </w:t>
      </w:r>
      <w:r w:rsidR="00600CDC">
        <w:rPr>
          <w:lang w:val="it-IT"/>
        </w:rPr>
        <w:t>A7)</w:t>
      </w:r>
    </w:p>
    <w:p w:rsidR="00653239" w:rsidRDefault="00653239" w:rsidP="00600CDC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>☐</w:t>
      </w:r>
      <w:r>
        <w:rPr>
          <w:lang w:val="it-IT"/>
        </w:rPr>
        <w:t>spese federali attestate da relativa ricevuta di pagamento relative al periodo per cui si presenta la domanda</w:t>
      </w:r>
      <w:r w:rsidR="00850EDE">
        <w:rPr>
          <w:lang w:val="it-IT"/>
        </w:rPr>
        <w:t>;</w:t>
      </w:r>
      <w:r w:rsidR="00600CDC">
        <w:rPr>
          <w:lang w:val="it-IT"/>
        </w:rPr>
        <w:t>(Allegato A8)</w:t>
      </w:r>
    </w:p>
    <w:p w:rsidR="00653239" w:rsidRDefault="00653239" w:rsidP="00600CDC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>☐</w:t>
      </w:r>
      <w:r>
        <w:rPr>
          <w:lang w:val="it-IT"/>
        </w:rPr>
        <w:t>copia dei documenti/ricevute fiscalmente validi delle spese sostenute e ammesse al calcolo del contributo da erogare</w:t>
      </w:r>
      <w:r w:rsidR="00850EDE">
        <w:rPr>
          <w:lang w:val="it-IT"/>
        </w:rPr>
        <w:t>;</w:t>
      </w:r>
      <w:r w:rsidR="00600CDC">
        <w:rPr>
          <w:lang w:val="it-IT"/>
        </w:rPr>
        <w:t>(Allegato A9 + A10 + A11 + A12 + A13 + A14)</w:t>
      </w:r>
    </w:p>
    <w:p w:rsidR="00653239" w:rsidRPr="00304EB7" w:rsidRDefault="00653239" w:rsidP="00653239">
      <w:pPr>
        <w:pStyle w:val="Puntoelenco"/>
        <w:numPr>
          <w:ilvl w:val="0"/>
          <w:numId w:val="0"/>
        </w:numPr>
        <w:ind w:left="360" w:hanging="360"/>
        <w:rPr>
          <w:lang w:val="it-IT"/>
        </w:rPr>
      </w:pPr>
      <w:r w:rsidRPr="00304EB7">
        <w:rPr>
          <w:lang w:val="it-IT"/>
        </w:rPr>
        <w:t>☐</w:t>
      </w:r>
      <w:r>
        <w:rPr>
          <w:lang w:val="it-IT"/>
        </w:rPr>
        <w:t>copia del documento di identità del legale rappresentante</w:t>
      </w:r>
      <w:r w:rsidR="00850EDE">
        <w:rPr>
          <w:lang w:val="it-IT"/>
        </w:rPr>
        <w:t>.</w:t>
      </w:r>
    </w:p>
    <w:p w:rsidR="00784618" w:rsidRPr="00315BA6" w:rsidRDefault="00645203">
      <w:pPr>
        <w:rPr>
          <w:lang w:val="it-IT"/>
        </w:rPr>
      </w:pPr>
      <w:r w:rsidRPr="00304EB7">
        <w:rPr>
          <w:lang w:val="it-IT"/>
        </w:rPr>
        <w:br/>
      </w:r>
      <w:r w:rsidRPr="00315BA6">
        <w:rPr>
          <w:lang w:val="it-IT"/>
        </w:rPr>
        <w:t>Luogo e data ____</w:t>
      </w:r>
      <w:r w:rsidR="00850EDE" w:rsidRPr="00315BA6">
        <w:rPr>
          <w:lang w:val="it-IT"/>
        </w:rPr>
        <w:t>_________________</w:t>
      </w:r>
      <w:r w:rsidRPr="00315BA6">
        <w:rPr>
          <w:lang w:val="it-IT"/>
        </w:rPr>
        <w:t>__________________</w:t>
      </w:r>
    </w:p>
    <w:p w:rsidR="00850EDE" w:rsidRPr="00315BA6" w:rsidRDefault="00850EDE">
      <w:pPr>
        <w:rPr>
          <w:lang w:val="it-IT"/>
        </w:rPr>
      </w:pPr>
    </w:p>
    <w:p w:rsidR="00784618" w:rsidRPr="00315BA6" w:rsidRDefault="00645203" w:rsidP="00850EDE">
      <w:pPr>
        <w:ind w:left="2160" w:firstLine="720"/>
        <w:rPr>
          <w:lang w:val="it-IT"/>
        </w:rPr>
      </w:pPr>
      <w:r w:rsidRPr="00315BA6">
        <w:rPr>
          <w:lang w:val="it-IT"/>
        </w:rPr>
        <w:t>Firma del Legale Rappresentante ______________</w:t>
      </w:r>
      <w:r w:rsidR="00850EDE" w:rsidRPr="00315BA6">
        <w:rPr>
          <w:lang w:val="it-IT"/>
        </w:rPr>
        <w:t>______</w:t>
      </w:r>
      <w:r w:rsidRPr="00315BA6">
        <w:rPr>
          <w:lang w:val="it-IT"/>
        </w:rPr>
        <w:t>____________</w:t>
      </w:r>
    </w:p>
    <w:sectPr w:rsidR="00784618" w:rsidRPr="00315BA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>
    <w:useFELayout/>
  </w:compat>
  <w:rsids>
    <w:rsidRoot w:val="00B47730"/>
    <w:rsid w:val="00034616"/>
    <w:rsid w:val="0006063C"/>
    <w:rsid w:val="0015074B"/>
    <w:rsid w:val="00181F4B"/>
    <w:rsid w:val="00255B57"/>
    <w:rsid w:val="0029639D"/>
    <w:rsid w:val="00304EB7"/>
    <w:rsid w:val="00315BA6"/>
    <w:rsid w:val="00326F90"/>
    <w:rsid w:val="005A6CFA"/>
    <w:rsid w:val="005D6FB8"/>
    <w:rsid w:val="00600CDC"/>
    <w:rsid w:val="00645203"/>
    <w:rsid w:val="00653239"/>
    <w:rsid w:val="00784618"/>
    <w:rsid w:val="007F11FB"/>
    <w:rsid w:val="00803CDE"/>
    <w:rsid w:val="00850EDE"/>
    <w:rsid w:val="008B22A7"/>
    <w:rsid w:val="00970143"/>
    <w:rsid w:val="00AA1D8D"/>
    <w:rsid w:val="00AE75F0"/>
    <w:rsid w:val="00B249CF"/>
    <w:rsid w:val="00B47730"/>
    <w:rsid w:val="00CB0664"/>
    <w:rsid w:val="00FC693F"/>
    <w:rsid w:val="00FF1675"/>
    <w:rsid w:val="00FF50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unhideWhenUsed/>
    <w:rsid w:val="00AA1D8D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40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M.Orru</cp:lastModifiedBy>
  <cp:revision>9</cp:revision>
  <dcterms:created xsi:type="dcterms:W3CDTF">2026-07-08T11:23:00Z</dcterms:created>
  <dcterms:modified xsi:type="dcterms:W3CDTF">2026-07-24T10:44:00Z</dcterms:modified>
  <cp:category/>
</cp:coreProperties>
</file>