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F28ED" w14:textId="54AF2C05" w:rsidR="00DF6E11" w:rsidRDefault="00A049F2">
      <w:pPr>
        <w:rPr>
          <w:b/>
          <w:sz w:val="32"/>
          <w:lang w:val="it-IT"/>
        </w:rPr>
      </w:pPr>
      <w:r>
        <w:rPr>
          <w:b/>
          <w:sz w:val="32"/>
          <w:lang w:val="it-IT"/>
        </w:rPr>
        <w:t>ALLEGATO</w:t>
      </w:r>
      <w:r w:rsidR="00000000" w:rsidRPr="00D44BAA">
        <w:rPr>
          <w:b/>
          <w:sz w:val="32"/>
          <w:lang w:val="it-IT"/>
        </w:rPr>
        <w:t xml:space="preserve"> A7 </w:t>
      </w:r>
    </w:p>
    <w:p w14:paraId="22CF45F1" w14:textId="1589091C" w:rsidR="008D46B6" w:rsidRPr="00D44BAA" w:rsidRDefault="00000000">
      <w:pPr>
        <w:rPr>
          <w:lang w:val="it-IT"/>
        </w:rPr>
      </w:pPr>
      <w:r w:rsidRPr="00D44BAA">
        <w:rPr>
          <w:b/>
          <w:sz w:val="32"/>
          <w:lang w:val="it-IT"/>
        </w:rPr>
        <w:t>SCHEDA DEI CAMPIONATI E DELLE COMPETIZIONI UFFICIALI</w:t>
      </w:r>
      <w:r w:rsidRPr="00D44BAA">
        <w:rPr>
          <w:b/>
          <w:sz w:val="32"/>
          <w:lang w:val="it-IT"/>
        </w:rPr>
        <w:br/>
      </w:r>
    </w:p>
    <w:p w14:paraId="04BB052C" w14:textId="77777777" w:rsidR="008D46B6" w:rsidRPr="00D44BAA" w:rsidRDefault="00000000">
      <w:pPr>
        <w:rPr>
          <w:lang w:val="it-IT"/>
        </w:rPr>
      </w:pPr>
      <w:r w:rsidRPr="00D44BAA">
        <w:rPr>
          <w:lang w:val="it-IT"/>
        </w:rPr>
        <w:t>Da allegare alla domanda di contributo ordinario.</w:t>
      </w:r>
    </w:p>
    <w:p w14:paraId="5DBC0D16" w14:textId="77777777" w:rsidR="00DF6E11" w:rsidRPr="00944C07" w:rsidRDefault="00DF6E11" w:rsidP="00DF6E11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944C0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DATI DELL'ASSOCIAZIONE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5233"/>
      </w:tblGrid>
      <w:tr w:rsidR="00DF6E11" w14:paraId="22BDF02E" w14:textId="77777777" w:rsidTr="00756A52">
        <w:tc>
          <w:tcPr>
            <w:tcW w:w="3397" w:type="dxa"/>
          </w:tcPr>
          <w:p w14:paraId="124EEB7F" w14:textId="77777777" w:rsidR="00DF6E11" w:rsidRDefault="00DF6E11" w:rsidP="00756A52">
            <w:pPr>
              <w:rPr>
                <w:lang w:val="it-IT"/>
              </w:rPr>
            </w:pPr>
            <w:r w:rsidRPr="00E86B4D">
              <w:rPr>
                <w:lang w:val="it-IT"/>
              </w:rPr>
              <w:t>Denominazione</w:t>
            </w:r>
          </w:p>
          <w:p w14:paraId="78AD2D31" w14:textId="77777777" w:rsidR="00DF6E11" w:rsidRDefault="00DF6E11" w:rsidP="00756A52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26ABAAA3" w14:textId="77777777" w:rsidR="00DF6E11" w:rsidRDefault="00DF6E11" w:rsidP="00756A52">
            <w:pPr>
              <w:rPr>
                <w:lang w:val="it-IT"/>
              </w:rPr>
            </w:pPr>
          </w:p>
        </w:tc>
      </w:tr>
      <w:tr w:rsidR="00DF6E11" w14:paraId="5349E691" w14:textId="77777777" w:rsidTr="00756A52">
        <w:tc>
          <w:tcPr>
            <w:tcW w:w="3397" w:type="dxa"/>
          </w:tcPr>
          <w:p w14:paraId="6BB3DAB1" w14:textId="77777777" w:rsidR="00DF6E11" w:rsidRDefault="00DF6E11" w:rsidP="00756A52">
            <w:pPr>
              <w:rPr>
                <w:lang w:val="it-IT"/>
              </w:rPr>
            </w:pPr>
            <w:r w:rsidRPr="00E86B4D">
              <w:rPr>
                <w:lang w:val="it-IT"/>
              </w:rPr>
              <w:t>Stagione sportiva di riferimento</w:t>
            </w:r>
          </w:p>
          <w:p w14:paraId="6DD9AB2A" w14:textId="77777777" w:rsidR="00DF6E11" w:rsidRDefault="00DF6E11" w:rsidP="00756A52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528855A1" w14:textId="77777777" w:rsidR="00DF6E11" w:rsidRDefault="00DF6E11" w:rsidP="00756A52">
            <w:pPr>
              <w:rPr>
                <w:lang w:val="it-IT"/>
              </w:rPr>
            </w:pPr>
          </w:p>
        </w:tc>
      </w:tr>
      <w:tr w:rsidR="00DF6E11" w14:paraId="2D9D5BA0" w14:textId="77777777" w:rsidTr="00756A52">
        <w:tc>
          <w:tcPr>
            <w:tcW w:w="3397" w:type="dxa"/>
          </w:tcPr>
          <w:p w14:paraId="551F23CA" w14:textId="77777777" w:rsidR="00DF6E11" w:rsidRDefault="00DF6E11" w:rsidP="00756A52">
            <w:pPr>
              <w:rPr>
                <w:lang w:val="it-IT"/>
              </w:rPr>
            </w:pPr>
            <w:r w:rsidRPr="00E86B4D">
              <w:rPr>
                <w:lang w:val="it-IT"/>
              </w:rPr>
              <w:t>Disciplina</w:t>
            </w:r>
            <w:r>
              <w:rPr>
                <w:lang w:val="it-IT"/>
              </w:rPr>
              <w:t>/e</w:t>
            </w:r>
            <w:r w:rsidRPr="00E86B4D">
              <w:rPr>
                <w:lang w:val="it-IT"/>
              </w:rPr>
              <w:t xml:space="preserve"> praticata</w:t>
            </w:r>
            <w:r>
              <w:rPr>
                <w:lang w:val="it-IT"/>
              </w:rPr>
              <w:t>/e</w:t>
            </w:r>
          </w:p>
          <w:p w14:paraId="26ACD16E" w14:textId="77777777" w:rsidR="00DF6E11" w:rsidRDefault="00DF6E11" w:rsidP="00756A52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4EEB22A8" w14:textId="77777777" w:rsidR="00DF6E11" w:rsidRDefault="00DF6E11" w:rsidP="00756A52">
            <w:pPr>
              <w:rPr>
                <w:lang w:val="it-IT"/>
              </w:rPr>
            </w:pPr>
          </w:p>
        </w:tc>
      </w:tr>
    </w:tbl>
    <w:p w14:paraId="08D0E5BD" w14:textId="77777777" w:rsidR="00DF6E11" w:rsidRPr="00944C07" w:rsidRDefault="00DF6E11" w:rsidP="00DF6E11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944C0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ATTIVITÀ SVOLTA</w:t>
      </w:r>
    </w:p>
    <w:p w14:paraId="18FD0CD6" w14:textId="77777777" w:rsidR="008D46B6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AB0536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ELENCO CAMPIONATI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1"/>
        <w:gridCol w:w="3016"/>
        <w:gridCol w:w="1718"/>
        <w:gridCol w:w="1718"/>
        <w:gridCol w:w="1717"/>
      </w:tblGrid>
      <w:tr w:rsidR="00AB0536" w14:paraId="0FE3E4F6" w14:textId="77777777" w:rsidTr="00AB0536">
        <w:tc>
          <w:tcPr>
            <w:tcW w:w="461" w:type="dxa"/>
            <w:shd w:val="clear" w:color="auto" w:fill="92D050"/>
          </w:tcPr>
          <w:p w14:paraId="18395D15" w14:textId="546530D8" w:rsidR="00AB0536" w:rsidRDefault="00AB0536" w:rsidP="00AB0536">
            <w:pPr>
              <w:jc w:val="center"/>
              <w:rPr>
                <w:lang w:val="it-IT"/>
              </w:rPr>
            </w:pPr>
            <w:r>
              <w:t>N.</w:t>
            </w:r>
          </w:p>
        </w:tc>
        <w:tc>
          <w:tcPr>
            <w:tcW w:w="3016" w:type="dxa"/>
            <w:shd w:val="clear" w:color="auto" w:fill="92D050"/>
          </w:tcPr>
          <w:p w14:paraId="6BB49C42" w14:textId="4F553724" w:rsidR="00AB0536" w:rsidRDefault="00AB0536" w:rsidP="00AB0536">
            <w:pPr>
              <w:jc w:val="center"/>
              <w:rPr>
                <w:lang w:val="it-IT"/>
              </w:rPr>
            </w:pPr>
            <w:r>
              <w:t>Federazione/EPS</w:t>
            </w:r>
          </w:p>
        </w:tc>
        <w:tc>
          <w:tcPr>
            <w:tcW w:w="1718" w:type="dxa"/>
            <w:shd w:val="clear" w:color="auto" w:fill="92D050"/>
          </w:tcPr>
          <w:p w14:paraId="0ADB8192" w14:textId="123C0F26" w:rsidR="00AB0536" w:rsidRDefault="00AB0536" w:rsidP="00AB0536">
            <w:pPr>
              <w:jc w:val="center"/>
              <w:rPr>
                <w:lang w:val="it-IT"/>
              </w:rPr>
            </w:pPr>
            <w:proofErr w:type="spellStart"/>
            <w:r>
              <w:t>Categoria</w:t>
            </w:r>
            <w:proofErr w:type="spellEnd"/>
          </w:p>
        </w:tc>
        <w:tc>
          <w:tcPr>
            <w:tcW w:w="1718" w:type="dxa"/>
            <w:shd w:val="clear" w:color="auto" w:fill="92D050"/>
          </w:tcPr>
          <w:p w14:paraId="22067F9A" w14:textId="3E2FE8D7" w:rsidR="00AB0536" w:rsidRDefault="00AB0536" w:rsidP="00AB0536">
            <w:pPr>
              <w:jc w:val="center"/>
              <w:rPr>
                <w:lang w:val="it-IT"/>
              </w:rPr>
            </w:pPr>
            <w:r>
              <w:t xml:space="preserve">N. </w:t>
            </w:r>
            <w:proofErr w:type="spellStart"/>
            <w:r>
              <w:t>gare</w:t>
            </w:r>
            <w:proofErr w:type="spellEnd"/>
            <w:r>
              <w:t xml:space="preserve"> </w:t>
            </w:r>
            <w:proofErr w:type="spellStart"/>
            <w:r>
              <w:t>disputate</w:t>
            </w:r>
            <w:proofErr w:type="spellEnd"/>
          </w:p>
        </w:tc>
        <w:tc>
          <w:tcPr>
            <w:tcW w:w="1717" w:type="dxa"/>
            <w:shd w:val="clear" w:color="auto" w:fill="92D050"/>
          </w:tcPr>
          <w:p w14:paraId="6E5A0E4F" w14:textId="2F749C01" w:rsidR="00AB0536" w:rsidRDefault="00AB0536" w:rsidP="00AB0536">
            <w:pPr>
              <w:jc w:val="center"/>
              <w:rPr>
                <w:lang w:val="it-IT"/>
              </w:rPr>
            </w:pPr>
            <w:r>
              <w:t xml:space="preserve">N. </w:t>
            </w:r>
            <w:proofErr w:type="spellStart"/>
            <w:r>
              <w:t>atleti</w:t>
            </w:r>
            <w:proofErr w:type="spellEnd"/>
            <w:r>
              <w:t xml:space="preserve"> </w:t>
            </w:r>
            <w:proofErr w:type="spellStart"/>
            <w:r>
              <w:t>coinvolti</w:t>
            </w:r>
            <w:proofErr w:type="spellEnd"/>
          </w:p>
        </w:tc>
      </w:tr>
      <w:tr w:rsidR="00AB0536" w14:paraId="63628D56" w14:textId="77777777" w:rsidTr="00AB0536">
        <w:tc>
          <w:tcPr>
            <w:tcW w:w="461" w:type="dxa"/>
          </w:tcPr>
          <w:p w14:paraId="34D37960" w14:textId="730F7128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3016" w:type="dxa"/>
          </w:tcPr>
          <w:p w14:paraId="2FE420B5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5DC78882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4ACCCB60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2DA30E26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2F8C7794" w14:textId="77777777" w:rsidTr="00AB0536">
        <w:tc>
          <w:tcPr>
            <w:tcW w:w="461" w:type="dxa"/>
          </w:tcPr>
          <w:p w14:paraId="56D50BA9" w14:textId="3275090A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3016" w:type="dxa"/>
          </w:tcPr>
          <w:p w14:paraId="462D300E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4E9964DF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6DBFAC68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6D45F31C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2EC38BB6" w14:textId="77777777" w:rsidTr="00AB0536">
        <w:tc>
          <w:tcPr>
            <w:tcW w:w="461" w:type="dxa"/>
          </w:tcPr>
          <w:p w14:paraId="3AD42CBA" w14:textId="4EE881B3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3016" w:type="dxa"/>
          </w:tcPr>
          <w:p w14:paraId="78C4ABBE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2BFD7F80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3711257F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27D8445E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3A5C49C8" w14:textId="77777777" w:rsidTr="00AB0536">
        <w:tc>
          <w:tcPr>
            <w:tcW w:w="461" w:type="dxa"/>
          </w:tcPr>
          <w:p w14:paraId="1ED39C7C" w14:textId="48C48B4A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3016" w:type="dxa"/>
          </w:tcPr>
          <w:p w14:paraId="372712F2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710E95D8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579767B1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6671E49D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4DDCE67C" w14:textId="77777777" w:rsidTr="00AB0536">
        <w:tc>
          <w:tcPr>
            <w:tcW w:w="461" w:type="dxa"/>
          </w:tcPr>
          <w:p w14:paraId="018742F8" w14:textId="372078DD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3016" w:type="dxa"/>
          </w:tcPr>
          <w:p w14:paraId="3D20D83F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3014AC8D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242C5CFD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54F81F7D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6FFA5EB0" w14:textId="77777777" w:rsidTr="00AB0536">
        <w:tc>
          <w:tcPr>
            <w:tcW w:w="461" w:type="dxa"/>
          </w:tcPr>
          <w:p w14:paraId="254A72C9" w14:textId="73C98E19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3016" w:type="dxa"/>
          </w:tcPr>
          <w:p w14:paraId="3422500D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2365E40E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16EAC50E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47966701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61380452" w14:textId="77777777" w:rsidTr="00AB0536">
        <w:tc>
          <w:tcPr>
            <w:tcW w:w="461" w:type="dxa"/>
          </w:tcPr>
          <w:p w14:paraId="002BB172" w14:textId="165D50CB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3016" w:type="dxa"/>
          </w:tcPr>
          <w:p w14:paraId="27432434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55D0A4CD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404F2065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369A86F4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6177678B" w14:textId="77777777" w:rsidTr="00AB0536">
        <w:tc>
          <w:tcPr>
            <w:tcW w:w="461" w:type="dxa"/>
          </w:tcPr>
          <w:p w14:paraId="66210F92" w14:textId="14F12B07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3016" w:type="dxa"/>
          </w:tcPr>
          <w:p w14:paraId="1D5F3B84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697B0ADF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305CF7A3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7994EDE5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53E00D47" w14:textId="77777777" w:rsidTr="00AB0536">
        <w:tc>
          <w:tcPr>
            <w:tcW w:w="461" w:type="dxa"/>
          </w:tcPr>
          <w:p w14:paraId="4F1BBB76" w14:textId="030C76A0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9</w:t>
            </w:r>
          </w:p>
        </w:tc>
        <w:tc>
          <w:tcPr>
            <w:tcW w:w="3016" w:type="dxa"/>
          </w:tcPr>
          <w:p w14:paraId="75F37408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17B752C4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6EEEE66B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5E0A8012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1A6A7286" w14:textId="77777777" w:rsidTr="00AB0536">
        <w:tc>
          <w:tcPr>
            <w:tcW w:w="461" w:type="dxa"/>
          </w:tcPr>
          <w:p w14:paraId="2F6513AC" w14:textId="0B11245D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3016" w:type="dxa"/>
          </w:tcPr>
          <w:p w14:paraId="53B073D7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3358EE73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75C08877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76404380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31D2302D" w14:textId="77777777" w:rsidTr="00AB0536">
        <w:tc>
          <w:tcPr>
            <w:tcW w:w="461" w:type="dxa"/>
          </w:tcPr>
          <w:p w14:paraId="6D67D4F3" w14:textId="1E245E50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11</w:t>
            </w:r>
          </w:p>
        </w:tc>
        <w:tc>
          <w:tcPr>
            <w:tcW w:w="3016" w:type="dxa"/>
          </w:tcPr>
          <w:p w14:paraId="43614DF6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06F8AE90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0D4D75C6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6FABEDE4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3A98F84D" w14:textId="77777777" w:rsidTr="00AB0536">
        <w:tc>
          <w:tcPr>
            <w:tcW w:w="461" w:type="dxa"/>
          </w:tcPr>
          <w:p w14:paraId="3C8A0983" w14:textId="45E1FEA3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12</w:t>
            </w:r>
          </w:p>
        </w:tc>
        <w:tc>
          <w:tcPr>
            <w:tcW w:w="3016" w:type="dxa"/>
          </w:tcPr>
          <w:p w14:paraId="169BC47A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70CD46A6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0E1C2F57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6A50D8C5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3E9A701C" w14:textId="77777777" w:rsidTr="00AB0536">
        <w:tc>
          <w:tcPr>
            <w:tcW w:w="461" w:type="dxa"/>
          </w:tcPr>
          <w:p w14:paraId="7DFE3FCD" w14:textId="39AF9D09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13</w:t>
            </w:r>
          </w:p>
        </w:tc>
        <w:tc>
          <w:tcPr>
            <w:tcW w:w="3016" w:type="dxa"/>
          </w:tcPr>
          <w:p w14:paraId="1DE2A472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1ACB5E64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06F0E5EB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62B115B3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3C31055E" w14:textId="77777777" w:rsidTr="00AB0536">
        <w:tc>
          <w:tcPr>
            <w:tcW w:w="461" w:type="dxa"/>
          </w:tcPr>
          <w:p w14:paraId="28A207ED" w14:textId="1C27376C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14</w:t>
            </w:r>
          </w:p>
        </w:tc>
        <w:tc>
          <w:tcPr>
            <w:tcW w:w="3016" w:type="dxa"/>
          </w:tcPr>
          <w:p w14:paraId="6B16CD49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64CE6094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5C5BFFBB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506E8D56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7B98B36B" w14:textId="77777777" w:rsidTr="00AB0536">
        <w:tc>
          <w:tcPr>
            <w:tcW w:w="461" w:type="dxa"/>
          </w:tcPr>
          <w:p w14:paraId="1174665D" w14:textId="54C86A19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15</w:t>
            </w:r>
          </w:p>
        </w:tc>
        <w:tc>
          <w:tcPr>
            <w:tcW w:w="3016" w:type="dxa"/>
          </w:tcPr>
          <w:p w14:paraId="3987C62B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28CA24EE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6DF798F9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4EB4727B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6F2FB985" w14:textId="77777777" w:rsidTr="00AB0536">
        <w:tc>
          <w:tcPr>
            <w:tcW w:w="461" w:type="dxa"/>
          </w:tcPr>
          <w:p w14:paraId="06863DAA" w14:textId="088C318F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16</w:t>
            </w:r>
          </w:p>
        </w:tc>
        <w:tc>
          <w:tcPr>
            <w:tcW w:w="3016" w:type="dxa"/>
          </w:tcPr>
          <w:p w14:paraId="66F85CE6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6110E1F5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5FB95E40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6561ACD1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7544B001" w14:textId="77777777" w:rsidTr="00AB0536">
        <w:tc>
          <w:tcPr>
            <w:tcW w:w="461" w:type="dxa"/>
          </w:tcPr>
          <w:p w14:paraId="2C31930D" w14:textId="4E0D0D3C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17</w:t>
            </w:r>
          </w:p>
        </w:tc>
        <w:tc>
          <w:tcPr>
            <w:tcW w:w="3016" w:type="dxa"/>
          </w:tcPr>
          <w:p w14:paraId="04E32721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1960C275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3010AF16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0B19BBC2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35B3E7D4" w14:textId="77777777" w:rsidTr="00AB0536">
        <w:tc>
          <w:tcPr>
            <w:tcW w:w="461" w:type="dxa"/>
          </w:tcPr>
          <w:p w14:paraId="5CE20A4F" w14:textId="4BEDE4DF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18</w:t>
            </w:r>
          </w:p>
        </w:tc>
        <w:tc>
          <w:tcPr>
            <w:tcW w:w="3016" w:type="dxa"/>
          </w:tcPr>
          <w:p w14:paraId="66B273BB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670EB083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39967ACA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5CF1721F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20F7B045" w14:textId="77777777" w:rsidTr="00AB0536">
        <w:tc>
          <w:tcPr>
            <w:tcW w:w="461" w:type="dxa"/>
          </w:tcPr>
          <w:p w14:paraId="0AE3E1A9" w14:textId="35A02450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19</w:t>
            </w:r>
          </w:p>
        </w:tc>
        <w:tc>
          <w:tcPr>
            <w:tcW w:w="3016" w:type="dxa"/>
          </w:tcPr>
          <w:p w14:paraId="6354CC7C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4735A4D0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70008B63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5FF04E46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5CC3C4BB" w14:textId="77777777" w:rsidTr="00AB0536">
        <w:tc>
          <w:tcPr>
            <w:tcW w:w="461" w:type="dxa"/>
          </w:tcPr>
          <w:p w14:paraId="6A3F2753" w14:textId="55A82D46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20</w:t>
            </w:r>
          </w:p>
        </w:tc>
        <w:tc>
          <w:tcPr>
            <w:tcW w:w="3016" w:type="dxa"/>
          </w:tcPr>
          <w:p w14:paraId="13D49537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5D6D0E55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3BCBCB4A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1442ABC1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4A37CD5A" w14:textId="77777777" w:rsidTr="00AB0536">
        <w:tc>
          <w:tcPr>
            <w:tcW w:w="461" w:type="dxa"/>
          </w:tcPr>
          <w:p w14:paraId="0D91F45E" w14:textId="6A9FCC1E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21</w:t>
            </w:r>
          </w:p>
        </w:tc>
        <w:tc>
          <w:tcPr>
            <w:tcW w:w="3016" w:type="dxa"/>
          </w:tcPr>
          <w:p w14:paraId="33587831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6407B28F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165A1216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18748C51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48EBDAD7" w14:textId="77777777" w:rsidTr="00AB0536">
        <w:tc>
          <w:tcPr>
            <w:tcW w:w="461" w:type="dxa"/>
          </w:tcPr>
          <w:p w14:paraId="23BCE68E" w14:textId="6DEEAAE6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22</w:t>
            </w:r>
          </w:p>
        </w:tc>
        <w:tc>
          <w:tcPr>
            <w:tcW w:w="3016" w:type="dxa"/>
          </w:tcPr>
          <w:p w14:paraId="20E5A10A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245FD31A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0B325774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2551A9CD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16D1709B" w14:textId="77777777" w:rsidTr="00AB0536">
        <w:tc>
          <w:tcPr>
            <w:tcW w:w="461" w:type="dxa"/>
          </w:tcPr>
          <w:p w14:paraId="3B0DCF9C" w14:textId="60C0FB9B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23</w:t>
            </w:r>
          </w:p>
        </w:tc>
        <w:tc>
          <w:tcPr>
            <w:tcW w:w="3016" w:type="dxa"/>
          </w:tcPr>
          <w:p w14:paraId="1BE259CC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559BB243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5112954C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50F66019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72E1D8B3" w14:textId="77777777" w:rsidTr="00AB0536">
        <w:tc>
          <w:tcPr>
            <w:tcW w:w="461" w:type="dxa"/>
          </w:tcPr>
          <w:p w14:paraId="7CD10901" w14:textId="0827D869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24</w:t>
            </w:r>
          </w:p>
        </w:tc>
        <w:tc>
          <w:tcPr>
            <w:tcW w:w="3016" w:type="dxa"/>
          </w:tcPr>
          <w:p w14:paraId="7A53760D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6EE4D950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5C71D75C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165FC3A9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33B135A9" w14:textId="77777777" w:rsidTr="00AB0536">
        <w:tc>
          <w:tcPr>
            <w:tcW w:w="461" w:type="dxa"/>
            <w:shd w:val="clear" w:color="auto" w:fill="92D050"/>
          </w:tcPr>
          <w:p w14:paraId="6FB2B1FC" w14:textId="77777777" w:rsidR="00AB0536" w:rsidRDefault="00AB0536" w:rsidP="00756A52">
            <w:pPr>
              <w:jc w:val="center"/>
              <w:rPr>
                <w:lang w:val="it-IT"/>
              </w:rPr>
            </w:pPr>
            <w:r>
              <w:lastRenderedPageBreak/>
              <w:t>N.</w:t>
            </w:r>
          </w:p>
        </w:tc>
        <w:tc>
          <w:tcPr>
            <w:tcW w:w="3016" w:type="dxa"/>
            <w:shd w:val="clear" w:color="auto" w:fill="92D050"/>
          </w:tcPr>
          <w:p w14:paraId="3563042A" w14:textId="77777777" w:rsidR="00AB0536" w:rsidRDefault="00AB0536" w:rsidP="00756A52">
            <w:pPr>
              <w:jc w:val="center"/>
              <w:rPr>
                <w:lang w:val="it-IT"/>
              </w:rPr>
            </w:pPr>
            <w:r>
              <w:t>Federazione/EPS</w:t>
            </w:r>
          </w:p>
        </w:tc>
        <w:tc>
          <w:tcPr>
            <w:tcW w:w="1718" w:type="dxa"/>
            <w:shd w:val="clear" w:color="auto" w:fill="92D050"/>
          </w:tcPr>
          <w:p w14:paraId="32A37D3A" w14:textId="77777777" w:rsidR="00AB0536" w:rsidRDefault="00AB0536" w:rsidP="00756A52">
            <w:pPr>
              <w:jc w:val="center"/>
              <w:rPr>
                <w:lang w:val="it-IT"/>
              </w:rPr>
            </w:pPr>
            <w:proofErr w:type="spellStart"/>
            <w:r>
              <w:t>Categoria</w:t>
            </w:r>
            <w:proofErr w:type="spellEnd"/>
          </w:p>
        </w:tc>
        <w:tc>
          <w:tcPr>
            <w:tcW w:w="1718" w:type="dxa"/>
            <w:shd w:val="clear" w:color="auto" w:fill="92D050"/>
          </w:tcPr>
          <w:p w14:paraId="4507D5DD" w14:textId="77777777" w:rsidR="00AB0536" w:rsidRDefault="00AB0536" w:rsidP="00756A52">
            <w:pPr>
              <w:jc w:val="center"/>
              <w:rPr>
                <w:lang w:val="it-IT"/>
              </w:rPr>
            </w:pPr>
            <w:r>
              <w:t xml:space="preserve">N. </w:t>
            </w:r>
            <w:proofErr w:type="spellStart"/>
            <w:r>
              <w:t>gare</w:t>
            </w:r>
            <w:proofErr w:type="spellEnd"/>
            <w:r>
              <w:t xml:space="preserve"> </w:t>
            </w:r>
            <w:proofErr w:type="spellStart"/>
            <w:r>
              <w:t>disputate</w:t>
            </w:r>
            <w:proofErr w:type="spellEnd"/>
          </w:p>
        </w:tc>
        <w:tc>
          <w:tcPr>
            <w:tcW w:w="1717" w:type="dxa"/>
            <w:shd w:val="clear" w:color="auto" w:fill="92D050"/>
          </w:tcPr>
          <w:p w14:paraId="58A4572D" w14:textId="77777777" w:rsidR="00AB0536" w:rsidRDefault="00AB0536" w:rsidP="00756A52">
            <w:pPr>
              <w:jc w:val="center"/>
              <w:rPr>
                <w:lang w:val="it-IT"/>
              </w:rPr>
            </w:pPr>
            <w:r>
              <w:t xml:space="preserve">N. </w:t>
            </w:r>
            <w:proofErr w:type="spellStart"/>
            <w:r>
              <w:t>atleti</w:t>
            </w:r>
            <w:proofErr w:type="spellEnd"/>
            <w:r>
              <w:t xml:space="preserve"> </w:t>
            </w:r>
            <w:proofErr w:type="spellStart"/>
            <w:r>
              <w:t>coinvolti</w:t>
            </w:r>
            <w:proofErr w:type="spellEnd"/>
          </w:p>
        </w:tc>
      </w:tr>
      <w:tr w:rsidR="00AB0536" w14:paraId="52D4B2FD" w14:textId="77777777" w:rsidTr="00AB0536">
        <w:tc>
          <w:tcPr>
            <w:tcW w:w="461" w:type="dxa"/>
          </w:tcPr>
          <w:p w14:paraId="5A43DA2E" w14:textId="16A3D3F5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25</w:t>
            </w:r>
          </w:p>
        </w:tc>
        <w:tc>
          <w:tcPr>
            <w:tcW w:w="3016" w:type="dxa"/>
          </w:tcPr>
          <w:p w14:paraId="78160A52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0096F669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3A77CF1F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21519BDA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538A5D8E" w14:textId="77777777" w:rsidTr="00AB0536">
        <w:tc>
          <w:tcPr>
            <w:tcW w:w="461" w:type="dxa"/>
          </w:tcPr>
          <w:p w14:paraId="1EDF9BDA" w14:textId="78532C0F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26</w:t>
            </w:r>
          </w:p>
        </w:tc>
        <w:tc>
          <w:tcPr>
            <w:tcW w:w="3016" w:type="dxa"/>
          </w:tcPr>
          <w:p w14:paraId="036AC44E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31F98A1A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4D33CFE7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57BB9D32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3E229BC6" w14:textId="77777777" w:rsidTr="00AB0536">
        <w:tc>
          <w:tcPr>
            <w:tcW w:w="461" w:type="dxa"/>
          </w:tcPr>
          <w:p w14:paraId="5AD9303F" w14:textId="6754CD1A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27</w:t>
            </w:r>
          </w:p>
        </w:tc>
        <w:tc>
          <w:tcPr>
            <w:tcW w:w="3016" w:type="dxa"/>
          </w:tcPr>
          <w:p w14:paraId="591CD0E7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41871CF6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776EEA8C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7528ED40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3C7CFA77" w14:textId="77777777" w:rsidTr="00AB0536">
        <w:tc>
          <w:tcPr>
            <w:tcW w:w="461" w:type="dxa"/>
          </w:tcPr>
          <w:p w14:paraId="40A117AA" w14:textId="219C7ED5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28</w:t>
            </w:r>
          </w:p>
        </w:tc>
        <w:tc>
          <w:tcPr>
            <w:tcW w:w="3016" w:type="dxa"/>
          </w:tcPr>
          <w:p w14:paraId="7F159F28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7B87CFE4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243F6287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2EB3A2E5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0029E082" w14:textId="77777777" w:rsidTr="00AB0536">
        <w:tc>
          <w:tcPr>
            <w:tcW w:w="461" w:type="dxa"/>
          </w:tcPr>
          <w:p w14:paraId="44F00F18" w14:textId="0CA72A19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29</w:t>
            </w:r>
          </w:p>
        </w:tc>
        <w:tc>
          <w:tcPr>
            <w:tcW w:w="3016" w:type="dxa"/>
          </w:tcPr>
          <w:p w14:paraId="487FE974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6E2BE9E5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25B8DF78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4061BA03" w14:textId="77777777" w:rsidR="00AB0536" w:rsidRDefault="00AB0536" w:rsidP="00AB0536">
            <w:pPr>
              <w:rPr>
                <w:lang w:val="it-IT"/>
              </w:rPr>
            </w:pPr>
          </w:p>
        </w:tc>
      </w:tr>
      <w:tr w:rsidR="00AB0536" w14:paraId="137407E1" w14:textId="77777777" w:rsidTr="00AB0536">
        <w:tc>
          <w:tcPr>
            <w:tcW w:w="461" w:type="dxa"/>
          </w:tcPr>
          <w:p w14:paraId="7488C8BD" w14:textId="1326A2A5" w:rsidR="00AB0536" w:rsidRDefault="00AB0536" w:rsidP="00AB0536">
            <w:pPr>
              <w:rPr>
                <w:lang w:val="it-IT"/>
              </w:rPr>
            </w:pPr>
            <w:r>
              <w:rPr>
                <w:lang w:val="it-IT"/>
              </w:rPr>
              <w:t>30</w:t>
            </w:r>
          </w:p>
        </w:tc>
        <w:tc>
          <w:tcPr>
            <w:tcW w:w="3016" w:type="dxa"/>
          </w:tcPr>
          <w:p w14:paraId="3E89F624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4DB4AA1B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8" w:type="dxa"/>
          </w:tcPr>
          <w:p w14:paraId="26EE9E49" w14:textId="77777777" w:rsidR="00AB0536" w:rsidRDefault="00AB0536" w:rsidP="00AB0536">
            <w:pPr>
              <w:rPr>
                <w:lang w:val="it-IT"/>
              </w:rPr>
            </w:pPr>
          </w:p>
        </w:tc>
        <w:tc>
          <w:tcPr>
            <w:tcW w:w="1717" w:type="dxa"/>
          </w:tcPr>
          <w:p w14:paraId="2B3B0D25" w14:textId="77777777" w:rsidR="00AB0536" w:rsidRDefault="00AB0536" w:rsidP="00AB0536">
            <w:pPr>
              <w:rPr>
                <w:lang w:val="it-IT"/>
              </w:rPr>
            </w:pPr>
          </w:p>
        </w:tc>
      </w:tr>
    </w:tbl>
    <w:p w14:paraId="07FBA782" w14:textId="77777777" w:rsidR="00AB0536" w:rsidRPr="00AB0536" w:rsidRDefault="00AB0536" w:rsidP="00AB0536">
      <w:pPr>
        <w:rPr>
          <w:lang w:val="it-IT"/>
        </w:rPr>
      </w:pPr>
    </w:p>
    <w:p w14:paraId="09A8AEEB" w14:textId="77777777" w:rsidR="008D46B6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AB0536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RISULTATI DI RILIEVO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57"/>
        <w:gridCol w:w="1880"/>
        <w:gridCol w:w="1722"/>
        <w:gridCol w:w="1497"/>
        <w:gridCol w:w="1474"/>
      </w:tblGrid>
      <w:tr w:rsidR="007D76BF" w14:paraId="5B366AB7" w14:textId="31D2378E" w:rsidTr="007D76BF">
        <w:tc>
          <w:tcPr>
            <w:tcW w:w="2057" w:type="dxa"/>
            <w:shd w:val="clear" w:color="auto" w:fill="92D050"/>
          </w:tcPr>
          <w:p w14:paraId="03539118" w14:textId="56F36759" w:rsidR="007D76BF" w:rsidRDefault="007D76BF" w:rsidP="00AB053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Squadra/atleta</w:t>
            </w:r>
          </w:p>
        </w:tc>
        <w:tc>
          <w:tcPr>
            <w:tcW w:w="1880" w:type="dxa"/>
            <w:shd w:val="clear" w:color="auto" w:fill="92D050"/>
          </w:tcPr>
          <w:p w14:paraId="37F20855" w14:textId="1CF7B540" w:rsidR="007D76BF" w:rsidRDefault="007D76BF" w:rsidP="00AB053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Disciplina </w:t>
            </w:r>
          </w:p>
        </w:tc>
        <w:tc>
          <w:tcPr>
            <w:tcW w:w="1722" w:type="dxa"/>
            <w:shd w:val="clear" w:color="auto" w:fill="92D050"/>
          </w:tcPr>
          <w:p w14:paraId="082614B9" w14:textId="637683D3" w:rsidR="007D76BF" w:rsidRDefault="007D76BF" w:rsidP="00AB053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Titolo conseguito </w:t>
            </w:r>
          </w:p>
        </w:tc>
        <w:tc>
          <w:tcPr>
            <w:tcW w:w="1497" w:type="dxa"/>
            <w:shd w:val="clear" w:color="auto" w:fill="92D050"/>
          </w:tcPr>
          <w:p w14:paraId="061ABF10" w14:textId="39B715D5" w:rsidR="007D76BF" w:rsidRDefault="007D76BF" w:rsidP="00AB053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qualificazioni </w:t>
            </w:r>
          </w:p>
        </w:tc>
        <w:tc>
          <w:tcPr>
            <w:tcW w:w="1474" w:type="dxa"/>
            <w:shd w:val="clear" w:color="auto" w:fill="92D050"/>
          </w:tcPr>
          <w:p w14:paraId="68AA1322" w14:textId="3FCD4C38" w:rsidR="007D76BF" w:rsidRDefault="007D76BF" w:rsidP="00AB053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Convocazioni</w:t>
            </w:r>
          </w:p>
        </w:tc>
      </w:tr>
      <w:tr w:rsidR="007D76BF" w14:paraId="7800A45B" w14:textId="5FACE34E" w:rsidTr="007D76BF">
        <w:tc>
          <w:tcPr>
            <w:tcW w:w="2057" w:type="dxa"/>
          </w:tcPr>
          <w:p w14:paraId="1EE98EB1" w14:textId="77777777" w:rsidR="007D76BF" w:rsidRDefault="007D76BF" w:rsidP="00AB0536">
            <w:pPr>
              <w:rPr>
                <w:lang w:val="it-IT"/>
              </w:rPr>
            </w:pPr>
          </w:p>
          <w:p w14:paraId="492F622A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880" w:type="dxa"/>
          </w:tcPr>
          <w:p w14:paraId="39D5C10C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722" w:type="dxa"/>
          </w:tcPr>
          <w:p w14:paraId="585BB064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97" w:type="dxa"/>
          </w:tcPr>
          <w:p w14:paraId="508ACDA9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74" w:type="dxa"/>
          </w:tcPr>
          <w:p w14:paraId="06990D04" w14:textId="77777777" w:rsidR="007D76BF" w:rsidRDefault="007D76BF" w:rsidP="00AB0536">
            <w:pPr>
              <w:rPr>
                <w:lang w:val="it-IT"/>
              </w:rPr>
            </w:pPr>
          </w:p>
        </w:tc>
      </w:tr>
      <w:tr w:rsidR="007D76BF" w14:paraId="620A5B8E" w14:textId="38951896" w:rsidTr="007D76BF">
        <w:tc>
          <w:tcPr>
            <w:tcW w:w="2057" w:type="dxa"/>
          </w:tcPr>
          <w:p w14:paraId="734CF1FA" w14:textId="77777777" w:rsidR="007D76BF" w:rsidRDefault="007D76BF" w:rsidP="00AB0536">
            <w:pPr>
              <w:rPr>
                <w:lang w:val="it-IT"/>
              </w:rPr>
            </w:pPr>
          </w:p>
          <w:p w14:paraId="0E4B0FA9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880" w:type="dxa"/>
          </w:tcPr>
          <w:p w14:paraId="70A4881B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722" w:type="dxa"/>
          </w:tcPr>
          <w:p w14:paraId="7306591C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97" w:type="dxa"/>
          </w:tcPr>
          <w:p w14:paraId="55957730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74" w:type="dxa"/>
          </w:tcPr>
          <w:p w14:paraId="4ADD0CEE" w14:textId="77777777" w:rsidR="007D76BF" w:rsidRDefault="007D76BF" w:rsidP="00AB0536">
            <w:pPr>
              <w:rPr>
                <w:lang w:val="it-IT"/>
              </w:rPr>
            </w:pPr>
          </w:p>
        </w:tc>
      </w:tr>
      <w:tr w:rsidR="007D76BF" w14:paraId="6137A6AB" w14:textId="1D45E985" w:rsidTr="007D76BF">
        <w:tc>
          <w:tcPr>
            <w:tcW w:w="2057" w:type="dxa"/>
          </w:tcPr>
          <w:p w14:paraId="1A2A6818" w14:textId="77777777" w:rsidR="007D76BF" w:rsidRDefault="007D76BF" w:rsidP="00AB0536">
            <w:pPr>
              <w:rPr>
                <w:lang w:val="it-IT"/>
              </w:rPr>
            </w:pPr>
          </w:p>
          <w:p w14:paraId="2D612378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880" w:type="dxa"/>
          </w:tcPr>
          <w:p w14:paraId="029A7403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722" w:type="dxa"/>
          </w:tcPr>
          <w:p w14:paraId="7A613A27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97" w:type="dxa"/>
          </w:tcPr>
          <w:p w14:paraId="7F00EAAB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74" w:type="dxa"/>
          </w:tcPr>
          <w:p w14:paraId="1E1C4BBD" w14:textId="77777777" w:rsidR="007D76BF" w:rsidRDefault="007D76BF" w:rsidP="00AB0536">
            <w:pPr>
              <w:rPr>
                <w:lang w:val="it-IT"/>
              </w:rPr>
            </w:pPr>
          </w:p>
        </w:tc>
      </w:tr>
      <w:tr w:rsidR="007D76BF" w14:paraId="07C4F465" w14:textId="3E9262E2" w:rsidTr="007D76BF">
        <w:tc>
          <w:tcPr>
            <w:tcW w:w="2057" w:type="dxa"/>
          </w:tcPr>
          <w:p w14:paraId="506C5087" w14:textId="77777777" w:rsidR="007D76BF" w:rsidRDefault="007D76BF" w:rsidP="00AB0536">
            <w:pPr>
              <w:rPr>
                <w:lang w:val="it-IT"/>
              </w:rPr>
            </w:pPr>
          </w:p>
          <w:p w14:paraId="07D92860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880" w:type="dxa"/>
          </w:tcPr>
          <w:p w14:paraId="30EEA4A5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722" w:type="dxa"/>
          </w:tcPr>
          <w:p w14:paraId="4E2F2981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97" w:type="dxa"/>
          </w:tcPr>
          <w:p w14:paraId="0258125C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74" w:type="dxa"/>
          </w:tcPr>
          <w:p w14:paraId="10E84E0C" w14:textId="77777777" w:rsidR="007D76BF" w:rsidRDefault="007D76BF" w:rsidP="00AB0536">
            <w:pPr>
              <w:rPr>
                <w:lang w:val="it-IT"/>
              </w:rPr>
            </w:pPr>
          </w:p>
        </w:tc>
      </w:tr>
      <w:tr w:rsidR="007D76BF" w14:paraId="72CF4A11" w14:textId="3B06E2F3" w:rsidTr="007D76BF">
        <w:tc>
          <w:tcPr>
            <w:tcW w:w="2057" w:type="dxa"/>
          </w:tcPr>
          <w:p w14:paraId="2F1437EF" w14:textId="77777777" w:rsidR="007D76BF" w:rsidRDefault="007D76BF" w:rsidP="00AB0536">
            <w:pPr>
              <w:rPr>
                <w:lang w:val="it-IT"/>
              </w:rPr>
            </w:pPr>
          </w:p>
          <w:p w14:paraId="28DC18DC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880" w:type="dxa"/>
          </w:tcPr>
          <w:p w14:paraId="1EB285F1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722" w:type="dxa"/>
          </w:tcPr>
          <w:p w14:paraId="41C9361C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97" w:type="dxa"/>
          </w:tcPr>
          <w:p w14:paraId="5F2D958E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74" w:type="dxa"/>
          </w:tcPr>
          <w:p w14:paraId="123D4DC9" w14:textId="77777777" w:rsidR="007D76BF" w:rsidRDefault="007D76BF" w:rsidP="00AB0536">
            <w:pPr>
              <w:rPr>
                <w:lang w:val="it-IT"/>
              </w:rPr>
            </w:pPr>
          </w:p>
        </w:tc>
      </w:tr>
      <w:tr w:rsidR="007D76BF" w14:paraId="3C491939" w14:textId="77777777" w:rsidTr="007D76BF">
        <w:tc>
          <w:tcPr>
            <w:tcW w:w="2057" w:type="dxa"/>
          </w:tcPr>
          <w:p w14:paraId="1211A79D" w14:textId="77777777" w:rsidR="007D76BF" w:rsidRDefault="007D76BF" w:rsidP="00AB0536">
            <w:pPr>
              <w:rPr>
                <w:lang w:val="it-IT"/>
              </w:rPr>
            </w:pPr>
          </w:p>
          <w:p w14:paraId="4C9FFD59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880" w:type="dxa"/>
          </w:tcPr>
          <w:p w14:paraId="30C70E88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722" w:type="dxa"/>
          </w:tcPr>
          <w:p w14:paraId="5F855105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97" w:type="dxa"/>
          </w:tcPr>
          <w:p w14:paraId="18820FF3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74" w:type="dxa"/>
          </w:tcPr>
          <w:p w14:paraId="50AA9CAA" w14:textId="77777777" w:rsidR="007D76BF" w:rsidRDefault="007D76BF" w:rsidP="00AB0536">
            <w:pPr>
              <w:rPr>
                <w:lang w:val="it-IT"/>
              </w:rPr>
            </w:pPr>
          </w:p>
        </w:tc>
      </w:tr>
      <w:tr w:rsidR="007D76BF" w14:paraId="418B07BA" w14:textId="77777777" w:rsidTr="007D76BF">
        <w:tc>
          <w:tcPr>
            <w:tcW w:w="2057" w:type="dxa"/>
          </w:tcPr>
          <w:p w14:paraId="294341CE" w14:textId="77777777" w:rsidR="007D76BF" w:rsidRDefault="007D76BF" w:rsidP="00AB0536">
            <w:pPr>
              <w:rPr>
                <w:lang w:val="it-IT"/>
              </w:rPr>
            </w:pPr>
          </w:p>
          <w:p w14:paraId="42DDC66A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880" w:type="dxa"/>
          </w:tcPr>
          <w:p w14:paraId="5111AA6C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722" w:type="dxa"/>
          </w:tcPr>
          <w:p w14:paraId="2DC3C9E0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97" w:type="dxa"/>
          </w:tcPr>
          <w:p w14:paraId="4B246BA5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74" w:type="dxa"/>
          </w:tcPr>
          <w:p w14:paraId="4F42678A" w14:textId="77777777" w:rsidR="007D76BF" w:rsidRDefault="007D76BF" w:rsidP="00AB0536">
            <w:pPr>
              <w:rPr>
                <w:lang w:val="it-IT"/>
              </w:rPr>
            </w:pPr>
          </w:p>
        </w:tc>
      </w:tr>
      <w:tr w:rsidR="007D76BF" w14:paraId="5BFFFBB6" w14:textId="77777777" w:rsidTr="007D76BF">
        <w:tc>
          <w:tcPr>
            <w:tcW w:w="2057" w:type="dxa"/>
          </w:tcPr>
          <w:p w14:paraId="02D60304" w14:textId="77777777" w:rsidR="007D76BF" w:rsidRDefault="007D76BF" w:rsidP="00AB0536">
            <w:pPr>
              <w:rPr>
                <w:lang w:val="it-IT"/>
              </w:rPr>
            </w:pPr>
          </w:p>
          <w:p w14:paraId="1E3057E2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880" w:type="dxa"/>
          </w:tcPr>
          <w:p w14:paraId="3FA844C8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722" w:type="dxa"/>
          </w:tcPr>
          <w:p w14:paraId="356371AB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97" w:type="dxa"/>
          </w:tcPr>
          <w:p w14:paraId="430C6BC3" w14:textId="77777777" w:rsidR="007D76BF" w:rsidRDefault="007D76BF" w:rsidP="00AB0536">
            <w:pPr>
              <w:rPr>
                <w:lang w:val="it-IT"/>
              </w:rPr>
            </w:pPr>
          </w:p>
        </w:tc>
        <w:tc>
          <w:tcPr>
            <w:tcW w:w="1474" w:type="dxa"/>
          </w:tcPr>
          <w:p w14:paraId="4E8EEBFC" w14:textId="77777777" w:rsidR="007D76BF" w:rsidRDefault="007D76BF" w:rsidP="00AB0536">
            <w:pPr>
              <w:rPr>
                <w:lang w:val="it-IT"/>
              </w:rPr>
            </w:pPr>
          </w:p>
        </w:tc>
      </w:tr>
    </w:tbl>
    <w:p w14:paraId="6A38A58C" w14:textId="77777777" w:rsidR="00AB0536" w:rsidRPr="00AB0536" w:rsidRDefault="00AB0536" w:rsidP="00AB0536">
      <w:pPr>
        <w:rPr>
          <w:lang w:val="it-IT"/>
        </w:rPr>
      </w:pPr>
    </w:p>
    <w:p w14:paraId="3A9003DC" w14:textId="77777777" w:rsidR="008D46B6" w:rsidRPr="007D76BF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7D76BF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DOCUMENTAZIONE ALLEGATA</w:t>
      </w:r>
    </w:p>
    <w:p w14:paraId="41F0F4F9" w14:textId="77777777" w:rsidR="008D46B6" w:rsidRPr="00D44BAA" w:rsidRDefault="00000000">
      <w:pPr>
        <w:rPr>
          <w:lang w:val="it-IT"/>
        </w:rPr>
      </w:pPr>
      <w:r w:rsidRPr="00D44BAA">
        <w:rPr>
          <w:lang w:val="it-IT"/>
        </w:rPr>
        <w:t>☐ Calendario ufficiale del campionato</w:t>
      </w:r>
    </w:p>
    <w:p w14:paraId="6C0A3075" w14:textId="77777777" w:rsidR="008D46B6" w:rsidRPr="00D44BAA" w:rsidRDefault="00000000">
      <w:pPr>
        <w:rPr>
          <w:lang w:val="it-IT"/>
        </w:rPr>
      </w:pPr>
      <w:r w:rsidRPr="00D44BAA">
        <w:rPr>
          <w:lang w:val="it-IT"/>
        </w:rPr>
        <w:t>☐ Risultati ufficiali</w:t>
      </w:r>
    </w:p>
    <w:p w14:paraId="5DF1EC0B" w14:textId="77777777" w:rsidR="008D46B6" w:rsidRPr="00D44BAA" w:rsidRDefault="00000000">
      <w:pPr>
        <w:rPr>
          <w:lang w:val="it-IT"/>
        </w:rPr>
      </w:pPr>
      <w:r w:rsidRPr="00D44BAA">
        <w:rPr>
          <w:lang w:val="it-IT"/>
        </w:rPr>
        <w:t>☐ Ulteriore documentazione utile</w:t>
      </w:r>
    </w:p>
    <w:p w14:paraId="24F93F6F" w14:textId="77777777" w:rsidR="008D46B6" w:rsidRPr="007D76BF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7D76BF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DICHIARAZIONE</w:t>
      </w:r>
    </w:p>
    <w:p w14:paraId="09034C36" w14:textId="77777777" w:rsidR="008D46B6" w:rsidRPr="00D44BAA" w:rsidRDefault="00000000">
      <w:pPr>
        <w:rPr>
          <w:lang w:val="it-IT"/>
        </w:rPr>
      </w:pPr>
      <w:r w:rsidRPr="00D44BAA">
        <w:rPr>
          <w:lang w:val="it-IT"/>
        </w:rPr>
        <w:t>Il legale rappresentante dichiara che i dati riportati sono conformi ai campionati e alle competizioni ufficiali effettivamente disputati.</w:t>
      </w:r>
    </w:p>
    <w:p w14:paraId="5E8F60A6" w14:textId="0CAD3A62" w:rsidR="008D46B6" w:rsidRPr="00D44BAA" w:rsidRDefault="00000000">
      <w:pPr>
        <w:rPr>
          <w:lang w:val="it-IT"/>
        </w:rPr>
      </w:pPr>
      <w:r w:rsidRPr="00D44BAA">
        <w:rPr>
          <w:lang w:val="it-IT"/>
        </w:rPr>
        <w:br/>
        <w:t>Luogo e data __</w:t>
      </w:r>
      <w:r w:rsidR="007D76BF">
        <w:rPr>
          <w:lang w:val="it-IT"/>
        </w:rPr>
        <w:t>___________________</w:t>
      </w:r>
      <w:r w:rsidRPr="00D44BAA">
        <w:rPr>
          <w:lang w:val="it-IT"/>
        </w:rPr>
        <w:t>______________________</w:t>
      </w:r>
    </w:p>
    <w:p w14:paraId="3D7BA083" w14:textId="7DD9BBC9" w:rsidR="008D46B6" w:rsidRPr="00D44BAA" w:rsidRDefault="00000000" w:rsidP="007D76BF">
      <w:pPr>
        <w:ind w:left="2160"/>
        <w:rPr>
          <w:lang w:val="it-IT"/>
        </w:rPr>
      </w:pPr>
      <w:r w:rsidRPr="00D44BAA">
        <w:rPr>
          <w:lang w:val="it-IT"/>
        </w:rPr>
        <w:t>Firma del Legale Rappresentante _______</w:t>
      </w:r>
      <w:r w:rsidR="007D76BF">
        <w:rPr>
          <w:lang w:val="it-IT"/>
        </w:rPr>
        <w:t>__________</w:t>
      </w:r>
      <w:r w:rsidRPr="00D44BAA">
        <w:rPr>
          <w:lang w:val="it-IT"/>
        </w:rPr>
        <w:t>_________________</w:t>
      </w:r>
    </w:p>
    <w:sectPr w:rsidR="008D46B6" w:rsidRPr="00D44B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8363623">
    <w:abstractNumId w:val="8"/>
  </w:num>
  <w:num w:numId="2" w16cid:durableId="1649439374">
    <w:abstractNumId w:val="6"/>
  </w:num>
  <w:num w:numId="3" w16cid:durableId="1388846137">
    <w:abstractNumId w:val="5"/>
  </w:num>
  <w:num w:numId="4" w16cid:durableId="522481483">
    <w:abstractNumId w:val="4"/>
  </w:num>
  <w:num w:numId="5" w16cid:durableId="721368896">
    <w:abstractNumId w:val="7"/>
  </w:num>
  <w:num w:numId="6" w16cid:durableId="638803211">
    <w:abstractNumId w:val="3"/>
  </w:num>
  <w:num w:numId="7" w16cid:durableId="318776958">
    <w:abstractNumId w:val="2"/>
  </w:num>
  <w:num w:numId="8" w16cid:durableId="978537989">
    <w:abstractNumId w:val="1"/>
  </w:num>
  <w:num w:numId="9" w16cid:durableId="161015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10EC7"/>
    <w:rsid w:val="007D76BF"/>
    <w:rsid w:val="008D46B6"/>
    <w:rsid w:val="008D75AC"/>
    <w:rsid w:val="00A049F2"/>
    <w:rsid w:val="00AA1D8D"/>
    <w:rsid w:val="00AB0536"/>
    <w:rsid w:val="00B47730"/>
    <w:rsid w:val="00B8498E"/>
    <w:rsid w:val="00CB0664"/>
    <w:rsid w:val="00D44BAA"/>
    <w:rsid w:val="00DF6E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C98C46"/>
  <w14:defaultImageDpi w14:val="300"/>
  <w15:docId w15:val="{612E88CF-BA31-497A-B3BA-03BCABB5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Michela Medda</cp:lastModifiedBy>
  <cp:revision>3</cp:revision>
  <dcterms:created xsi:type="dcterms:W3CDTF">2026-07-08T13:26:00Z</dcterms:created>
  <dcterms:modified xsi:type="dcterms:W3CDTF">2026-07-08T15:05:00Z</dcterms:modified>
  <cp:category/>
</cp:coreProperties>
</file>