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F691" w14:textId="2C0FBF88" w:rsidR="00A563A8" w:rsidRDefault="00A97800">
      <w:pPr>
        <w:rPr>
          <w:b/>
          <w:sz w:val="32"/>
          <w:lang w:val="it-IT"/>
        </w:rPr>
      </w:pPr>
      <w:r w:rsidRPr="00A97800">
        <w:rPr>
          <w:b/>
          <w:sz w:val="32"/>
          <w:lang w:val="it-IT"/>
        </w:rPr>
        <w:t>ALLEGATO</w:t>
      </w:r>
      <w:r w:rsidR="00000000" w:rsidRPr="005A42C5">
        <w:rPr>
          <w:b/>
          <w:sz w:val="32"/>
          <w:lang w:val="it-IT"/>
        </w:rPr>
        <w:t xml:space="preserve"> A10 </w:t>
      </w:r>
    </w:p>
    <w:p w14:paraId="1CB9E6D7" w14:textId="5C7C614C" w:rsidR="00BF5732" w:rsidRPr="005A42C5" w:rsidRDefault="00000000">
      <w:pPr>
        <w:rPr>
          <w:lang w:val="it-IT"/>
        </w:rPr>
      </w:pPr>
      <w:r w:rsidRPr="005A42C5">
        <w:rPr>
          <w:b/>
          <w:sz w:val="32"/>
          <w:lang w:val="it-IT"/>
        </w:rPr>
        <w:t xml:space="preserve">RICHIESTA DI RICONOSCIMENTO DELLE SPESE DI </w:t>
      </w:r>
      <w:r w:rsidR="00D40AFD">
        <w:rPr>
          <w:b/>
          <w:sz w:val="32"/>
          <w:lang w:val="it-IT"/>
        </w:rPr>
        <w:t xml:space="preserve">VITTO PER </w:t>
      </w:r>
      <w:r w:rsidRPr="005A42C5">
        <w:rPr>
          <w:b/>
          <w:sz w:val="32"/>
          <w:lang w:val="it-IT"/>
        </w:rPr>
        <w:t>TRASFERTA OLTRE I 150 KM</w:t>
      </w:r>
    </w:p>
    <w:p w14:paraId="22D98E14" w14:textId="74E9F348" w:rsidR="00BF5732" w:rsidRPr="005A42C5" w:rsidRDefault="00000000">
      <w:pPr>
        <w:rPr>
          <w:lang w:val="it-IT"/>
        </w:rPr>
      </w:pPr>
      <w:r w:rsidRPr="005A42C5">
        <w:rPr>
          <w:lang w:val="it-IT"/>
        </w:rPr>
        <w:t>Da utilizzare per le trasferte che superano i 150 km</w:t>
      </w:r>
      <w:r w:rsidR="009676C5">
        <w:rPr>
          <w:lang w:val="it-IT"/>
        </w:rPr>
        <w:t xml:space="preserve">, </w:t>
      </w:r>
      <w:r w:rsidRPr="005A42C5">
        <w:rPr>
          <w:lang w:val="it-IT"/>
        </w:rPr>
        <w:t>per le quali è richiesta una specifica motivazione e documentazione</w:t>
      </w:r>
      <w:r w:rsidR="00A563A8">
        <w:rPr>
          <w:lang w:val="it-IT"/>
        </w:rPr>
        <w:t>, e per le trasferte in territorio extraregionale.</w:t>
      </w:r>
    </w:p>
    <w:p w14:paraId="6992DFA5" w14:textId="77777777" w:rsidR="00A563A8" w:rsidRPr="00944C07" w:rsidRDefault="00A563A8" w:rsidP="00A563A8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A563A8" w14:paraId="45B0A7E7" w14:textId="77777777" w:rsidTr="001D6BE5">
        <w:tc>
          <w:tcPr>
            <w:tcW w:w="3397" w:type="dxa"/>
          </w:tcPr>
          <w:p w14:paraId="429AAC5C" w14:textId="77777777" w:rsidR="00A563A8" w:rsidRDefault="00A563A8" w:rsidP="001D6BE5">
            <w:pPr>
              <w:rPr>
                <w:lang w:val="it-IT"/>
              </w:rPr>
            </w:pPr>
            <w:r w:rsidRPr="00E86B4D">
              <w:rPr>
                <w:lang w:val="it-IT"/>
              </w:rPr>
              <w:t>Denominazione</w:t>
            </w:r>
          </w:p>
          <w:p w14:paraId="42D32315" w14:textId="77777777" w:rsidR="00A563A8" w:rsidRDefault="00A563A8" w:rsidP="001D6BE5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38F5B86B" w14:textId="77777777" w:rsidR="00A563A8" w:rsidRDefault="00A563A8" w:rsidP="001D6BE5">
            <w:pPr>
              <w:rPr>
                <w:lang w:val="it-IT"/>
              </w:rPr>
            </w:pPr>
          </w:p>
        </w:tc>
      </w:tr>
      <w:tr w:rsidR="00A563A8" w14:paraId="62C8CDAA" w14:textId="77777777" w:rsidTr="001D6BE5">
        <w:tc>
          <w:tcPr>
            <w:tcW w:w="3397" w:type="dxa"/>
          </w:tcPr>
          <w:p w14:paraId="25262A40" w14:textId="77777777" w:rsidR="00A563A8" w:rsidRDefault="00A563A8" w:rsidP="001D6BE5">
            <w:pPr>
              <w:rPr>
                <w:lang w:val="it-IT"/>
              </w:rPr>
            </w:pPr>
            <w:r w:rsidRPr="00E86B4D">
              <w:rPr>
                <w:lang w:val="it-IT"/>
              </w:rPr>
              <w:t>Stagione sportiva di riferimento</w:t>
            </w:r>
          </w:p>
          <w:p w14:paraId="442FB137" w14:textId="77777777" w:rsidR="00A563A8" w:rsidRDefault="00A563A8" w:rsidP="001D6BE5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74AE6E42" w14:textId="77777777" w:rsidR="00A563A8" w:rsidRDefault="00A563A8" w:rsidP="001D6BE5">
            <w:pPr>
              <w:rPr>
                <w:lang w:val="it-IT"/>
              </w:rPr>
            </w:pPr>
          </w:p>
        </w:tc>
      </w:tr>
      <w:tr w:rsidR="00A563A8" w14:paraId="6FEA71B4" w14:textId="77777777" w:rsidTr="001D6BE5">
        <w:tc>
          <w:tcPr>
            <w:tcW w:w="3397" w:type="dxa"/>
          </w:tcPr>
          <w:p w14:paraId="4C86DDFB" w14:textId="77777777" w:rsidR="00A563A8" w:rsidRDefault="00A563A8" w:rsidP="001D6BE5">
            <w:pPr>
              <w:rPr>
                <w:lang w:val="it-IT"/>
              </w:rPr>
            </w:pPr>
            <w:r w:rsidRPr="00E86B4D">
              <w:rPr>
                <w:lang w:val="it-IT"/>
              </w:rPr>
              <w:t>Disciplina</w:t>
            </w:r>
            <w:r>
              <w:rPr>
                <w:lang w:val="it-IT"/>
              </w:rPr>
              <w:t>/e</w:t>
            </w:r>
            <w:r w:rsidRPr="00E86B4D">
              <w:rPr>
                <w:lang w:val="it-IT"/>
              </w:rPr>
              <w:t xml:space="preserve"> praticata</w:t>
            </w:r>
            <w:r>
              <w:rPr>
                <w:lang w:val="it-IT"/>
              </w:rPr>
              <w:t>/e</w:t>
            </w:r>
          </w:p>
          <w:p w14:paraId="6CFEBD3F" w14:textId="77777777" w:rsidR="00A563A8" w:rsidRDefault="00A563A8" w:rsidP="001D6BE5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03AF1CA4" w14:textId="77777777" w:rsidR="00A563A8" w:rsidRDefault="00A563A8" w:rsidP="001D6BE5">
            <w:pPr>
              <w:rPr>
                <w:lang w:val="it-IT"/>
              </w:rPr>
            </w:pPr>
          </w:p>
        </w:tc>
      </w:tr>
      <w:tr w:rsidR="00A563A8" w14:paraId="117021F0" w14:textId="77777777" w:rsidTr="001D6BE5">
        <w:tc>
          <w:tcPr>
            <w:tcW w:w="3397" w:type="dxa"/>
          </w:tcPr>
          <w:p w14:paraId="651F79B2" w14:textId="77777777" w:rsidR="00A563A8" w:rsidRDefault="00A563A8" w:rsidP="001D6BE5">
            <w:pPr>
              <w:rPr>
                <w:lang w:val="it-IT"/>
              </w:rPr>
            </w:pPr>
            <w:r>
              <w:rPr>
                <w:lang w:val="it-IT"/>
              </w:rPr>
              <w:t xml:space="preserve">Federazione/EPS </w:t>
            </w:r>
          </w:p>
          <w:p w14:paraId="7C907EFF" w14:textId="533CB073" w:rsidR="00A563A8" w:rsidRPr="00E86B4D" w:rsidRDefault="00A563A8" w:rsidP="001D6BE5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4E64F0A1" w14:textId="77777777" w:rsidR="00A563A8" w:rsidRDefault="00A563A8" w:rsidP="001D6BE5">
            <w:pPr>
              <w:rPr>
                <w:lang w:val="it-IT"/>
              </w:rPr>
            </w:pPr>
          </w:p>
        </w:tc>
      </w:tr>
    </w:tbl>
    <w:p w14:paraId="25D913E7" w14:textId="7EF63F1E" w:rsidR="00BF5732" w:rsidRPr="00A563A8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A563A8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PROSPETTO SPESE</w:t>
      </w:r>
      <w:r w:rsidR="00A563A8" w:rsidRPr="00A563A8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 xml:space="preserve"> DI VITTO</w:t>
      </w:r>
    </w:p>
    <w:tbl>
      <w:tblPr>
        <w:tblStyle w:val="Grigliatabella"/>
        <w:tblW w:w="10207" w:type="dxa"/>
        <w:tblInd w:w="-856" w:type="dxa"/>
        <w:shd w:val="clear" w:color="auto" w:fill="92D050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276"/>
        <w:gridCol w:w="992"/>
        <w:gridCol w:w="1701"/>
        <w:gridCol w:w="1276"/>
      </w:tblGrid>
      <w:tr w:rsidR="009676C5" w14:paraId="31C4361D" w14:textId="72B0AC70" w:rsidTr="009676C5">
        <w:tc>
          <w:tcPr>
            <w:tcW w:w="567" w:type="dxa"/>
            <w:shd w:val="clear" w:color="auto" w:fill="92D050"/>
          </w:tcPr>
          <w:p w14:paraId="7A12A986" w14:textId="3CBF30DA" w:rsidR="009676C5" w:rsidRPr="00A563A8" w:rsidRDefault="009676C5" w:rsidP="001D6BE5">
            <w:pPr>
              <w:rPr>
                <w:lang w:val="it-IT"/>
              </w:rPr>
            </w:pPr>
            <w:r w:rsidRPr="00A563A8">
              <w:rPr>
                <w:lang w:val="it-IT"/>
              </w:rPr>
              <w:t>N</w:t>
            </w:r>
            <w:r>
              <w:rPr>
                <w:lang w:val="it-IT"/>
              </w:rPr>
              <w:t>.</w:t>
            </w:r>
          </w:p>
        </w:tc>
        <w:tc>
          <w:tcPr>
            <w:tcW w:w="2127" w:type="dxa"/>
            <w:shd w:val="clear" w:color="auto" w:fill="92D050"/>
          </w:tcPr>
          <w:p w14:paraId="38FE6C3F" w14:textId="136031BA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L</w:t>
            </w:r>
            <w:r w:rsidRPr="00A563A8">
              <w:rPr>
                <w:lang w:val="it-IT"/>
              </w:rPr>
              <w:t>uogo</w:t>
            </w:r>
            <w:r>
              <w:rPr>
                <w:lang w:val="it-IT"/>
              </w:rPr>
              <w:t xml:space="preserve"> trasferta </w:t>
            </w:r>
          </w:p>
        </w:tc>
        <w:tc>
          <w:tcPr>
            <w:tcW w:w="2268" w:type="dxa"/>
            <w:shd w:val="clear" w:color="auto" w:fill="92D050"/>
          </w:tcPr>
          <w:p w14:paraId="138B7C64" w14:textId="13F8507A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 xml:space="preserve">Descrizione </w:t>
            </w:r>
          </w:p>
        </w:tc>
        <w:tc>
          <w:tcPr>
            <w:tcW w:w="1276" w:type="dxa"/>
            <w:shd w:val="clear" w:color="auto" w:fill="92D050"/>
          </w:tcPr>
          <w:p w14:paraId="692FB116" w14:textId="0A98ACF4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 xml:space="preserve">Distanza </w:t>
            </w:r>
            <w:r w:rsidRPr="009676C5">
              <w:rPr>
                <w:sz w:val="18"/>
                <w:szCs w:val="18"/>
                <w:lang w:val="it-IT"/>
              </w:rPr>
              <w:t>da Serramanna</w:t>
            </w:r>
          </w:p>
        </w:tc>
        <w:tc>
          <w:tcPr>
            <w:tcW w:w="992" w:type="dxa"/>
            <w:shd w:val="clear" w:color="auto" w:fill="92D050"/>
          </w:tcPr>
          <w:p w14:paraId="65A99200" w14:textId="2D9FB85C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n. atleti</w:t>
            </w:r>
          </w:p>
        </w:tc>
        <w:tc>
          <w:tcPr>
            <w:tcW w:w="1701" w:type="dxa"/>
            <w:shd w:val="clear" w:color="auto" w:fill="92D050"/>
          </w:tcPr>
          <w:p w14:paraId="3552F141" w14:textId="75ACF5FA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 xml:space="preserve">n. </w:t>
            </w:r>
            <w:r w:rsidRPr="009676C5">
              <w:rPr>
                <w:sz w:val="20"/>
                <w:szCs w:val="20"/>
                <w:lang w:val="it-IT"/>
              </w:rPr>
              <w:t>accompagnatori</w:t>
            </w:r>
            <w:r>
              <w:rPr>
                <w:lang w:val="it-IT"/>
              </w:rPr>
              <w:t xml:space="preserve"> </w:t>
            </w:r>
          </w:p>
        </w:tc>
        <w:tc>
          <w:tcPr>
            <w:tcW w:w="1276" w:type="dxa"/>
            <w:shd w:val="clear" w:color="auto" w:fill="92D050"/>
          </w:tcPr>
          <w:p w14:paraId="7ED44BC8" w14:textId="76CA10FA" w:rsidR="009676C5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Importo €</w:t>
            </w:r>
          </w:p>
        </w:tc>
      </w:tr>
      <w:tr w:rsidR="009676C5" w14:paraId="0153D340" w14:textId="316C24AE" w:rsidTr="009676C5">
        <w:tc>
          <w:tcPr>
            <w:tcW w:w="567" w:type="dxa"/>
          </w:tcPr>
          <w:p w14:paraId="7F2DF5D5" w14:textId="3B5D14E2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2127" w:type="dxa"/>
          </w:tcPr>
          <w:p w14:paraId="21554A93" w14:textId="77777777" w:rsidR="009676C5" w:rsidRDefault="009676C5" w:rsidP="001D6BE5">
            <w:pPr>
              <w:rPr>
                <w:lang w:val="it-IT"/>
              </w:rPr>
            </w:pPr>
          </w:p>
          <w:p w14:paraId="213CDF52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375018D8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16D5D7F5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24CAA267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0CC51F70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1CC7E5C7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11EB69D3" w14:textId="3BC6D078" w:rsidTr="009676C5">
        <w:tc>
          <w:tcPr>
            <w:tcW w:w="567" w:type="dxa"/>
          </w:tcPr>
          <w:p w14:paraId="44D03129" w14:textId="7CF6F651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2127" w:type="dxa"/>
          </w:tcPr>
          <w:p w14:paraId="7874303C" w14:textId="77777777" w:rsidR="009676C5" w:rsidRDefault="009676C5" w:rsidP="001D6BE5">
            <w:pPr>
              <w:rPr>
                <w:lang w:val="it-IT"/>
              </w:rPr>
            </w:pPr>
          </w:p>
          <w:p w14:paraId="01FAD448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EAE6E3B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54C77705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032DE465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129FA78C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553868E1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209C2A29" w14:textId="701C5F0B" w:rsidTr="009676C5">
        <w:tc>
          <w:tcPr>
            <w:tcW w:w="567" w:type="dxa"/>
          </w:tcPr>
          <w:p w14:paraId="2A6FA591" w14:textId="295487EC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2127" w:type="dxa"/>
          </w:tcPr>
          <w:p w14:paraId="5EA19C2E" w14:textId="77777777" w:rsidR="009676C5" w:rsidRDefault="009676C5" w:rsidP="001D6BE5">
            <w:pPr>
              <w:rPr>
                <w:lang w:val="it-IT"/>
              </w:rPr>
            </w:pPr>
          </w:p>
          <w:p w14:paraId="182F83DE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1E2AD78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2025BBEC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62A712CA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3E88C937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0B772B00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720ED4D0" w14:textId="75B9582B" w:rsidTr="009676C5">
        <w:tc>
          <w:tcPr>
            <w:tcW w:w="567" w:type="dxa"/>
          </w:tcPr>
          <w:p w14:paraId="35511F37" w14:textId="2AEF4460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2127" w:type="dxa"/>
          </w:tcPr>
          <w:p w14:paraId="61634B74" w14:textId="77777777" w:rsidR="009676C5" w:rsidRDefault="009676C5" w:rsidP="001D6BE5">
            <w:pPr>
              <w:rPr>
                <w:lang w:val="it-IT"/>
              </w:rPr>
            </w:pPr>
          </w:p>
          <w:p w14:paraId="042744CB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186E1FB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5E9849E6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1357F62B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308B7B88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62785A29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22091239" w14:textId="3E27D081" w:rsidTr="009676C5">
        <w:tc>
          <w:tcPr>
            <w:tcW w:w="567" w:type="dxa"/>
          </w:tcPr>
          <w:p w14:paraId="2BD7BF85" w14:textId="381ECFF9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2127" w:type="dxa"/>
          </w:tcPr>
          <w:p w14:paraId="2D1F3707" w14:textId="77777777" w:rsidR="009676C5" w:rsidRDefault="009676C5" w:rsidP="001D6BE5">
            <w:pPr>
              <w:rPr>
                <w:lang w:val="it-IT"/>
              </w:rPr>
            </w:pPr>
          </w:p>
          <w:p w14:paraId="0EDB1E32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7222595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44086832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1192204E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2DEE1785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1876B723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542791B0" w14:textId="1D5C7E20" w:rsidTr="009676C5">
        <w:tc>
          <w:tcPr>
            <w:tcW w:w="567" w:type="dxa"/>
          </w:tcPr>
          <w:p w14:paraId="4E3680B3" w14:textId="111D46AC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2127" w:type="dxa"/>
          </w:tcPr>
          <w:p w14:paraId="006689EB" w14:textId="77777777" w:rsidR="009676C5" w:rsidRDefault="009676C5" w:rsidP="001D6BE5">
            <w:pPr>
              <w:rPr>
                <w:lang w:val="it-IT"/>
              </w:rPr>
            </w:pPr>
          </w:p>
          <w:p w14:paraId="1BF43A5B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36F7B0C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66D0217F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59A1F06F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3491B05C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005F6540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6F0E6ABB" w14:textId="66BBF0A2" w:rsidTr="009676C5">
        <w:tc>
          <w:tcPr>
            <w:tcW w:w="567" w:type="dxa"/>
          </w:tcPr>
          <w:p w14:paraId="5C4D2902" w14:textId="2B2CE557" w:rsidR="009676C5" w:rsidRPr="00A563A8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2127" w:type="dxa"/>
          </w:tcPr>
          <w:p w14:paraId="50FE0044" w14:textId="77777777" w:rsidR="009676C5" w:rsidRDefault="009676C5" w:rsidP="001D6BE5">
            <w:pPr>
              <w:rPr>
                <w:lang w:val="it-IT"/>
              </w:rPr>
            </w:pPr>
          </w:p>
          <w:p w14:paraId="172B20A0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C8F4701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4FA3E9FF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5E54C68F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75523D81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530B7362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0C311484" w14:textId="77777777" w:rsidTr="009676C5">
        <w:tc>
          <w:tcPr>
            <w:tcW w:w="567" w:type="dxa"/>
          </w:tcPr>
          <w:p w14:paraId="332EA659" w14:textId="51ECD5E8" w:rsidR="009676C5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2127" w:type="dxa"/>
          </w:tcPr>
          <w:p w14:paraId="74B85DC5" w14:textId="77777777" w:rsidR="009676C5" w:rsidRDefault="009676C5" w:rsidP="001D6BE5">
            <w:pPr>
              <w:rPr>
                <w:lang w:val="it-IT"/>
              </w:rPr>
            </w:pPr>
          </w:p>
          <w:p w14:paraId="1FB07B2D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507234D4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48618DCB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61898A59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748D5DDB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6E569F7B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2D3996A3" w14:textId="77777777" w:rsidTr="009676C5">
        <w:tc>
          <w:tcPr>
            <w:tcW w:w="567" w:type="dxa"/>
          </w:tcPr>
          <w:p w14:paraId="24C570A6" w14:textId="05D709D7" w:rsidR="009676C5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2127" w:type="dxa"/>
          </w:tcPr>
          <w:p w14:paraId="6CD3382D" w14:textId="77777777" w:rsidR="009676C5" w:rsidRDefault="009676C5" w:rsidP="001D6BE5">
            <w:pPr>
              <w:rPr>
                <w:lang w:val="it-IT"/>
              </w:rPr>
            </w:pPr>
          </w:p>
          <w:p w14:paraId="457F65B9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436E46BE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789CCD5F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327FBA5C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691D3735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20DBD9A7" w14:textId="77777777" w:rsidR="009676C5" w:rsidRDefault="009676C5" w:rsidP="001D6BE5">
            <w:pPr>
              <w:rPr>
                <w:lang w:val="it-IT"/>
              </w:rPr>
            </w:pPr>
          </w:p>
        </w:tc>
      </w:tr>
      <w:tr w:rsidR="009676C5" w14:paraId="76563E7C" w14:textId="77777777" w:rsidTr="009676C5">
        <w:tc>
          <w:tcPr>
            <w:tcW w:w="567" w:type="dxa"/>
          </w:tcPr>
          <w:p w14:paraId="239F5107" w14:textId="3272E594" w:rsidR="009676C5" w:rsidRDefault="009676C5" w:rsidP="001D6BE5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2127" w:type="dxa"/>
          </w:tcPr>
          <w:p w14:paraId="050DC676" w14:textId="77777777" w:rsidR="009676C5" w:rsidRDefault="009676C5" w:rsidP="001D6BE5">
            <w:pPr>
              <w:rPr>
                <w:lang w:val="it-IT"/>
              </w:rPr>
            </w:pPr>
          </w:p>
          <w:p w14:paraId="31F4339D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06CDF1D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6BB7FD2D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992" w:type="dxa"/>
          </w:tcPr>
          <w:p w14:paraId="0C78968C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701" w:type="dxa"/>
          </w:tcPr>
          <w:p w14:paraId="093426CB" w14:textId="77777777" w:rsidR="009676C5" w:rsidRDefault="009676C5" w:rsidP="001D6BE5">
            <w:pPr>
              <w:rPr>
                <w:lang w:val="it-IT"/>
              </w:rPr>
            </w:pPr>
          </w:p>
        </w:tc>
        <w:tc>
          <w:tcPr>
            <w:tcW w:w="1276" w:type="dxa"/>
          </w:tcPr>
          <w:p w14:paraId="30C0FA7C" w14:textId="77777777" w:rsidR="009676C5" w:rsidRDefault="009676C5" w:rsidP="001D6BE5">
            <w:pPr>
              <w:rPr>
                <w:lang w:val="it-IT"/>
              </w:rPr>
            </w:pPr>
          </w:p>
        </w:tc>
      </w:tr>
    </w:tbl>
    <w:p w14:paraId="53102443" w14:textId="77777777" w:rsidR="009676C5" w:rsidRDefault="009676C5">
      <w:pPr>
        <w:pStyle w:val="Titolo2"/>
        <w:rPr>
          <w:lang w:val="it-IT"/>
        </w:rPr>
      </w:pPr>
    </w:p>
    <w:p w14:paraId="353AF956" w14:textId="5FB7D209" w:rsidR="009676C5" w:rsidRPr="00A563A8" w:rsidRDefault="009676C5" w:rsidP="009676C5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A563A8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 xml:space="preserve">PROSPETTO SPESE DI </w:t>
      </w:r>
      <w:r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 xml:space="preserve">ALLOGGIO in territorio extraregionale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1"/>
        <w:gridCol w:w="1661"/>
        <w:gridCol w:w="2531"/>
        <w:gridCol w:w="869"/>
        <w:gridCol w:w="1898"/>
        <w:gridCol w:w="1210"/>
      </w:tblGrid>
      <w:tr w:rsidR="009676C5" w14:paraId="3CFCFA81" w14:textId="29114E57" w:rsidTr="009676C5">
        <w:tc>
          <w:tcPr>
            <w:tcW w:w="461" w:type="dxa"/>
            <w:shd w:val="clear" w:color="auto" w:fill="92D050"/>
          </w:tcPr>
          <w:p w14:paraId="7A3F46B8" w14:textId="3F8D88F6" w:rsidR="009676C5" w:rsidRDefault="009676C5" w:rsidP="009676C5">
            <w:pPr>
              <w:rPr>
                <w:lang w:val="it-IT"/>
              </w:rPr>
            </w:pPr>
            <w:r w:rsidRPr="00A563A8">
              <w:rPr>
                <w:lang w:val="it-IT"/>
              </w:rPr>
              <w:t>N</w:t>
            </w:r>
            <w:r>
              <w:rPr>
                <w:lang w:val="it-IT"/>
              </w:rPr>
              <w:t>.</w:t>
            </w:r>
          </w:p>
        </w:tc>
        <w:tc>
          <w:tcPr>
            <w:tcW w:w="1661" w:type="dxa"/>
            <w:shd w:val="clear" w:color="auto" w:fill="92D050"/>
          </w:tcPr>
          <w:p w14:paraId="47803EFB" w14:textId="77777777" w:rsidR="009676C5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L</w:t>
            </w:r>
            <w:r w:rsidRPr="00A563A8">
              <w:rPr>
                <w:lang w:val="it-IT"/>
              </w:rPr>
              <w:t>uogo</w:t>
            </w:r>
            <w:r>
              <w:rPr>
                <w:lang w:val="it-IT"/>
              </w:rPr>
              <w:t xml:space="preserve"> trasferta </w:t>
            </w:r>
          </w:p>
          <w:p w14:paraId="6888FB0D" w14:textId="33CC2B1F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  <w:shd w:val="clear" w:color="auto" w:fill="92D050"/>
          </w:tcPr>
          <w:p w14:paraId="6A140573" w14:textId="3A9F115D" w:rsidR="009676C5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 xml:space="preserve">Descrizione </w:t>
            </w:r>
          </w:p>
        </w:tc>
        <w:tc>
          <w:tcPr>
            <w:tcW w:w="869" w:type="dxa"/>
            <w:shd w:val="clear" w:color="auto" w:fill="92D050"/>
          </w:tcPr>
          <w:p w14:paraId="1D2203EA" w14:textId="2E0D3FA6" w:rsidR="009676C5" w:rsidRDefault="009676C5" w:rsidP="009676C5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n.atleti</w:t>
            </w:r>
            <w:proofErr w:type="spellEnd"/>
          </w:p>
        </w:tc>
        <w:tc>
          <w:tcPr>
            <w:tcW w:w="1898" w:type="dxa"/>
            <w:shd w:val="clear" w:color="auto" w:fill="92D050"/>
          </w:tcPr>
          <w:p w14:paraId="5D825D8E" w14:textId="4D4F92BB" w:rsidR="009676C5" w:rsidRDefault="009676C5" w:rsidP="009676C5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n.accompagnatori</w:t>
            </w:r>
            <w:proofErr w:type="spellEnd"/>
            <w:r>
              <w:rPr>
                <w:lang w:val="it-IT"/>
              </w:rPr>
              <w:t xml:space="preserve"> </w:t>
            </w:r>
          </w:p>
        </w:tc>
        <w:tc>
          <w:tcPr>
            <w:tcW w:w="1210" w:type="dxa"/>
            <w:shd w:val="clear" w:color="auto" w:fill="92D050"/>
          </w:tcPr>
          <w:p w14:paraId="17F735A0" w14:textId="0049E61B" w:rsidR="009676C5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Importo €</w:t>
            </w:r>
          </w:p>
        </w:tc>
      </w:tr>
      <w:tr w:rsidR="009676C5" w14:paraId="6651DB94" w14:textId="77777777" w:rsidTr="009676C5">
        <w:tc>
          <w:tcPr>
            <w:tcW w:w="461" w:type="dxa"/>
          </w:tcPr>
          <w:p w14:paraId="091691C0" w14:textId="6D61B878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661" w:type="dxa"/>
          </w:tcPr>
          <w:p w14:paraId="0ED111DA" w14:textId="77777777" w:rsidR="009676C5" w:rsidRDefault="009676C5" w:rsidP="009676C5">
            <w:pPr>
              <w:rPr>
                <w:lang w:val="it-IT"/>
              </w:rPr>
            </w:pPr>
          </w:p>
          <w:p w14:paraId="41E233F0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1DEF5914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02391469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62D09FD6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7890CE93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2B81DC2B" w14:textId="77777777" w:rsidTr="009676C5">
        <w:tc>
          <w:tcPr>
            <w:tcW w:w="461" w:type="dxa"/>
          </w:tcPr>
          <w:p w14:paraId="5AEA58A6" w14:textId="58EECF86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661" w:type="dxa"/>
          </w:tcPr>
          <w:p w14:paraId="6451343D" w14:textId="77777777" w:rsidR="009676C5" w:rsidRDefault="009676C5" w:rsidP="009676C5">
            <w:pPr>
              <w:rPr>
                <w:lang w:val="it-IT"/>
              </w:rPr>
            </w:pPr>
          </w:p>
          <w:p w14:paraId="6B57B357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1E88050C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63365B53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375A614F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2153EB98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40BC6E6E" w14:textId="77777777" w:rsidTr="009676C5">
        <w:tc>
          <w:tcPr>
            <w:tcW w:w="461" w:type="dxa"/>
          </w:tcPr>
          <w:p w14:paraId="60C64377" w14:textId="5C9C324D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661" w:type="dxa"/>
          </w:tcPr>
          <w:p w14:paraId="38CCECB5" w14:textId="77777777" w:rsidR="009676C5" w:rsidRDefault="009676C5" w:rsidP="009676C5">
            <w:pPr>
              <w:rPr>
                <w:lang w:val="it-IT"/>
              </w:rPr>
            </w:pPr>
          </w:p>
          <w:p w14:paraId="31170A44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5BF1AAF8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6138C4E2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59E5F54E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66009E0E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7A713958" w14:textId="77777777" w:rsidTr="009676C5">
        <w:tc>
          <w:tcPr>
            <w:tcW w:w="461" w:type="dxa"/>
          </w:tcPr>
          <w:p w14:paraId="1BA00E0F" w14:textId="6F42A004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661" w:type="dxa"/>
          </w:tcPr>
          <w:p w14:paraId="5DE023FA" w14:textId="77777777" w:rsidR="009676C5" w:rsidRDefault="009676C5" w:rsidP="009676C5">
            <w:pPr>
              <w:rPr>
                <w:lang w:val="it-IT"/>
              </w:rPr>
            </w:pPr>
          </w:p>
          <w:p w14:paraId="664819B5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770F20CC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1A6A2F78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76ABBDB8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359A45B6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59951A0F" w14:textId="77777777" w:rsidTr="009676C5">
        <w:tc>
          <w:tcPr>
            <w:tcW w:w="461" w:type="dxa"/>
          </w:tcPr>
          <w:p w14:paraId="55C64647" w14:textId="6A01B6CE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661" w:type="dxa"/>
          </w:tcPr>
          <w:p w14:paraId="423C17C1" w14:textId="77777777" w:rsidR="009676C5" w:rsidRDefault="009676C5" w:rsidP="009676C5">
            <w:pPr>
              <w:rPr>
                <w:lang w:val="it-IT"/>
              </w:rPr>
            </w:pPr>
          </w:p>
          <w:p w14:paraId="3282FDFE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6656B7D6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27D78049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11612772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5732F95C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698B023A" w14:textId="77777777" w:rsidTr="009676C5">
        <w:tc>
          <w:tcPr>
            <w:tcW w:w="461" w:type="dxa"/>
          </w:tcPr>
          <w:p w14:paraId="62AE8CF8" w14:textId="5ECEF8B1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1661" w:type="dxa"/>
          </w:tcPr>
          <w:p w14:paraId="329A0FC3" w14:textId="77777777" w:rsidR="009676C5" w:rsidRDefault="009676C5" w:rsidP="009676C5">
            <w:pPr>
              <w:rPr>
                <w:lang w:val="it-IT"/>
              </w:rPr>
            </w:pPr>
          </w:p>
          <w:p w14:paraId="5D630266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3A5FEA02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0CA1183C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1B2B708B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6C89478E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0ABC31BC" w14:textId="77777777" w:rsidTr="009676C5">
        <w:tc>
          <w:tcPr>
            <w:tcW w:w="461" w:type="dxa"/>
          </w:tcPr>
          <w:p w14:paraId="680399AB" w14:textId="452781CE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1661" w:type="dxa"/>
          </w:tcPr>
          <w:p w14:paraId="620FEB47" w14:textId="77777777" w:rsidR="009676C5" w:rsidRDefault="009676C5" w:rsidP="009676C5">
            <w:pPr>
              <w:rPr>
                <w:lang w:val="it-IT"/>
              </w:rPr>
            </w:pPr>
          </w:p>
          <w:p w14:paraId="6D2B2729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2B8A3B45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711084C7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21C2C7C5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4876A59C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7FE88FAB" w14:textId="77777777" w:rsidTr="009676C5">
        <w:tc>
          <w:tcPr>
            <w:tcW w:w="461" w:type="dxa"/>
          </w:tcPr>
          <w:p w14:paraId="21AF9E7B" w14:textId="17AB9E12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1661" w:type="dxa"/>
          </w:tcPr>
          <w:p w14:paraId="044278A1" w14:textId="77777777" w:rsidR="009676C5" w:rsidRDefault="009676C5" w:rsidP="009676C5">
            <w:pPr>
              <w:rPr>
                <w:lang w:val="it-IT"/>
              </w:rPr>
            </w:pPr>
          </w:p>
          <w:p w14:paraId="695F9D36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141F1A3B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083DF558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4BF9F561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4F475DDC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3880CBF6" w14:textId="77777777" w:rsidTr="009676C5">
        <w:tc>
          <w:tcPr>
            <w:tcW w:w="461" w:type="dxa"/>
          </w:tcPr>
          <w:p w14:paraId="26DC94FC" w14:textId="2DDBD109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1661" w:type="dxa"/>
          </w:tcPr>
          <w:p w14:paraId="6247ED6B" w14:textId="77777777" w:rsidR="009676C5" w:rsidRDefault="009676C5" w:rsidP="009676C5">
            <w:pPr>
              <w:rPr>
                <w:lang w:val="it-IT"/>
              </w:rPr>
            </w:pPr>
          </w:p>
          <w:p w14:paraId="774C5DF0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47BCAA96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2BE913A3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27A31135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35D7F28D" w14:textId="77777777" w:rsidR="009676C5" w:rsidRDefault="009676C5" w:rsidP="009676C5">
            <w:pPr>
              <w:rPr>
                <w:lang w:val="it-IT"/>
              </w:rPr>
            </w:pPr>
          </w:p>
        </w:tc>
      </w:tr>
      <w:tr w:rsidR="009676C5" w14:paraId="0C59706D" w14:textId="77777777" w:rsidTr="009676C5">
        <w:tc>
          <w:tcPr>
            <w:tcW w:w="461" w:type="dxa"/>
          </w:tcPr>
          <w:p w14:paraId="002D80F8" w14:textId="447066B0" w:rsidR="009676C5" w:rsidRPr="00A563A8" w:rsidRDefault="009676C5" w:rsidP="009676C5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1661" w:type="dxa"/>
          </w:tcPr>
          <w:p w14:paraId="56B83A5F" w14:textId="77777777" w:rsidR="009676C5" w:rsidRDefault="009676C5" w:rsidP="009676C5">
            <w:pPr>
              <w:rPr>
                <w:lang w:val="it-IT"/>
              </w:rPr>
            </w:pPr>
          </w:p>
          <w:p w14:paraId="6CB94FDB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2531" w:type="dxa"/>
          </w:tcPr>
          <w:p w14:paraId="1C397362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869" w:type="dxa"/>
          </w:tcPr>
          <w:p w14:paraId="630C2AFA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898" w:type="dxa"/>
          </w:tcPr>
          <w:p w14:paraId="64D99162" w14:textId="77777777" w:rsidR="009676C5" w:rsidRDefault="009676C5" w:rsidP="009676C5">
            <w:pPr>
              <w:rPr>
                <w:lang w:val="it-IT"/>
              </w:rPr>
            </w:pPr>
          </w:p>
        </w:tc>
        <w:tc>
          <w:tcPr>
            <w:tcW w:w="1210" w:type="dxa"/>
          </w:tcPr>
          <w:p w14:paraId="09AB5145" w14:textId="77777777" w:rsidR="009676C5" w:rsidRDefault="009676C5" w:rsidP="009676C5">
            <w:pPr>
              <w:rPr>
                <w:lang w:val="it-IT"/>
              </w:rPr>
            </w:pPr>
          </w:p>
        </w:tc>
      </w:tr>
    </w:tbl>
    <w:p w14:paraId="7224EE8F" w14:textId="2D4C09DD" w:rsidR="00BF5732" w:rsidRPr="00D40AFD" w:rsidRDefault="00000000">
      <w:pPr>
        <w:pStyle w:val="Titolo2"/>
        <w:rPr>
          <w:lang w:val="it-IT"/>
        </w:rPr>
      </w:pPr>
      <w:r w:rsidRPr="009676C5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DOCUMENTAZIONE DA ALLEGARE</w:t>
      </w:r>
    </w:p>
    <w:p w14:paraId="0DE0E461" w14:textId="77777777" w:rsidR="00BF5732" w:rsidRPr="00D40AFD" w:rsidRDefault="00000000">
      <w:pPr>
        <w:rPr>
          <w:lang w:val="it-IT"/>
        </w:rPr>
      </w:pPr>
      <w:r w:rsidRPr="00D40AFD">
        <w:rPr>
          <w:lang w:val="it-IT"/>
        </w:rPr>
        <w:t>☐ Calendario o convocazione ufficiale</w:t>
      </w:r>
    </w:p>
    <w:p w14:paraId="0ACA77E9" w14:textId="44AA3FE2" w:rsidR="00BF5732" w:rsidRPr="005A42C5" w:rsidRDefault="00000000">
      <w:pPr>
        <w:rPr>
          <w:lang w:val="it-IT"/>
        </w:rPr>
      </w:pPr>
      <w:r w:rsidRPr="005A42C5">
        <w:rPr>
          <w:lang w:val="it-IT"/>
        </w:rPr>
        <w:t xml:space="preserve">☐ </w:t>
      </w:r>
      <w:r w:rsidR="009676C5">
        <w:rPr>
          <w:lang w:val="it-IT"/>
        </w:rPr>
        <w:t>Fatture/</w:t>
      </w:r>
      <w:r w:rsidRPr="005A42C5">
        <w:rPr>
          <w:lang w:val="it-IT"/>
        </w:rPr>
        <w:t xml:space="preserve">Ricevute </w:t>
      </w:r>
      <w:r w:rsidR="009676C5">
        <w:rPr>
          <w:lang w:val="it-IT"/>
        </w:rPr>
        <w:t>alloggio</w:t>
      </w:r>
      <w:r w:rsidR="009676C5" w:rsidRPr="009676C5">
        <w:rPr>
          <w:lang w:val="it-IT"/>
        </w:rPr>
        <w:t xml:space="preserve"> </w:t>
      </w:r>
      <w:r w:rsidR="009676C5">
        <w:rPr>
          <w:lang w:val="it-IT"/>
        </w:rPr>
        <w:t>intestate all’associazione</w:t>
      </w:r>
    </w:p>
    <w:p w14:paraId="1466ECC1" w14:textId="5272410C" w:rsidR="00BF5732" w:rsidRPr="005A42C5" w:rsidRDefault="00000000">
      <w:pPr>
        <w:rPr>
          <w:lang w:val="it-IT"/>
        </w:rPr>
      </w:pPr>
      <w:r w:rsidRPr="005A42C5">
        <w:rPr>
          <w:lang w:val="it-IT"/>
        </w:rPr>
        <w:t xml:space="preserve">☐ Fatture/ricevute di vitto </w:t>
      </w:r>
      <w:r w:rsidR="005A42C5">
        <w:rPr>
          <w:lang w:val="it-IT"/>
        </w:rPr>
        <w:t>intestate all’associazione</w:t>
      </w:r>
    </w:p>
    <w:p w14:paraId="3E124891" w14:textId="77777777" w:rsidR="00BF5732" w:rsidRPr="005A42C5" w:rsidRDefault="00000000">
      <w:pPr>
        <w:rPr>
          <w:lang w:val="it-IT"/>
        </w:rPr>
      </w:pPr>
      <w:r w:rsidRPr="005A42C5">
        <w:rPr>
          <w:lang w:val="it-IT"/>
        </w:rPr>
        <w:t>☐ Ogni altro giustificativo utile</w:t>
      </w:r>
    </w:p>
    <w:p w14:paraId="5E76C654" w14:textId="77777777" w:rsidR="00BF5732" w:rsidRPr="007C0CFA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7C0CFA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DICHIARAZIONE DEL LEGALE RAPPRESENTANTE</w:t>
      </w:r>
    </w:p>
    <w:p w14:paraId="0DA374B0" w14:textId="77777777" w:rsidR="00BF5732" w:rsidRPr="005A42C5" w:rsidRDefault="00000000">
      <w:pPr>
        <w:rPr>
          <w:lang w:val="it-IT"/>
        </w:rPr>
      </w:pPr>
      <w:r w:rsidRPr="005A42C5">
        <w:rPr>
          <w:lang w:val="it-IT"/>
        </w:rPr>
        <w:t>Il sottoscritto dichiara che la trasferta era necessaria per la partecipazione ad una competizione ufficiale, che le spese indicate sono state effettivamente sostenute e che la documentazione allegata è veritiera.</w:t>
      </w:r>
    </w:p>
    <w:p w14:paraId="52C03431" w14:textId="77777777" w:rsidR="00BF5732" w:rsidRPr="005A42C5" w:rsidRDefault="00000000">
      <w:pPr>
        <w:rPr>
          <w:lang w:val="it-IT"/>
        </w:rPr>
      </w:pPr>
      <w:r w:rsidRPr="005A42C5">
        <w:rPr>
          <w:lang w:val="it-IT"/>
        </w:rPr>
        <w:br/>
        <w:t>Luogo e data __________________________</w:t>
      </w:r>
    </w:p>
    <w:p w14:paraId="329F14BE" w14:textId="77777777" w:rsidR="00BF5732" w:rsidRPr="005A42C5" w:rsidRDefault="00000000" w:rsidP="006B3C33">
      <w:pPr>
        <w:ind w:left="2880"/>
        <w:rPr>
          <w:lang w:val="it-IT"/>
        </w:rPr>
      </w:pPr>
      <w:r w:rsidRPr="005A42C5">
        <w:rPr>
          <w:lang w:val="it-IT"/>
        </w:rPr>
        <w:t>Firma del Legale Rappresentante __________________________</w:t>
      </w:r>
    </w:p>
    <w:sectPr w:rsidR="00BF5732" w:rsidRPr="005A42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337344">
    <w:abstractNumId w:val="8"/>
  </w:num>
  <w:num w:numId="2" w16cid:durableId="1550799345">
    <w:abstractNumId w:val="6"/>
  </w:num>
  <w:num w:numId="3" w16cid:durableId="714697517">
    <w:abstractNumId w:val="5"/>
  </w:num>
  <w:num w:numId="4" w16cid:durableId="1574464440">
    <w:abstractNumId w:val="4"/>
  </w:num>
  <w:num w:numId="5" w16cid:durableId="485046951">
    <w:abstractNumId w:val="7"/>
  </w:num>
  <w:num w:numId="6" w16cid:durableId="472722620">
    <w:abstractNumId w:val="3"/>
  </w:num>
  <w:num w:numId="7" w16cid:durableId="1958635918">
    <w:abstractNumId w:val="2"/>
  </w:num>
  <w:num w:numId="8" w16cid:durableId="1895385711">
    <w:abstractNumId w:val="1"/>
  </w:num>
  <w:num w:numId="9" w16cid:durableId="186463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7FE"/>
    <w:rsid w:val="0015074B"/>
    <w:rsid w:val="0029639D"/>
    <w:rsid w:val="00326F90"/>
    <w:rsid w:val="005A42C5"/>
    <w:rsid w:val="006B3C33"/>
    <w:rsid w:val="007C0CFA"/>
    <w:rsid w:val="009676C5"/>
    <w:rsid w:val="00970739"/>
    <w:rsid w:val="00A563A8"/>
    <w:rsid w:val="00A97800"/>
    <w:rsid w:val="00AA1D8D"/>
    <w:rsid w:val="00B47730"/>
    <w:rsid w:val="00BF5732"/>
    <w:rsid w:val="00CB0664"/>
    <w:rsid w:val="00D40AFD"/>
    <w:rsid w:val="00E43997"/>
    <w:rsid w:val="00EE79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FDD2A"/>
  <w14:defaultImageDpi w14:val="300"/>
  <w15:docId w15:val="{8E34BFB2-E23E-4E2E-B039-9DE5A473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6</cp:revision>
  <dcterms:created xsi:type="dcterms:W3CDTF">2026-07-08T14:29:00Z</dcterms:created>
  <dcterms:modified xsi:type="dcterms:W3CDTF">2026-07-08T15:15:00Z</dcterms:modified>
  <cp:category/>
</cp:coreProperties>
</file>