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21478" w14:textId="32CF76A9" w:rsidR="00944C07" w:rsidRDefault="009B77FA">
      <w:pPr>
        <w:rPr>
          <w:b/>
          <w:sz w:val="32"/>
          <w:lang w:val="it-IT"/>
        </w:rPr>
      </w:pPr>
      <w:r>
        <w:rPr>
          <w:b/>
          <w:sz w:val="32"/>
          <w:lang w:val="it-IT"/>
        </w:rPr>
        <w:t>ALLEGATO</w:t>
      </w:r>
      <w:r w:rsidR="00000000" w:rsidRPr="00E86B4D">
        <w:rPr>
          <w:b/>
          <w:sz w:val="32"/>
          <w:lang w:val="it-IT"/>
        </w:rPr>
        <w:t xml:space="preserve"> A2  </w:t>
      </w:r>
    </w:p>
    <w:p w14:paraId="67A28043" w14:textId="4DE2D80C" w:rsidR="000E7A0B" w:rsidRPr="00E86B4D" w:rsidRDefault="00000000">
      <w:pPr>
        <w:rPr>
          <w:lang w:val="it-IT"/>
        </w:rPr>
      </w:pPr>
      <w:r w:rsidRPr="00E86B4D">
        <w:rPr>
          <w:b/>
          <w:sz w:val="32"/>
          <w:lang w:val="it-IT"/>
        </w:rPr>
        <w:t>RELAZIONE SULL'ATTIVITÀ SPORTIVA ANNUALE</w:t>
      </w:r>
    </w:p>
    <w:p w14:paraId="601F76C2" w14:textId="77777777" w:rsidR="000E7A0B" w:rsidRPr="00E86B4D" w:rsidRDefault="00000000">
      <w:pPr>
        <w:rPr>
          <w:lang w:val="it-IT"/>
        </w:rPr>
      </w:pPr>
      <w:r w:rsidRPr="00E86B4D">
        <w:rPr>
          <w:lang w:val="it-IT"/>
        </w:rPr>
        <w:t>Da allegare alla domanda di contributo ordinario.</w:t>
      </w:r>
    </w:p>
    <w:p w14:paraId="321BEA50" w14:textId="57B501E5" w:rsidR="000E7A0B" w:rsidRPr="00944C07" w:rsidRDefault="00000000" w:rsidP="00944C07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944C07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DATI DELL'ASSOCIAZIONE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5233"/>
      </w:tblGrid>
      <w:tr w:rsidR="00944C07" w14:paraId="125AFBC1" w14:textId="77777777" w:rsidTr="00944C07">
        <w:tc>
          <w:tcPr>
            <w:tcW w:w="3397" w:type="dxa"/>
          </w:tcPr>
          <w:p w14:paraId="64E638F7" w14:textId="77777777" w:rsidR="00944C07" w:rsidRDefault="00944C07" w:rsidP="00944C07">
            <w:pPr>
              <w:rPr>
                <w:lang w:val="it-IT"/>
              </w:rPr>
            </w:pPr>
            <w:r w:rsidRPr="00E86B4D">
              <w:rPr>
                <w:lang w:val="it-IT"/>
              </w:rPr>
              <w:t>Denominazione</w:t>
            </w:r>
          </w:p>
          <w:p w14:paraId="6E2AF2DD" w14:textId="303264DB" w:rsidR="00944C07" w:rsidRDefault="00944C07" w:rsidP="00944C07">
            <w:pPr>
              <w:rPr>
                <w:lang w:val="it-IT"/>
              </w:rPr>
            </w:pPr>
          </w:p>
        </w:tc>
        <w:tc>
          <w:tcPr>
            <w:tcW w:w="5233" w:type="dxa"/>
          </w:tcPr>
          <w:p w14:paraId="00B3F217" w14:textId="77777777" w:rsidR="00944C07" w:rsidRDefault="00944C07" w:rsidP="00944C07">
            <w:pPr>
              <w:rPr>
                <w:lang w:val="it-IT"/>
              </w:rPr>
            </w:pPr>
          </w:p>
        </w:tc>
      </w:tr>
      <w:tr w:rsidR="00944C07" w14:paraId="6CB7389A" w14:textId="77777777" w:rsidTr="00944C07">
        <w:tc>
          <w:tcPr>
            <w:tcW w:w="3397" w:type="dxa"/>
          </w:tcPr>
          <w:p w14:paraId="5CE57FAA" w14:textId="77777777" w:rsidR="00944C07" w:rsidRDefault="00944C07" w:rsidP="00944C07">
            <w:pPr>
              <w:rPr>
                <w:lang w:val="it-IT"/>
              </w:rPr>
            </w:pPr>
            <w:r w:rsidRPr="00E86B4D">
              <w:rPr>
                <w:lang w:val="it-IT"/>
              </w:rPr>
              <w:t>Stagione sportiva di riferimento</w:t>
            </w:r>
          </w:p>
          <w:p w14:paraId="4778D2B6" w14:textId="5C3D5B94" w:rsidR="00944C07" w:rsidRDefault="00944C07" w:rsidP="00944C07">
            <w:pPr>
              <w:rPr>
                <w:lang w:val="it-IT"/>
              </w:rPr>
            </w:pPr>
          </w:p>
        </w:tc>
        <w:tc>
          <w:tcPr>
            <w:tcW w:w="5233" w:type="dxa"/>
          </w:tcPr>
          <w:p w14:paraId="01386CEC" w14:textId="77777777" w:rsidR="00944C07" w:rsidRDefault="00944C07" w:rsidP="00944C07">
            <w:pPr>
              <w:rPr>
                <w:lang w:val="it-IT"/>
              </w:rPr>
            </w:pPr>
          </w:p>
        </w:tc>
      </w:tr>
      <w:tr w:rsidR="00944C07" w14:paraId="4C5951D9" w14:textId="77777777" w:rsidTr="00944C07">
        <w:tc>
          <w:tcPr>
            <w:tcW w:w="3397" w:type="dxa"/>
          </w:tcPr>
          <w:p w14:paraId="4A49C6C0" w14:textId="77777777" w:rsidR="00944C07" w:rsidRDefault="00944C07" w:rsidP="00944C07">
            <w:pPr>
              <w:rPr>
                <w:lang w:val="it-IT"/>
              </w:rPr>
            </w:pPr>
            <w:r w:rsidRPr="00E86B4D">
              <w:rPr>
                <w:lang w:val="it-IT"/>
              </w:rPr>
              <w:t>Disciplina</w:t>
            </w:r>
            <w:r>
              <w:rPr>
                <w:lang w:val="it-IT"/>
              </w:rPr>
              <w:t>/e</w:t>
            </w:r>
            <w:r w:rsidRPr="00E86B4D">
              <w:rPr>
                <w:lang w:val="it-IT"/>
              </w:rPr>
              <w:t xml:space="preserve"> praticata</w:t>
            </w:r>
            <w:r>
              <w:rPr>
                <w:lang w:val="it-IT"/>
              </w:rPr>
              <w:t>/e</w:t>
            </w:r>
          </w:p>
          <w:p w14:paraId="4C0365DB" w14:textId="3064EAA9" w:rsidR="00944C07" w:rsidRDefault="00944C07" w:rsidP="00944C07">
            <w:pPr>
              <w:rPr>
                <w:lang w:val="it-IT"/>
              </w:rPr>
            </w:pPr>
          </w:p>
        </w:tc>
        <w:tc>
          <w:tcPr>
            <w:tcW w:w="5233" w:type="dxa"/>
          </w:tcPr>
          <w:p w14:paraId="396755F4" w14:textId="77777777" w:rsidR="00944C07" w:rsidRDefault="00944C07" w:rsidP="00944C07">
            <w:pPr>
              <w:rPr>
                <w:lang w:val="it-IT"/>
              </w:rPr>
            </w:pPr>
          </w:p>
        </w:tc>
      </w:tr>
    </w:tbl>
    <w:p w14:paraId="50524C63" w14:textId="16AEED35" w:rsidR="000E7A0B" w:rsidRPr="00944C07" w:rsidRDefault="00000000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944C07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ATTIVITÀ SVOLTA</w:t>
      </w:r>
    </w:p>
    <w:p w14:paraId="0049570C" w14:textId="7A35F2B3" w:rsidR="000E7A0B" w:rsidRDefault="00000000">
      <w:pPr>
        <w:rPr>
          <w:lang w:val="it-IT"/>
        </w:rPr>
      </w:pPr>
      <w:r w:rsidRPr="00E86B4D">
        <w:rPr>
          <w:lang w:val="it-IT"/>
        </w:rPr>
        <w:t xml:space="preserve">Descrivere l'attività ordinaria svolta durante </w:t>
      </w:r>
      <w:r w:rsidR="007C604A">
        <w:rPr>
          <w:lang w:val="it-IT"/>
        </w:rPr>
        <w:t>la stagione sportiva</w:t>
      </w:r>
      <w:r w:rsidRPr="00E86B4D">
        <w:rPr>
          <w:lang w:val="it-IT"/>
        </w:rPr>
        <w:t>:</w:t>
      </w:r>
    </w:p>
    <w:p w14:paraId="2C55B368" w14:textId="74D49652" w:rsidR="000E7A0B" w:rsidRPr="00E86B4D" w:rsidRDefault="00944C07">
      <w:pPr>
        <w:rPr>
          <w:lang w:val="it-IT"/>
        </w:rPr>
      </w:pPr>
      <w:r>
        <w:rPr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113E70" w14:textId="25E83FEC" w:rsidR="000E7A0B" w:rsidRPr="00E86B4D" w:rsidRDefault="000E7A0B">
      <w:pPr>
        <w:rPr>
          <w:lang w:val="it-IT"/>
        </w:rPr>
      </w:pPr>
    </w:p>
    <w:p w14:paraId="6FB0AFAB" w14:textId="453658A3" w:rsidR="000E7A0B" w:rsidRPr="00944C07" w:rsidRDefault="00000000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944C07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RISULTATI SPORTIVI</w:t>
      </w:r>
    </w:p>
    <w:p w14:paraId="68502B9B" w14:textId="77777777" w:rsidR="000E7A0B" w:rsidRPr="00E86B4D" w:rsidRDefault="00000000">
      <w:pPr>
        <w:rPr>
          <w:lang w:val="it-IT"/>
        </w:rPr>
      </w:pPr>
      <w:r w:rsidRPr="00E86B4D">
        <w:rPr>
          <w:lang w:val="it-IT"/>
        </w:rPr>
        <w:t>Indicare i principali risultati ottenuti:</w:t>
      </w:r>
    </w:p>
    <w:p w14:paraId="66A5B625" w14:textId="74BED71E" w:rsidR="000E7A0B" w:rsidRPr="00E86B4D" w:rsidRDefault="00944C07">
      <w:pPr>
        <w:rPr>
          <w:lang w:val="it-IT"/>
        </w:rPr>
      </w:pPr>
      <w:r>
        <w:rPr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lang w:val="it-IT"/>
        </w:rPr>
        <w:lastRenderedPageBreak/>
        <w:t>_________________________________________________________________________________________________________</w:t>
      </w:r>
      <w:r w:rsidR="009B77FA">
        <w:rPr>
          <w:lang w:val="it-IT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7E49854D" w14:textId="77777777" w:rsidR="000E7A0B" w:rsidRPr="00E86B4D" w:rsidRDefault="000E7A0B">
      <w:pPr>
        <w:rPr>
          <w:lang w:val="it-IT"/>
        </w:rPr>
      </w:pPr>
    </w:p>
    <w:p w14:paraId="3F9DF387" w14:textId="043A1090" w:rsidR="000E7A0B" w:rsidRPr="00E86B4D" w:rsidRDefault="00000000">
      <w:pPr>
        <w:pStyle w:val="Titolo2"/>
        <w:rPr>
          <w:lang w:val="it-IT"/>
        </w:rPr>
      </w:pPr>
      <w:r w:rsidRPr="00E86B4D">
        <w:rPr>
          <w:lang w:val="it-IT"/>
        </w:rPr>
        <w:t xml:space="preserve"> </w:t>
      </w:r>
      <w:r w:rsidRPr="00944C07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ATTIVITÀ SOCIALI E INCLUSIVE</w:t>
      </w:r>
    </w:p>
    <w:p w14:paraId="2994615A" w14:textId="77777777" w:rsidR="000E7A0B" w:rsidRPr="00E86B4D" w:rsidRDefault="00000000">
      <w:pPr>
        <w:rPr>
          <w:lang w:val="it-IT"/>
        </w:rPr>
      </w:pPr>
      <w:r w:rsidRPr="00E86B4D">
        <w:rPr>
          <w:lang w:val="it-IT"/>
        </w:rPr>
        <w:t>Collaborazioni con scuole, iniziative sociali, inclusione, disabilità:</w:t>
      </w:r>
    </w:p>
    <w:p w14:paraId="3C679555" w14:textId="336ACAC1" w:rsidR="000E7A0B" w:rsidRPr="00E86B4D" w:rsidRDefault="00944C07">
      <w:pPr>
        <w:rPr>
          <w:lang w:val="it-IT"/>
        </w:rPr>
      </w:pPr>
      <w:r>
        <w:rPr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D8BD56" w14:textId="77777777" w:rsidR="000E7A0B" w:rsidRPr="00E86B4D" w:rsidRDefault="000E7A0B">
      <w:pPr>
        <w:rPr>
          <w:lang w:val="it-IT"/>
        </w:rPr>
      </w:pPr>
    </w:p>
    <w:p w14:paraId="4488AA38" w14:textId="00385545" w:rsidR="000E7A0B" w:rsidRPr="00944C07" w:rsidRDefault="00000000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944C07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PROGRAMMA FUTURO</w:t>
      </w:r>
    </w:p>
    <w:p w14:paraId="49F6F146" w14:textId="5393AE4E" w:rsidR="000E7A0B" w:rsidRPr="00E86B4D" w:rsidRDefault="00000000">
      <w:pPr>
        <w:rPr>
          <w:lang w:val="it-IT"/>
        </w:rPr>
      </w:pPr>
      <w:r w:rsidRPr="00E86B4D">
        <w:rPr>
          <w:lang w:val="it-IT"/>
        </w:rPr>
        <w:t xml:space="preserve">Obiettivi e attività previste per </w:t>
      </w:r>
      <w:r w:rsidR="007C604A">
        <w:rPr>
          <w:lang w:val="it-IT"/>
        </w:rPr>
        <w:t>la prossima stagione</w:t>
      </w:r>
      <w:r w:rsidRPr="00E86B4D">
        <w:rPr>
          <w:lang w:val="it-IT"/>
        </w:rPr>
        <w:t>:</w:t>
      </w:r>
    </w:p>
    <w:p w14:paraId="69924690" w14:textId="07270289" w:rsidR="000E7A0B" w:rsidRDefault="00944C07">
      <w:pPr>
        <w:rPr>
          <w:lang w:val="it-IT"/>
        </w:rPr>
      </w:pPr>
      <w:r>
        <w:rPr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4DF79F" w14:textId="77777777" w:rsidR="009B77FA" w:rsidRPr="007D76BF" w:rsidRDefault="009B77FA" w:rsidP="009B77FA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7D76BF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DICHIARAZIONE</w:t>
      </w:r>
    </w:p>
    <w:p w14:paraId="582175C9" w14:textId="77777777" w:rsidR="009B77FA" w:rsidRPr="00D44BAA" w:rsidRDefault="009B77FA" w:rsidP="009B77FA">
      <w:pPr>
        <w:rPr>
          <w:lang w:val="it-IT"/>
        </w:rPr>
      </w:pPr>
      <w:r w:rsidRPr="00D44BAA">
        <w:rPr>
          <w:lang w:val="it-IT"/>
        </w:rPr>
        <w:t>Il legale rappresentante dichiara che i dati riportati sono conformi ai campionati e alle competizioni ufficiali effettivamente disputati.</w:t>
      </w:r>
    </w:p>
    <w:p w14:paraId="16B096DC" w14:textId="77777777" w:rsidR="009B77FA" w:rsidRPr="00D44BAA" w:rsidRDefault="009B77FA" w:rsidP="009B77FA">
      <w:pPr>
        <w:rPr>
          <w:lang w:val="it-IT"/>
        </w:rPr>
      </w:pPr>
      <w:r w:rsidRPr="00D44BAA">
        <w:rPr>
          <w:lang w:val="it-IT"/>
        </w:rPr>
        <w:br/>
        <w:t>Luogo e data __</w:t>
      </w:r>
      <w:r>
        <w:rPr>
          <w:lang w:val="it-IT"/>
        </w:rPr>
        <w:t>___________________</w:t>
      </w:r>
      <w:r w:rsidRPr="00D44BAA">
        <w:rPr>
          <w:lang w:val="it-IT"/>
        </w:rPr>
        <w:t>______________________</w:t>
      </w:r>
    </w:p>
    <w:p w14:paraId="66806274" w14:textId="67EF25F8" w:rsidR="009B77FA" w:rsidRPr="00E86B4D" w:rsidRDefault="009B77FA" w:rsidP="009B77FA">
      <w:pPr>
        <w:ind w:left="2160"/>
        <w:rPr>
          <w:lang w:val="it-IT"/>
        </w:rPr>
      </w:pPr>
      <w:r w:rsidRPr="00D44BAA">
        <w:rPr>
          <w:lang w:val="it-IT"/>
        </w:rPr>
        <w:t>Firma del Legale Rappresentante _______</w:t>
      </w:r>
      <w:r>
        <w:rPr>
          <w:lang w:val="it-IT"/>
        </w:rPr>
        <w:t>__________</w:t>
      </w:r>
      <w:r w:rsidRPr="00D44BAA">
        <w:rPr>
          <w:lang w:val="it-IT"/>
        </w:rPr>
        <w:t>_________________</w:t>
      </w:r>
    </w:p>
    <w:sectPr w:rsidR="009B77FA" w:rsidRPr="00E86B4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2D2D71"/>
    <w:multiLevelType w:val="hybridMultilevel"/>
    <w:tmpl w:val="9460CD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066127">
    <w:abstractNumId w:val="8"/>
  </w:num>
  <w:num w:numId="2" w16cid:durableId="36242008">
    <w:abstractNumId w:val="6"/>
  </w:num>
  <w:num w:numId="3" w16cid:durableId="224991297">
    <w:abstractNumId w:val="5"/>
  </w:num>
  <w:num w:numId="4" w16cid:durableId="1672566261">
    <w:abstractNumId w:val="4"/>
  </w:num>
  <w:num w:numId="5" w16cid:durableId="2101364501">
    <w:abstractNumId w:val="7"/>
  </w:num>
  <w:num w:numId="6" w16cid:durableId="711543759">
    <w:abstractNumId w:val="3"/>
  </w:num>
  <w:num w:numId="7" w16cid:durableId="1128008866">
    <w:abstractNumId w:val="2"/>
  </w:num>
  <w:num w:numId="8" w16cid:durableId="79563457">
    <w:abstractNumId w:val="1"/>
  </w:num>
  <w:num w:numId="9" w16cid:durableId="1430615964">
    <w:abstractNumId w:val="0"/>
  </w:num>
  <w:num w:numId="10" w16cid:durableId="12680748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7A0B"/>
    <w:rsid w:val="0015074B"/>
    <w:rsid w:val="0029639D"/>
    <w:rsid w:val="00326F90"/>
    <w:rsid w:val="0059473A"/>
    <w:rsid w:val="006417D8"/>
    <w:rsid w:val="0078719C"/>
    <w:rsid w:val="007C604A"/>
    <w:rsid w:val="00944C07"/>
    <w:rsid w:val="009B77FA"/>
    <w:rsid w:val="00AA1D8D"/>
    <w:rsid w:val="00B47730"/>
    <w:rsid w:val="00CB0664"/>
    <w:rsid w:val="00CE4F54"/>
    <w:rsid w:val="00E86B4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249F42"/>
  <w14:defaultImageDpi w14:val="300"/>
  <w15:docId w15:val="{BDE11B69-1286-4E37-A16E-CF699C997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811</Words>
  <Characters>4623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5424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Michela Medda</cp:lastModifiedBy>
  <cp:revision>5</cp:revision>
  <dcterms:created xsi:type="dcterms:W3CDTF">2026-07-08T11:37:00Z</dcterms:created>
  <dcterms:modified xsi:type="dcterms:W3CDTF">2026-07-08T15:08:00Z</dcterms:modified>
  <cp:category/>
</cp:coreProperties>
</file>