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4C7B" w14:textId="3D59E227" w:rsidR="002E3404" w:rsidRDefault="003133F8">
      <w:pPr>
        <w:rPr>
          <w:b/>
          <w:sz w:val="32"/>
          <w:lang w:val="it-IT"/>
        </w:rPr>
      </w:pPr>
      <w:r w:rsidRPr="003133F8">
        <w:rPr>
          <w:b/>
          <w:sz w:val="32"/>
          <w:lang w:val="it-IT"/>
        </w:rPr>
        <w:t>ALLEGATO</w:t>
      </w:r>
      <w:r w:rsidR="00000000" w:rsidRPr="00153DA3">
        <w:rPr>
          <w:b/>
          <w:sz w:val="32"/>
          <w:lang w:val="it-IT"/>
        </w:rPr>
        <w:t xml:space="preserve"> A3 </w:t>
      </w:r>
    </w:p>
    <w:p w14:paraId="4C0C3031" w14:textId="7930B18C" w:rsidR="002F3482" w:rsidRPr="00153DA3" w:rsidRDefault="00000000">
      <w:pPr>
        <w:rPr>
          <w:lang w:val="it-IT"/>
        </w:rPr>
      </w:pPr>
      <w:r w:rsidRPr="00153DA3">
        <w:rPr>
          <w:b/>
          <w:sz w:val="32"/>
          <w:lang w:val="it-IT"/>
        </w:rPr>
        <w:t>BILANCIO CONSUNTIVO DELL'ATTIVITÀ SPORTIVA</w:t>
      </w:r>
      <w:r w:rsidRPr="00153DA3">
        <w:rPr>
          <w:b/>
          <w:sz w:val="32"/>
          <w:lang w:val="it-IT"/>
        </w:rPr>
        <w:br/>
      </w:r>
    </w:p>
    <w:p w14:paraId="0AA19F8C" w14:textId="77777777" w:rsidR="002F3482" w:rsidRDefault="00000000">
      <w:pPr>
        <w:rPr>
          <w:lang w:val="it-IT"/>
        </w:rPr>
      </w:pPr>
      <w:r w:rsidRPr="00153DA3">
        <w:rPr>
          <w:lang w:val="it-IT"/>
        </w:rPr>
        <w:t>Da allegare alla domanda di contributo ordinario.</w:t>
      </w:r>
    </w:p>
    <w:p w14:paraId="36C3AB0E" w14:textId="77777777" w:rsidR="003133F8" w:rsidRDefault="003133F8">
      <w:pPr>
        <w:rPr>
          <w:lang w:val="it-IT"/>
        </w:rPr>
      </w:pPr>
    </w:p>
    <w:p w14:paraId="63EA58F6" w14:textId="177EF3EB" w:rsidR="00C831C7" w:rsidRPr="00C831C7" w:rsidRDefault="00C831C7" w:rsidP="00C831C7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2E3404" w14:paraId="30FE7572" w14:textId="77777777" w:rsidTr="002E3404">
        <w:tc>
          <w:tcPr>
            <w:tcW w:w="3397" w:type="dxa"/>
          </w:tcPr>
          <w:p w14:paraId="29EC7B22" w14:textId="77777777" w:rsidR="002E3404" w:rsidRDefault="002E3404">
            <w:pPr>
              <w:rPr>
                <w:lang w:val="it-IT"/>
              </w:rPr>
            </w:pPr>
            <w:r>
              <w:rPr>
                <w:lang w:val="it-IT"/>
              </w:rPr>
              <w:t xml:space="preserve">Denominazione Associazione </w:t>
            </w:r>
          </w:p>
          <w:p w14:paraId="67349AE2" w14:textId="14495781" w:rsidR="002E3404" w:rsidRDefault="002E3404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6826BBC5" w14:textId="77777777" w:rsidR="002E3404" w:rsidRDefault="002E3404">
            <w:pPr>
              <w:rPr>
                <w:lang w:val="it-IT"/>
              </w:rPr>
            </w:pPr>
          </w:p>
        </w:tc>
      </w:tr>
      <w:tr w:rsidR="002E3404" w14:paraId="2E6D3D46" w14:textId="77777777" w:rsidTr="002E3404">
        <w:tc>
          <w:tcPr>
            <w:tcW w:w="3397" w:type="dxa"/>
          </w:tcPr>
          <w:p w14:paraId="5D23D2F6" w14:textId="77777777" w:rsidR="002E3404" w:rsidRDefault="002E3404">
            <w:pPr>
              <w:rPr>
                <w:lang w:val="it-IT"/>
              </w:rPr>
            </w:pPr>
            <w:r>
              <w:rPr>
                <w:lang w:val="it-IT"/>
              </w:rPr>
              <w:t xml:space="preserve">Stagione sportiva </w:t>
            </w:r>
          </w:p>
          <w:p w14:paraId="2CEC5A13" w14:textId="6F719592" w:rsidR="002E3404" w:rsidRDefault="002E3404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2486592" w14:textId="77777777" w:rsidR="002E3404" w:rsidRDefault="002E3404">
            <w:pPr>
              <w:rPr>
                <w:lang w:val="it-IT"/>
              </w:rPr>
            </w:pPr>
          </w:p>
        </w:tc>
      </w:tr>
      <w:tr w:rsidR="00C831C7" w14:paraId="6C7AAB06" w14:textId="77777777" w:rsidTr="002E3404">
        <w:tc>
          <w:tcPr>
            <w:tcW w:w="3397" w:type="dxa"/>
          </w:tcPr>
          <w:p w14:paraId="214F2720" w14:textId="77777777" w:rsidR="00C831C7" w:rsidRDefault="00C831C7" w:rsidP="00C831C7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5D9BA093" w14:textId="77777777" w:rsidR="00C831C7" w:rsidRDefault="00C831C7" w:rsidP="00C831C7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366C1BFE" w14:textId="77777777" w:rsidR="00C831C7" w:rsidRDefault="00C831C7" w:rsidP="00C831C7">
            <w:pPr>
              <w:rPr>
                <w:lang w:val="it-IT"/>
              </w:rPr>
            </w:pPr>
          </w:p>
        </w:tc>
      </w:tr>
    </w:tbl>
    <w:p w14:paraId="2F3DCDBD" w14:textId="77777777" w:rsidR="002E3404" w:rsidRPr="00153DA3" w:rsidRDefault="002E3404">
      <w:pPr>
        <w:rPr>
          <w:lang w:val="it-IT"/>
        </w:rPr>
      </w:pPr>
    </w:p>
    <w:p w14:paraId="5F70BE33" w14:textId="77777777" w:rsidR="002F3482" w:rsidRPr="002E3404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2E3404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ENTRATE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3248"/>
      </w:tblGrid>
      <w:tr w:rsidR="002E3404" w14:paraId="399D691D" w14:textId="77777777" w:rsidTr="00292688">
        <w:tc>
          <w:tcPr>
            <w:tcW w:w="5382" w:type="dxa"/>
            <w:shd w:val="clear" w:color="auto" w:fill="92D050"/>
          </w:tcPr>
          <w:p w14:paraId="1C533126" w14:textId="77777777" w:rsidR="002E3404" w:rsidRDefault="002E3404" w:rsidP="002E3404">
            <w:r>
              <w:t>Voce</w:t>
            </w:r>
          </w:p>
          <w:p w14:paraId="509B7ABF" w14:textId="342C1C46" w:rsidR="002E3404" w:rsidRDefault="002E3404" w:rsidP="002E3404"/>
        </w:tc>
        <w:tc>
          <w:tcPr>
            <w:tcW w:w="3248" w:type="dxa"/>
            <w:shd w:val="clear" w:color="auto" w:fill="92D050"/>
          </w:tcPr>
          <w:p w14:paraId="77C0C6F4" w14:textId="6A312FE9" w:rsidR="002E3404" w:rsidRDefault="002E3404" w:rsidP="002E3404">
            <w:pPr>
              <w:jc w:val="right"/>
            </w:pPr>
            <w:proofErr w:type="spellStart"/>
            <w:r>
              <w:t>Importo</w:t>
            </w:r>
            <w:proofErr w:type="spellEnd"/>
            <w:r>
              <w:t xml:space="preserve"> (€)</w:t>
            </w:r>
          </w:p>
        </w:tc>
      </w:tr>
      <w:tr w:rsidR="002E3404" w14:paraId="5F3504E8" w14:textId="77777777" w:rsidTr="00292688">
        <w:tc>
          <w:tcPr>
            <w:tcW w:w="5382" w:type="dxa"/>
          </w:tcPr>
          <w:p w14:paraId="65F786A9" w14:textId="77777777" w:rsidR="002E3404" w:rsidRDefault="002E3404" w:rsidP="002E3404">
            <w:r>
              <w:t>Quote associative</w:t>
            </w:r>
          </w:p>
          <w:p w14:paraId="66D65BB8" w14:textId="3923A671" w:rsidR="002E3404" w:rsidRDefault="002E3404" w:rsidP="002E3404"/>
        </w:tc>
        <w:tc>
          <w:tcPr>
            <w:tcW w:w="3248" w:type="dxa"/>
          </w:tcPr>
          <w:p w14:paraId="4889880C" w14:textId="77777777" w:rsidR="002E3404" w:rsidRDefault="002E3404" w:rsidP="002E3404">
            <w:pPr>
              <w:jc w:val="right"/>
            </w:pPr>
          </w:p>
        </w:tc>
      </w:tr>
      <w:tr w:rsidR="002E3404" w14:paraId="24608175" w14:textId="77777777" w:rsidTr="00292688">
        <w:tc>
          <w:tcPr>
            <w:tcW w:w="5382" w:type="dxa"/>
          </w:tcPr>
          <w:p w14:paraId="6A7AF7DF" w14:textId="77777777" w:rsidR="002E3404" w:rsidRDefault="002E3404" w:rsidP="002E3404">
            <w:proofErr w:type="spellStart"/>
            <w:r>
              <w:t>Contributi</w:t>
            </w:r>
            <w:proofErr w:type="spellEnd"/>
            <w:r>
              <w:t xml:space="preserve"> </w:t>
            </w:r>
            <w:proofErr w:type="spellStart"/>
            <w:r>
              <w:t>pubblici</w:t>
            </w:r>
            <w:proofErr w:type="spellEnd"/>
          </w:p>
          <w:p w14:paraId="100A1C3D" w14:textId="6FDF81C9" w:rsidR="002E3404" w:rsidRDefault="002E3404" w:rsidP="002E3404"/>
        </w:tc>
        <w:tc>
          <w:tcPr>
            <w:tcW w:w="3248" w:type="dxa"/>
          </w:tcPr>
          <w:p w14:paraId="6EEA0F79" w14:textId="77777777" w:rsidR="002E3404" w:rsidRDefault="002E3404" w:rsidP="002E3404">
            <w:pPr>
              <w:jc w:val="right"/>
            </w:pPr>
          </w:p>
        </w:tc>
      </w:tr>
      <w:tr w:rsidR="002E3404" w14:paraId="79FCC812" w14:textId="77777777" w:rsidTr="00292688">
        <w:tc>
          <w:tcPr>
            <w:tcW w:w="5382" w:type="dxa"/>
          </w:tcPr>
          <w:p w14:paraId="07E95E1E" w14:textId="201F4FC8" w:rsidR="002E3404" w:rsidRDefault="002E3404" w:rsidP="002E3404">
            <w:proofErr w:type="spellStart"/>
            <w:r>
              <w:t>Contributi</w:t>
            </w:r>
            <w:proofErr w:type="spellEnd"/>
            <w:r>
              <w:t xml:space="preserve"> private</w:t>
            </w:r>
          </w:p>
          <w:p w14:paraId="25531995" w14:textId="671E7CA1" w:rsidR="002E3404" w:rsidRDefault="002E3404" w:rsidP="002E3404"/>
        </w:tc>
        <w:tc>
          <w:tcPr>
            <w:tcW w:w="3248" w:type="dxa"/>
          </w:tcPr>
          <w:p w14:paraId="000925D3" w14:textId="77777777" w:rsidR="002E3404" w:rsidRDefault="002E3404" w:rsidP="002E3404">
            <w:pPr>
              <w:jc w:val="right"/>
            </w:pPr>
          </w:p>
        </w:tc>
      </w:tr>
      <w:tr w:rsidR="002E3404" w14:paraId="6C7F68E7" w14:textId="77777777" w:rsidTr="00292688">
        <w:tc>
          <w:tcPr>
            <w:tcW w:w="5382" w:type="dxa"/>
          </w:tcPr>
          <w:p w14:paraId="19E22069" w14:textId="77777777" w:rsidR="002E3404" w:rsidRDefault="002E3404" w:rsidP="002E3404">
            <w:proofErr w:type="spellStart"/>
            <w:r>
              <w:t>Sponsorizzazioni</w:t>
            </w:r>
            <w:proofErr w:type="spellEnd"/>
          </w:p>
          <w:p w14:paraId="71945220" w14:textId="3E075628" w:rsidR="002E3404" w:rsidRDefault="002E3404" w:rsidP="002E3404"/>
        </w:tc>
        <w:tc>
          <w:tcPr>
            <w:tcW w:w="3248" w:type="dxa"/>
          </w:tcPr>
          <w:p w14:paraId="621F795A" w14:textId="77777777" w:rsidR="002E3404" w:rsidRDefault="002E3404" w:rsidP="002E3404">
            <w:pPr>
              <w:jc w:val="right"/>
            </w:pPr>
          </w:p>
        </w:tc>
      </w:tr>
      <w:tr w:rsidR="002E3404" w14:paraId="22784C94" w14:textId="77777777" w:rsidTr="00292688">
        <w:tc>
          <w:tcPr>
            <w:tcW w:w="5382" w:type="dxa"/>
          </w:tcPr>
          <w:p w14:paraId="50B69D17" w14:textId="77777777" w:rsidR="002E3404" w:rsidRDefault="002E3404" w:rsidP="002E3404">
            <w:proofErr w:type="spellStart"/>
            <w:r>
              <w:t>Donazioni</w:t>
            </w:r>
            <w:proofErr w:type="spellEnd"/>
          </w:p>
          <w:p w14:paraId="6EE865BE" w14:textId="2C141338" w:rsidR="002E3404" w:rsidRDefault="002E3404" w:rsidP="002E3404"/>
        </w:tc>
        <w:tc>
          <w:tcPr>
            <w:tcW w:w="3248" w:type="dxa"/>
          </w:tcPr>
          <w:p w14:paraId="649425BA" w14:textId="77777777" w:rsidR="002E3404" w:rsidRDefault="002E3404" w:rsidP="002E3404">
            <w:pPr>
              <w:jc w:val="right"/>
            </w:pPr>
          </w:p>
        </w:tc>
      </w:tr>
      <w:tr w:rsidR="002E3404" w14:paraId="64415D22" w14:textId="77777777" w:rsidTr="00292688">
        <w:tc>
          <w:tcPr>
            <w:tcW w:w="5382" w:type="dxa"/>
          </w:tcPr>
          <w:p w14:paraId="2EBD7A68" w14:textId="77777777" w:rsidR="002E3404" w:rsidRDefault="002E3404" w:rsidP="002E3404"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entrate</w:t>
            </w:r>
            <w:proofErr w:type="spellEnd"/>
          </w:p>
          <w:p w14:paraId="31D6EAA4" w14:textId="00338192" w:rsidR="002E3404" w:rsidRDefault="002E3404" w:rsidP="002E3404"/>
        </w:tc>
        <w:tc>
          <w:tcPr>
            <w:tcW w:w="3248" w:type="dxa"/>
          </w:tcPr>
          <w:p w14:paraId="1CF453D9" w14:textId="77777777" w:rsidR="002E3404" w:rsidRDefault="002E3404" w:rsidP="002E3404">
            <w:pPr>
              <w:jc w:val="right"/>
            </w:pPr>
          </w:p>
        </w:tc>
      </w:tr>
      <w:tr w:rsidR="002E3404" w14:paraId="4A6E4451" w14:textId="77777777" w:rsidTr="00292688">
        <w:tc>
          <w:tcPr>
            <w:tcW w:w="5382" w:type="dxa"/>
            <w:shd w:val="clear" w:color="auto" w:fill="92D050"/>
          </w:tcPr>
          <w:p w14:paraId="486DC692" w14:textId="77777777" w:rsidR="002E3404" w:rsidRDefault="002E3404" w:rsidP="002E3404">
            <w:r>
              <w:t>TOTALE ENTRATE</w:t>
            </w:r>
          </w:p>
          <w:p w14:paraId="66A52A50" w14:textId="77777777" w:rsidR="003133F8" w:rsidRDefault="003133F8" w:rsidP="002E3404"/>
          <w:p w14:paraId="26130EF7" w14:textId="1D4C1383" w:rsidR="002E3404" w:rsidRDefault="002E3404" w:rsidP="002E3404"/>
        </w:tc>
        <w:tc>
          <w:tcPr>
            <w:tcW w:w="3248" w:type="dxa"/>
            <w:shd w:val="clear" w:color="auto" w:fill="92D050"/>
          </w:tcPr>
          <w:p w14:paraId="4431ED6D" w14:textId="77777777" w:rsidR="002E3404" w:rsidRDefault="002E3404" w:rsidP="002E3404">
            <w:pPr>
              <w:jc w:val="right"/>
            </w:pPr>
          </w:p>
        </w:tc>
      </w:tr>
    </w:tbl>
    <w:p w14:paraId="4DF9F675" w14:textId="77777777" w:rsidR="003133F8" w:rsidRDefault="003133F8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</w:p>
    <w:p w14:paraId="4AE92B09" w14:textId="1448F55F" w:rsidR="002F3482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2E3404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USCITE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3248"/>
      </w:tblGrid>
      <w:tr w:rsidR="002E3404" w14:paraId="6B626A5F" w14:textId="77777777" w:rsidTr="00292688">
        <w:tc>
          <w:tcPr>
            <w:tcW w:w="5382" w:type="dxa"/>
            <w:shd w:val="clear" w:color="auto" w:fill="92D050"/>
          </w:tcPr>
          <w:p w14:paraId="4E17BA2F" w14:textId="77777777" w:rsidR="002E3404" w:rsidRDefault="002E3404" w:rsidP="00232A53">
            <w:r>
              <w:t>Voce</w:t>
            </w:r>
          </w:p>
          <w:p w14:paraId="7F4E6EE4" w14:textId="77777777" w:rsidR="002E3404" w:rsidRDefault="002E3404" w:rsidP="00232A53"/>
        </w:tc>
        <w:tc>
          <w:tcPr>
            <w:tcW w:w="3248" w:type="dxa"/>
            <w:shd w:val="clear" w:color="auto" w:fill="92D050"/>
          </w:tcPr>
          <w:p w14:paraId="7F012E84" w14:textId="77777777" w:rsidR="002E3404" w:rsidRDefault="002E3404" w:rsidP="00232A53">
            <w:pPr>
              <w:jc w:val="right"/>
            </w:pPr>
            <w:proofErr w:type="spellStart"/>
            <w:r>
              <w:t>Importo</w:t>
            </w:r>
            <w:proofErr w:type="spellEnd"/>
            <w:r>
              <w:t xml:space="preserve"> (€)</w:t>
            </w:r>
          </w:p>
        </w:tc>
      </w:tr>
      <w:tr w:rsidR="002E3404" w:rsidRPr="003133F8" w14:paraId="1EE6857D" w14:textId="77777777" w:rsidTr="00292688">
        <w:tc>
          <w:tcPr>
            <w:tcW w:w="5382" w:type="dxa"/>
          </w:tcPr>
          <w:p w14:paraId="63D8484E" w14:textId="42959AE0" w:rsidR="002E3404" w:rsidRPr="00292688" w:rsidRDefault="002E3404" w:rsidP="002E3404">
            <w:pPr>
              <w:rPr>
                <w:lang w:val="it-IT"/>
              </w:rPr>
            </w:pPr>
            <w:r w:rsidRPr="00292688">
              <w:rPr>
                <w:lang w:val="it-IT"/>
              </w:rPr>
              <w:t>Affiliazioni e tesseramenti</w:t>
            </w:r>
            <w:r w:rsidR="00292688" w:rsidRPr="00292688">
              <w:rPr>
                <w:lang w:val="it-IT"/>
              </w:rPr>
              <w:t xml:space="preserve"> (art.6 l</w:t>
            </w:r>
            <w:r w:rsidR="00292688">
              <w:rPr>
                <w:lang w:val="it-IT"/>
              </w:rPr>
              <w:t>ettera A)</w:t>
            </w:r>
          </w:p>
          <w:p w14:paraId="0DDB0BF5" w14:textId="4437869D" w:rsidR="002E3404" w:rsidRDefault="002E3404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27666968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:rsidRPr="003133F8" w14:paraId="6DA011BF" w14:textId="77777777" w:rsidTr="00292688">
        <w:tc>
          <w:tcPr>
            <w:tcW w:w="5382" w:type="dxa"/>
          </w:tcPr>
          <w:p w14:paraId="1776BFDD" w14:textId="251C792D" w:rsidR="00292688" w:rsidRPr="00292688" w:rsidRDefault="002E3404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Spese federali</w:t>
            </w:r>
            <w:r w:rsidR="00292688" w:rsidRPr="00292688">
              <w:rPr>
                <w:lang w:val="it-IT"/>
              </w:rPr>
              <w:t xml:space="preserve"> (art.6 l</w:t>
            </w:r>
            <w:r w:rsidR="00292688">
              <w:rPr>
                <w:lang w:val="it-IT"/>
              </w:rPr>
              <w:t>ettera B)</w:t>
            </w:r>
          </w:p>
          <w:p w14:paraId="0C9BC390" w14:textId="729D2329" w:rsidR="002E3404" w:rsidRDefault="002E3404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4EAA12CD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14:paraId="5556FC71" w14:textId="77777777" w:rsidTr="00292688">
        <w:tc>
          <w:tcPr>
            <w:tcW w:w="5382" w:type="dxa"/>
          </w:tcPr>
          <w:p w14:paraId="37C24B8C" w14:textId="4548BC68" w:rsidR="002E3404" w:rsidRPr="00292688" w:rsidRDefault="00292688" w:rsidP="002E3404">
            <w:pPr>
              <w:rPr>
                <w:lang w:val="it-IT"/>
              </w:rPr>
            </w:pPr>
            <w:proofErr w:type="spellStart"/>
            <w:r>
              <w:lastRenderedPageBreak/>
              <w:t>Trasferte</w:t>
            </w:r>
            <w:proofErr w:type="spellEnd"/>
            <w:r>
              <w:t xml:space="preserve"> </w:t>
            </w:r>
            <w:r w:rsidRPr="00292688">
              <w:rPr>
                <w:lang w:val="it-IT"/>
              </w:rPr>
              <w:t>(art.6 l</w:t>
            </w:r>
            <w:r>
              <w:rPr>
                <w:lang w:val="it-IT"/>
              </w:rPr>
              <w:t>ettera E)</w:t>
            </w:r>
          </w:p>
          <w:p w14:paraId="30D5ACF8" w14:textId="0BAC4BCC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1059852E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14:paraId="2939CDA6" w14:textId="77777777" w:rsidTr="00292688">
        <w:tc>
          <w:tcPr>
            <w:tcW w:w="5382" w:type="dxa"/>
          </w:tcPr>
          <w:p w14:paraId="4D026C4A" w14:textId="676ECE5F" w:rsidR="002E3404" w:rsidRPr="00292688" w:rsidRDefault="00292688" w:rsidP="002E3404">
            <w:pPr>
              <w:rPr>
                <w:lang w:val="it-IT"/>
              </w:rPr>
            </w:pPr>
            <w:proofErr w:type="spellStart"/>
            <w:r>
              <w:t>Attrezzature</w:t>
            </w:r>
            <w:proofErr w:type="spellEnd"/>
            <w:r>
              <w:t xml:space="preserve"> </w:t>
            </w:r>
            <w:r w:rsidRPr="00292688">
              <w:rPr>
                <w:lang w:val="it-IT"/>
              </w:rPr>
              <w:t>(art.6 l</w:t>
            </w:r>
            <w:r>
              <w:rPr>
                <w:lang w:val="it-IT"/>
              </w:rPr>
              <w:t>ettera H)</w:t>
            </w:r>
          </w:p>
          <w:p w14:paraId="051F66E0" w14:textId="68AE7C82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20BA6177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:rsidRPr="003133F8" w14:paraId="148BB5A2" w14:textId="77777777" w:rsidTr="00292688">
        <w:tc>
          <w:tcPr>
            <w:tcW w:w="5382" w:type="dxa"/>
          </w:tcPr>
          <w:p w14:paraId="3DB52D3D" w14:textId="6C384B90" w:rsidR="00292688" w:rsidRP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Impianti sportivi (art.6 l</w:t>
            </w:r>
            <w:r>
              <w:rPr>
                <w:lang w:val="it-IT"/>
              </w:rPr>
              <w:t>ettera G)</w:t>
            </w:r>
          </w:p>
          <w:p w14:paraId="07BE8F1F" w14:textId="6A955CB1" w:rsidR="002E3404" w:rsidRPr="00292688" w:rsidRDefault="002E3404" w:rsidP="002E3404">
            <w:pPr>
              <w:rPr>
                <w:lang w:val="it-IT"/>
              </w:rPr>
            </w:pPr>
          </w:p>
          <w:p w14:paraId="299334B8" w14:textId="14E96411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0F5A4167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:rsidRPr="003133F8" w14:paraId="0CBAF74C" w14:textId="77777777" w:rsidTr="00292688">
        <w:tc>
          <w:tcPr>
            <w:tcW w:w="5382" w:type="dxa"/>
          </w:tcPr>
          <w:p w14:paraId="120425B1" w14:textId="009DCE23" w:rsidR="00292688" w:rsidRP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Visite mediche (art.6 l</w:t>
            </w:r>
            <w:r>
              <w:rPr>
                <w:lang w:val="it-IT"/>
              </w:rPr>
              <w:t>ettera I)</w:t>
            </w:r>
          </w:p>
          <w:p w14:paraId="4EC3B795" w14:textId="594AD460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45669DA7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14:paraId="7730BCA5" w14:textId="77777777" w:rsidTr="00292688">
        <w:tc>
          <w:tcPr>
            <w:tcW w:w="5382" w:type="dxa"/>
          </w:tcPr>
          <w:p w14:paraId="113E6432" w14:textId="66DBDED8" w:rsidR="002E3404" w:rsidRDefault="00292688" w:rsidP="002E3404">
            <w:r>
              <w:t xml:space="preserve">Assicurazioni </w:t>
            </w:r>
            <w:r w:rsidRPr="00292688">
              <w:rPr>
                <w:lang w:val="it-IT"/>
              </w:rPr>
              <w:t>(art.6 l</w:t>
            </w:r>
            <w:r>
              <w:rPr>
                <w:lang w:val="it-IT"/>
              </w:rPr>
              <w:t>ettera G)</w:t>
            </w:r>
          </w:p>
          <w:p w14:paraId="2A38C3A0" w14:textId="685A6499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5EB59562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E3404" w:rsidRPr="003133F8" w14:paraId="21E1AC5E" w14:textId="77777777" w:rsidTr="00292688">
        <w:tc>
          <w:tcPr>
            <w:tcW w:w="5382" w:type="dxa"/>
          </w:tcPr>
          <w:p w14:paraId="64551146" w14:textId="713C764B" w:rsidR="002E3404" w:rsidRPr="00292688" w:rsidRDefault="00292688" w:rsidP="002E3404">
            <w:pPr>
              <w:rPr>
                <w:lang w:val="it-IT"/>
              </w:rPr>
            </w:pPr>
            <w:r w:rsidRPr="00292688">
              <w:rPr>
                <w:lang w:val="it-IT"/>
              </w:rPr>
              <w:t>Spese vitto oltre 150 km d</w:t>
            </w:r>
            <w:r>
              <w:rPr>
                <w:lang w:val="it-IT"/>
              </w:rPr>
              <w:t xml:space="preserve">a Serramanna </w:t>
            </w:r>
            <w:r w:rsidRPr="00292688">
              <w:rPr>
                <w:lang w:val="it-IT"/>
              </w:rPr>
              <w:t>((art.6 l</w:t>
            </w:r>
            <w:r>
              <w:rPr>
                <w:lang w:val="it-IT"/>
              </w:rPr>
              <w:t>ettera E))</w:t>
            </w:r>
          </w:p>
          <w:p w14:paraId="2A246890" w14:textId="686EFE5D" w:rsidR="00292688" w:rsidRDefault="00292688" w:rsidP="002E3404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51CC3387" w14:textId="77777777" w:rsidR="002E3404" w:rsidRDefault="002E3404" w:rsidP="002E3404">
            <w:pPr>
              <w:rPr>
                <w:lang w:val="it-IT"/>
              </w:rPr>
            </w:pPr>
          </w:p>
        </w:tc>
      </w:tr>
      <w:tr w:rsidR="00292688" w:rsidRPr="003133F8" w14:paraId="1123004E" w14:textId="77777777" w:rsidTr="00292688">
        <w:tc>
          <w:tcPr>
            <w:tcW w:w="5382" w:type="dxa"/>
          </w:tcPr>
          <w:p w14:paraId="53767786" w14:textId="3657F60F" w:rsidR="00292688" w:rsidRP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Spese carburante allenamenti ciclistici (art.6 l</w:t>
            </w:r>
            <w:r>
              <w:rPr>
                <w:lang w:val="it-IT"/>
              </w:rPr>
              <w:t>ettera F)</w:t>
            </w:r>
          </w:p>
          <w:p w14:paraId="5C2AF431" w14:textId="77777777" w:rsidR="00292688" w:rsidRDefault="00292688" w:rsidP="00292688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76E6D915" w14:textId="77777777" w:rsidR="00292688" w:rsidRDefault="00292688" w:rsidP="00292688">
            <w:pPr>
              <w:rPr>
                <w:lang w:val="it-IT"/>
              </w:rPr>
            </w:pPr>
          </w:p>
        </w:tc>
      </w:tr>
      <w:tr w:rsidR="00292688" w14:paraId="21FAC3D8" w14:textId="77777777" w:rsidTr="00292688">
        <w:tc>
          <w:tcPr>
            <w:tcW w:w="5382" w:type="dxa"/>
            <w:shd w:val="clear" w:color="auto" w:fill="92D050"/>
          </w:tcPr>
          <w:p w14:paraId="40B7329A" w14:textId="77777777" w:rsidR="00292688" w:rsidRDefault="00292688" w:rsidP="00292688">
            <w:r>
              <w:t>TOTALE USCITE</w:t>
            </w:r>
          </w:p>
          <w:p w14:paraId="5EECA8E7" w14:textId="50F58CA1" w:rsidR="00292688" w:rsidRDefault="00292688" w:rsidP="00292688">
            <w:pPr>
              <w:rPr>
                <w:lang w:val="it-IT"/>
              </w:rPr>
            </w:pPr>
          </w:p>
        </w:tc>
        <w:tc>
          <w:tcPr>
            <w:tcW w:w="3248" w:type="dxa"/>
            <w:shd w:val="clear" w:color="auto" w:fill="92D050"/>
          </w:tcPr>
          <w:p w14:paraId="38189437" w14:textId="77777777" w:rsidR="00292688" w:rsidRDefault="00292688" w:rsidP="00292688">
            <w:pPr>
              <w:rPr>
                <w:lang w:val="it-IT"/>
              </w:rPr>
            </w:pPr>
          </w:p>
        </w:tc>
      </w:tr>
    </w:tbl>
    <w:p w14:paraId="7D466A76" w14:textId="77777777" w:rsidR="002E3404" w:rsidRPr="002E3404" w:rsidRDefault="002E3404" w:rsidP="002E3404">
      <w:pPr>
        <w:rPr>
          <w:lang w:val="it-IT"/>
        </w:rPr>
      </w:pPr>
    </w:p>
    <w:p w14:paraId="33768F42" w14:textId="77777777" w:rsidR="002F3482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292688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RIEPILOGO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3248"/>
      </w:tblGrid>
      <w:tr w:rsidR="00292688" w14:paraId="14486923" w14:textId="77777777" w:rsidTr="00292688">
        <w:tc>
          <w:tcPr>
            <w:tcW w:w="5382" w:type="dxa"/>
          </w:tcPr>
          <w:p w14:paraId="32E11890" w14:textId="77777777" w:rsid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Totale Entrate</w:t>
            </w:r>
          </w:p>
          <w:p w14:paraId="221F38A2" w14:textId="52ADE89A" w:rsidR="00292688" w:rsidRDefault="00292688" w:rsidP="00292688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22CC5793" w14:textId="77777777" w:rsidR="00292688" w:rsidRDefault="00292688" w:rsidP="00292688">
            <w:pPr>
              <w:rPr>
                <w:lang w:val="it-IT"/>
              </w:rPr>
            </w:pPr>
          </w:p>
        </w:tc>
      </w:tr>
      <w:tr w:rsidR="00292688" w14:paraId="62BE351B" w14:textId="77777777" w:rsidTr="00292688">
        <w:tc>
          <w:tcPr>
            <w:tcW w:w="5382" w:type="dxa"/>
          </w:tcPr>
          <w:p w14:paraId="18548645" w14:textId="77777777" w:rsid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Totale Uscite</w:t>
            </w:r>
          </w:p>
          <w:p w14:paraId="38F6292D" w14:textId="1BE40D07" w:rsidR="00292688" w:rsidRDefault="00292688" w:rsidP="00292688">
            <w:pPr>
              <w:rPr>
                <w:lang w:val="it-IT"/>
              </w:rPr>
            </w:pPr>
          </w:p>
        </w:tc>
        <w:tc>
          <w:tcPr>
            <w:tcW w:w="3248" w:type="dxa"/>
          </w:tcPr>
          <w:p w14:paraId="5696656F" w14:textId="77777777" w:rsidR="00292688" w:rsidRDefault="00292688" w:rsidP="00292688">
            <w:pPr>
              <w:rPr>
                <w:lang w:val="it-IT"/>
              </w:rPr>
            </w:pPr>
          </w:p>
        </w:tc>
      </w:tr>
      <w:tr w:rsidR="00292688" w14:paraId="666422E9" w14:textId="77777777" w:rsidTr="00292688">
        <w:tc>
          <w:tcPr>
            <w:tcW w:w="5382" w:type="dxa"/>
            <w:shd w:val="clear" w:color="auto" w:fill="92D050"/>
          </w:tcPr>
          <w:p w14:paraId="5C750512" w14:textId="77777777" w:rsidR="00292688" w:rsidRDefault="00292688" w:rsidP="00292688">
            <w:pPr>
              <w:rPr>
                <w:lang w:val="it-IT"/>
              </w:rPr>
            </w:pPr>
            <w:r w:rsidRPr="00292688">
              <w:rPr>
                <w:lang w:val="it-IT"/>
              </w:rPr>
              <w:t>Avanzo/Disavanzo</w:t>
            </w:r>
          </w:p>
          <w:p w14:paraId="36082839" w14:textId="02B45504" w:rsidR="00292688" w:rsidRDefault="00292688" w:rsidP="00292688">
            <w:pPr>
              <w:rPr>
                <w:lang w:val="it-IT"/>
              </w:rPr>
            </w:pPr>
          </w:p>
        </w:tc>
        <w:tc>
          <w:tcPr>
            <w:tcW w:w="3248" w:type="dxa"/>
            <w:shd w:val="clear" w:color="auto" w:fill="92D050"/>
          </w:tcPr>
          <w:p w14:paraId="71FBDD42" w14:textId="77777777" w:rsidR="00292688" w:rsidRDefault="00292688" w:rsidP="00292688">
            <w:pPr>
              <w:rPr>
                <w:lang w:val="it-IT"/>
              </w:rPr>
            </w:pPr>
          </w:p>
        </w:tc>
      </w:tr>
    </w:tbl>
    <w:p w14:paraId="3E8EEDF3" w14:textId="77777777" w:rsidR="00292688" w:rsidRPr="00292688" w:rsidRDefault="00292688" w:rsidP="00292688">
      <w:pPr>
        <w:rPr>
          <w:lang w:val="it-IT"/>
        </w:rPr>
      </w:pPr>
    </w:p>
    <w:p w14:paraId="158F91AD" w14:textId="77777777" w:rsidR="002F3482" w:rsidRPr="00513042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513042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3FD46321" w14:textId="77777777" w:rsidR="002F3482" w:rsidRPr="00153DA3" w:rsidRDefault="00000000">
      <w:pPr>
        <w:rPr>
          <w:lang w:val="it-IT"/>
        </w:rPr>
      </w:pPr>
      <w:r w:rsidRPr="00153DA3">
        <w:rPr>
          <w:lang w:val="it-IT"/>
        </w:rPr>
        <w:t>Il legale rappresentante dichiara che il presente bilancio consuntivo rappresenta fedelmente la gestione economica dell'associazione relativamente all'anno sportivo indicato.</w:t>
      </w:r>
    </w:p>
    <w:p w14:paraId="51EBB531" w14:textId="46991A3B" w:rsidR="002F3482" w:rsidRDefault="00000000">
      <w:r w:rsidRPr="00153DA3">
        <w:rPr>
          <w:lang w:val="it-IT"/>
        </w:rPr>
        <w:br/>
      </w:r>
      <w:proofErr w:type="spellStart"/>
      <w:r>
        <w:t>Luogo</w:t>
      </w:r>
      <w:proofErr w:type="spellEnd"/>
      <w:r>
        <w:t xml:space="preserve"> e data _____</w:t>
      </w:r>
      <w:r w:rsidR="00513042">
        <w:t>__________________</w:t>
      </w:r>
      <w:r>
        <w:t>_____________</w:t>
      </w:r>
    </w:p>
    <w:p w14:paraId="5A92E839" w14:textId="7ED2B057" w:rsidR="002F3482" w:rsidRDefault="00000000" w:rsidP="00513042">
      <w:pPr>
        <w:ind w:left="4320" w:firstLine="720"/>
      </w:pPr>
      <w:proofErr w:type="spellStart"/>
      <w:r>
        <w:t>Firma</w:t>
      </w:r>
      <w:proofErr w:type="spellEnd"/>
      <w:r>
        <w:t xml:space="preserve"> ________</w:t>
      </w:r>
      <w:r w:rsidR="00513042">
        <w:t>___________</w:t>
      </w:r>
      <w:r>
        <w:t>________________</w:t>
      </w:r>
    </w:p>
    <w:sectPr w:rsidR="002F34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268605">
    <w:abstractNumId w:val="8"/>
  </w:num>
  <w:num w:numId="2" w16cid:durableId="1951667504">
    <w:abstractNumId w:val="6"/>
  </w:num>
  <w:num w:numId="3" w16cid:durableId="455831639">
    <w:abstractNumId w:val="5"/>
  </w:num>
  <w:num w:numId="4" w16cid:durableId="624583181">
    <w:abstractNumId w:val="4"/>
  </w:num>
  <w:num w:numId="5" w16cid:durableId="1756513067">
    <w:abstractNumId w:val="7"/>
  </w:num>
  <w:num w:numId="6" w16cid:durableId="1783038983">
    <w:abstractNumId w:val="3"/>
  </w:num>
  <w:num w:numId="7" w16cid:durableId="49306311">
    <w:abstractNumId w:val="2"/>
  </w:num>
  <w:num w:numId="8" w16cid:durableId="207107341">
    <w:abstractNumId w:val="1"/>
  </w:num>
  <w:num w:numId="9" w16cid:durableId="100775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DA3"/>
    <w:rsid w:val="00292688"/>
    <w:rsid w:val="0029639D"/>
    <w:rsid w:val="002E3404"/>
    <w:rsid w:val="002F3482"/>
    <w:rsid w:val="003133F8"/>
    <w:rsid w:val="00326F90"/>
    <w:rsid w:val="00451410"/>
    <w:rsid w:val="00513042"/>
    <w:rsid w:val="007B7185"/>
    <w:rsid w:val="0085605E"/>
    <w:rsid w:val="008D75AC"/>
    <w:rsid w:val="00AA1D8D"/>
    <w:rsid w:val="00B47730"/>
    <w:rsid w:val="00C831C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7724D"/>
  <w14:defaultImageDpi w14:val="300"/>
  <w15:docId w15:val="{11D736D4-AAF7-41D6-805C-F7DD789F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5</cp:revision>
  <dcterms:created xsi:type="dcterms:W3CDTF">2026-07-07T17:17:00Z</dcterms:created>
  <dcterms:modified xsi:type="dcterms:W3CDTF">2026-07-08T15:10:00Z</dcterms:modified>
  <cp:category/>
</cp:coreProperties>
</file>